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4986"/>
        <w:gridCol w:w="4986"/>
      </w:tblGrid>
      <w:tr w:rsidR="00CB359A" w:rsidRPr="00F579F9">
        <w:tc>
          <w:tcPr>
            <w:tcW w:w="4986" w:type="dxa"/>
            <w:tcMar>
              <w:top w:w="0" w:type="dxa"/>
              <w:left w:w="0" w:type="dxa"/>
              <w:bottom w:w="0" w:type="dxa"/>
              <w:right w:w="0" w:type="dxa"/>
            </w:tcMar>
            <w:vAlign w:val="center"/>
          </w:tcPr>
          <w:p w:rsidR="00CB359A" w:rsidRPr="00F579F9" w:rsidRDefault="00CB359A">
            <w:pPr>
              <w:rPr>
                <w:lang w:val="uk-UA"/>
              </w:rPr>
            </w:pPr>
            <w:bookmarkStart w:id="0" w:name="_GoBack"/>
            <w:bookmarkEnd w:id="0"/>
          </w:p>
        </w:tc>
        <w:tc>
          <w:tcPr>
            <w:tcW w:w="4986" w:type="dxa"/>
            <w:tcMar>
              <w:top w:w="0" w:type="dxa"/>
              <w:left w:w="0" w:type="dxa"/>
              <w:bottom w:w="0" w:type="dxa"/>
              <w:right w:w="0" w:type="dxa"/>
            </w:tcMar>
            <w:vAlign w:val="center"/>
          </w:tcPr>
          <w:p w:rsidR="00CB359A" w:rsidRPr="00F579F9" w:rsidRDefault="00CB359A">
            <w:pPr>
              <w:rPr>
                <w:lang w:val="uk-UA"/>
              </w:rPr>
            </w:pPr>
          </w:p>
        </w:tc>
      </w:tr>
    </w:tbl>
    <w:p w:rsidR="00CB359A" w:rsidRPr="00F579F9" w:rsidRDefault="009C040B">
      <w:pPr>
        <w:keepNext/>
        <w:spacing w:before="20" w:after="40"/>
        <w:jc w:val="center"/>
        <w:rPr>
          <w:lang w:val="uk-UA"/>
        </w:rPr>
      </w:pPr>
      <w:r w:rsidRPr="00F579F9">
        <w:rPr>
          <w:b/>
          <w:color w:val="222222"/>
          <w:sz w:val="30"/>
          <w:lang w:val="uk-UA"/>
        </w:rPr>
        <w:t>ДОГОВІР ПРО НАДАННЯ SEO-ПОСЛУГ</w:t>
      </w:r>
    </w:p>
    <w:p w:rsidR="00CB359A" w:rsidRPr="00BC6432" w:rsidRDefault="009C040B">
      <w:pPr>
        <w:keepNext/>
        <w:spacing w:after="40"/>
        <w:jc w:val="center"/>
        <w:rPr>
          <w:szCs w:val="24"/>
          <w:lang w:val="uk-UA"/>
        </w:rPr>
      </w:pPr>
      <w:r w:rsidRPr="00BC6432">
        <w:rPr>
          <w:b/>
          <w:color w:val="222222"/>
          <w:szCs w:val="24"/>
          <w:lang w:val="uk-UA"/>
        </w:rPr>
        <w:t xml:space="preserve">№ </w:t>
      </w:r>
      <w:r w:rsidRPr="00BC6432">
        <w:rPr>
          <w:b/>
          <w:color w:val="008C95"/>
          <w:szCs w:val="24"/>
          <w:shd w:val="clear" w:color="auto" w:fill="D9F1F2"/>
          <w:lang w:val="uk-UA"/>
        </w:rPr>
        <w:t>__________ [вкажіть номер договору]</w:t>
      </w:r>
    </w:p>
    <w:p w:rsidR="00CB359A" w:rsidRPr="00BC6432" w:rsidRDefault="009C040B">
      <w:pPr>
        <w:spacing w:after="40"/>
        <w:jc w:val="center"/>
        <w:rPr>
          <w:szCs w:val="24"/>
          <w:lang w:val="uk-UA"/>
        </w:rPr>
      </w:pPr>
      <w:r w:rsidRPr="00BC6432">
        <w:rPr>
          <w:color w:val="222222"/>
          <w:szCs w:val="24"/>
          <w:lang w:val="uk-UA"/>
        </w:rPr>
        <w:t>м. Київ «</w:t>
      </w:r>
      <w:r w:rsidRPr="00BC6432">
        <w:rPr>
          <w:color w:val="008C95"/>
          <w:szCs w:val="24"/>
          <w:shd w:val="clear" w:color="auto" w:fill="D9F1F2"/>
          <w:lang w:val="uk-UA"/>
        </w:rPr>
        <w:t>___ [число]</w:t>
      </w:r>
      <w:r w:rsidRPr="00BC6432">
        <w:rPr>
          <w:color w:val="222222"/>
          <w:szCs w:val="24"/>
          <w:lang w:val="uk-UA"/>
        </w:rPr>
        <w:t xml:space="preserve">» </w:t>
      </w:r>
      <w:r w:rsidRPr="00BC6432">
        <w:rPr>
          <w:color w:val="008C95"/>
          <w:szCs w:val="24"/>
          <w:shd w:val="clear" w:color="auto" w:fill="D9F1F2"/>
          <w:lang w:val="uk-UA"/>
        </w:rPr>
        <w:t>__________ [місяць словами]</w:t>
      </w:r>
      <w:r w:rsidRPr="00BC6432">
        <w:rPr>
          <w:color w:val="222222"/>
          <w:szCs w:val="24"/>
          <w:lang w:val="uk-UA"/>
        </w:rPr>
        <w:t xml:space="preserve"> </w:t>
      </w:r>
      <w:r w:rsidRPr="00BC6432">
        <w:rPr>
          <w:color w:val="008C95"/>
          <w:szCs w:val="24"/>
          <w:shd w:val="clear" w:color="auto" w:fill="D9F1F2"/>
          <w:lang w:val="uk-UA"/>
        </w:rPr>
        <w:t>____ [рік]</w:t>
      </w:r>
      <w:r w:rsidRPr="00BC6432">
        <w:rPr>
          <w:color w:val="222222"/>
          <w:szCs w:val="24"/>
          <w:lang w:val="uk-UA"/>
        </w:rPr>
        <w:t xml:space="preserve"> р.</w:t>
      </w:r>
    </w:p>
    <w:p w:rsidR="00CB359A" w:rsidRPr="00BC6432" w:rsidRDefault="009C040B">
      <w:pPr>
        <w:spacing w:after="20"/>
        <w:jc w:val="both"/>
        <w:rPr>
          <w:szCs w:val="24"/>
          <w:lang w:val="uk-UA"/>
        </w:rPr>
      </w:pPr>
      <w:r w:rsidRPr="00BC6432">
        <w:rPr>
          <w:color w:val="222222"/>
          <w:szCs w:val="24"/>
          <w:lang w:val="uk-UA"/>
        </w:rPr>
        <w:t xml:space="preserve">[Для юридичної особи: </w:t>
      </w:r>
      <w:r w:rsidRPr="00BC6432">
        <w:rPr>
          <w:color w:val="008C95"/>
          <w:szCs w:val="24"/>
          <w:shd w:val="clear" w:color="auto" w:fill="D9F1F2"/>
          <w:lang w:val="uk-UA"/>
        </w:rPr>
        <w:t>__________ [повне найменування]</w:t>
      </w:r>
      <w:r w:rsidRPr="00BC6432">
        <w:rPr>
          <w:color w:val="222222"/>
          <w:szCs w:val="24"/>
          <w:lang w:val="uk-UA"/>
        </w:rPr>
        <w:t xml:space="preserve">, код ЄДРПОУ </w:t>
      </w:r>
      <w:r w:rsidRPr="00BC6432">
        <w:rPr>
          <w:color w:val="008C95"/>
          <w:szCs w:val="24"/>
          <w:shd w:val="clear" w:color="auto" w:fill="D9F1F2"/>
          <w:lang w:val="uk-UA"/>
        </w:rPr>
        <w:t>__________ [код]</w:t>
      </w:r>
      <w:r w:rsidRPr="00BC6432">
        <w:rPr>
          <w:color w:val="222222"/>
          <w:szCs w:val="24"/>
          <w:lang w:val="uk-UA"/>
        </w:rPr>
        <w:t xml:space="preserve">, в особі </w:t>
      </w:r>
      <w:r w:rsidRPr="00BC6432">
        <w:rPr>
          <w:color w:val="008C95"/>
          <w:szCs w:val="24"/>
          <w:shd w:val="clear" w:color="auto" w:fill="D9F1F2"/>
          <w:lang w:val="uk-UA"/>
        </w:rPr>
        <w:t>__________ [посада, ПІБ]</w:t>
      </w:r>
      <w:r w:rsidRPr="00BC6432">
        <w:rPr>
          <w:color w:val="222222"/>
          <w:szCs w:val="24"/>
          <w:lang w:val="uk-UA"/>
        </w:rPr>
        <w:t xml:space="preserve">, що діє на підставі </w:t>
      </w:r>
      <w:r w:rsidRPr="00BC6432">
        <w:rPr>
          <w:color w:val="008C95"/>
          <w:szCs w:val="24"/>
          <w:shd w:val="clear" w:color="auto" w:fill="D9F1F2"/>
          <w:lang w:val="uk-UA"/>
        </w:rPr>
        <w:t>__________ [Статут / довіреність]</w:t>
      </w:r>
      <w:r w:rsidRPr="00BC6432">
        <w:rPr>
          <w:color w:val="222222"/>
          <w:szCs w:val="24"/>
          <w:lang w:val="uk-UA"/>
        </w:rPr>
        <w:t xml:space="preserve">; для ФОП: ФОП </w:t>
      </w:r>
      <w:r w:rsidRPr="00BC6432">
        <w:rPr>
          <w:color w:val="008C95"/>
          <w:szCs w:val="24"/>
          <w:shd w:val="clear" w:color="auto" w:fill="D9F1F2"/>
          <w:lang w:val="uk-UA"/>
        </w:rPr>
        <w:t>__________ [ПІБ]</w:t>
      </w:r>
      <w:r w:rsidRPr="00BC6432">
        <w:rPr>
          <w:color w:val="222222"/>
          <w:szCs w:val="24"/>
          <w:lang w:val="uk-UA"/>
        </w:rPr>
        <w:t xml:space="preserve">, РНОКПП </w:t>
      </w:r>
      <w:r w:rsidRPr="00BC6432">
        <w:rPr>
          <w:color w:val="008C95"/>
          <w:szCs w:val="24"/>
          <w:shd w:val="clear" w:color="auto" w:fill="D9F1F2"/>
          <w:lang w:val="uk-UA"/>
        </w:rPr>
        <w:t>__________ [РНОКПП]</w:t>
      </w:r>
      <w:r w:rsidRPr="00BC6432">
        <w:rPr>
          <w:color w:val="222222"/>
          <w:szCs w:val="24"/>
          <w:lang w:val="uk-UA"/>
        </w:rPr>
        <w:t xml:space="preserve">], надалі – «Виконавець», та громадянин(ка) України </w:t>
      </w:r>
      <w:r w:rsidRPr="00BC6432">
        <w:rPr>
          <w:color w:val="008C95"/>
          <w:szCs w:val="24"/>
          <w:shd w:val="clear" w:color="auto" w:fill="D9F1F2"/>
          <w:lang w:val="uk-UA"/>
        </w:rPr>
        <w:t>__________ [ПІБ Замовника]</w:t>
      </w:r>
      <w:r w:rsidRPr="00BC6432">
        <w:rPr>
          <w:color w:val="222222"/>
          <w:szCs w:val="24"/>
          <w:lang w:val="uk-UA"/>
        </w:rPr>
        <w:t xml:space="preserve">, РНОКПП </w:t>
      </w:r>
      <w:r w:rsidRPr="00BC6432">
        <w:rPr>
          <w:color w:val="008C95"/>
          <w:szCs w:val="24"/>
          <w:shd w:val="clear" w:color="auto" w:fill="D9F1F2"/>
          <w:lang w:val="uk-UA"/>
        </w:rPr>
        <w:t>__________ [РНОКПП]</w:t>
      </w:r>
      <w:r w:rsidRPr="00BC6432">
        <w:rPr>
          <w:color w:val="222222"/>
          <w:szCs w:val="24"/>
          <w:lang w:val="uk-UA"/>
        </w:rPr>
        <w:t>, надалі – «Замовник», разом – «Сторони», уклали цей Договір про таке:</w:t>
      </w:r>
    </w:p>
    <w:p w:rsidR="00CB359A" w:rsidRPr="00BC6432" w:rsidRDefault="009C040B">
      <w:pPr>
        <w:keepNext/>
        <w:pBdr>
          <w:bottom w:val="single" w:sz="8" w:space="1" w:color="269EA5"/>
        </w:pBdr>
        <w:spacing w:before="100" w:after="40"/>
        <w:rPr>
          <w:szCs w:val="24"/>
          <w:lang w:val="uk-UA"/>
        </w:rPr>
      </w:pPr>
      <w:r w:rsidRPr="00BC6432">
        <w:rPr>
          <w:b/>
          <w:color w:val="222222"/>
          <w:szCs w:val="24"/>
          <w:lang w:val="uk-UA"/>
        </w:rPr>
        <w:t>1. ПРЕДМЕТ ДОГОВОРУ</w:t>
      </w:r>
    </w:p>
    <w:p w:rsidR="00CB359A" w:rsidRPr="00BC6432" w:rsidRDefault="009C040B">
      <w:pPr>
        <w:jc w:val="both"/>
        <w:rPr>
          <w:szCs w:val="24"/>
          <w:lang w:val="uk-UA"/>
        </w:rPr>
      </w:pPr>
      <w:r>
        <w:rPr>
          <w:color w:val="222222"/>
          <w:szCs w:val="24"/>
          <w:lang w:val="uk-UA"/>
        </w:rPr>
        <w:t xml:space="preserve">1.1. Виконавець за замовленням Замовника зобов’язується надати послуги з пошукової оптимізації (SEO) вебсайту </w:t>
      </w:r>
      <w:r>
        <w:rPr>
          <w:color w:val="008C95"/>
          <w:szCs w:val="24"/>
          <w:shd w:val="clear" w:color="auto" w:fill="D9F1F2"/>
          <w:lang w:val="uk-UA"/>
        </w:rPr>
        <w:t>__________ [домен / адреса сайту]</w:t>
      </w:r>
      <w:r>
        <w:rPr>
          <w:color w:val="222222"/>
          <w:szCs w:val="24"/>
          <w:lang w:val="uk-UA"/>
        </w:rPr>
        <w:t xml:space="preserve"> (надалі – Послуги), а Замовник – прийняти належним чином надані Послуги та оплатити їх.</w:t>
      </w:r>
    </w:p>
    <w:p w:rsidR="00CB359A" w:rsidRPr="00BC6432" w:rsidRDefault="009C040B">
      <w:pPr>
        <w:jc w:val="both"/>
        <w:rPr>
          <w:szCs w:val="24"/>
          <w:lang w:val="uk-UA"/>
        </w:rPr>
      </w:pPr>
      <w:r>
        <w:rPr>
          <w:color w:val="222222"/>
          <w:szCs w:val="24"/>
          <w:lang w:val="uk-UA"/>
        </w:rPr>
        <w:t xml:space="preserve">1.2. Послуги надаються з </w:t>
      </w:r>
      <w:r>
        <w:rPr>
          <w:color w:val="008C95"/>
          <w:szCs w:val="24"/>
          <w:shd w:val="clear" w:color="auto" w:fill="D9F1F2"/>
          <w:lang w:val="uk-UA"/>
        </w:rPr>
        <w:t>__.__.____ [дата початку]</w:t>
      </w:r>
      <w:r>
        <w:rPr>
          <w:color w:val="222222"/>
          <w:szCs w:val="24"/>
          <w:lang w:val="uk-UA"/>
        </w:rPr>
        <w:t xml:space="preserve"> до </w:t>
      </w:r>
      <w:r>
        <w:rPr>
          <w:color w:val="008C95"/>
          <w:szCs w:val="24"/>
          <w:shd w:val="clear" w:color="auto" w:fill="D9F1F2"/>
          <w:lang w:val="uk-UA"/>
        </w:rPr>
        <w:t>__.__.____ [дата закінчення]</w:t>
      </w:r>
      <w:r>
        <w:rPr>
          <w:color w:val="222222"/>
          <w:szCs w:val="24"/>
          <w:lang w:val="uk-UA"/>
        </w:rPr>
        <w:t xml:space="preserve">. Сторони погоджують: перелік SEO-робіт </w:t>
      </w:r>
      <w:r>
        <w:rPr>
          <w:color w:val="008C95"/>
          <w:szCs w:val="24"/>
          <w:shd w:val="clear" w:color="auto" w:fill="D9F1F2"/>
          <w:lang w:val="uk-UA"/>
        </w:rPr>
        <w:t>__________ [технічна / внутрішня / зовнішня оптимізація / контент / аналітика / інше]</w:t>
      </w:r>
      <w:r>
        <w:rPr>
          <w:color w:val="222222"/>
          <w:szCs w:val="24"/>
          <w:lang w:val="uk-UA"/>
        </w:rPr>
        <w:t xml:space="preserve">, цільовий регіон та мову </w:t>
      </w:r>
      <w:r>
        <w:rPr>
          <w:color w:val="008C95"/>
          <w:szCs w:val="24"/>
          <w:shd w:val="clear" w:color="auto" w:fill="D9F1F2"/>
          <w:lang w:val="uk-UA"/>
        </w:rPr>
        <w:t>__________ [вкажіть]</w:t>
      </w:r>
      <w:r>
        <w:rPr>
          <w:color w:val="222222"/>
          <w:szCs w:val="24"/>
          <w:lang w:val="uk-UA"/>
        </w:rPr>
        <w:t xml:space="preserve">, пріоритетні сторінки та/або пошукові запити </w:t>
      </w:r>
      <w:r>
        <w:rPr>
          <w:color w:val="008C95"/>
          <w:szCs w:val="24"/>
          <w:shd w:val="clear" w:color="auto" w:fill="D9F1F2"/>
          <w:lang w:val="uk-UA"/>
        </w:rPr>
        <w:t>__________ [вкажіть]</w:t>
      </w:r>
      <w:r>
        <w:rPr>
          <w:color w:val="222222"/>
          <w:szCs w:val="24"/>
          <w:lang w:val="uk-UA"/>
        </w:rPr>
        <w:t xml:space="preserve">, спосіб виконання </w:t>
      </w:r>
      <w:r>
        <w:rPr>
          <w:color w:val="008C95"/>
          <w:szCs w:val="24"/>
          <w:shd w:val="clear" w:color="auto" w:fill="D9F1F2"/>
          <w:lang w:val="uk-UA"/>
        </w:rPr>
        <w:t>__________ [рекомендації / внесення змін на сайт]</w:t>
      </w:r>
      <w:r>
        <w:rPr>
          <w:color w:val="222222"/>
          <w:szCs w:val="24"/>
          <w:lang w:val="uk-UA"/>
        </w:rPr>
        <w:t xml:space="preserve">, звітність </w:t>
      </w:r>
      <w:r>
        <w:rPr>
          <w:color w:val="008C95"/>
          <w:szCs w:val="24"/>
          <w:shd w:val="clear" w:color="auto" w:fill="D9F1F2"/>
          <w:lang w:val="uk-UA"/>
        </w:rPr>
        <w:t>__________ [періодичність / формат]</w:t>
      </w:r>
      <w:r>
        <w:rPr>
          <w:color w:val="222222"/>
          <w:szCs w:val="24"/>
          <w:lang w:val="uk-UA"/>
        </w:rPr>
        <w:t>. Детальні вимоги можуть визначатися у Технічному завданні, погодженому Сторонами.</w:t>
      </w:r>
    </w:p>
    <w:p w:rsidR="00CB359A" w:rsidRPr="00BC6432" w:rsidRDefault="009C040B">
      <w:pPr>
        <w:keepNext/>
        <w:pBdr>
          <w:bottom w:val="single" w:sz="8" w:space="1" w:color="269EA5"/>
        </w:pBdr>
        <w:spacing w:before="100" w:after="40"/>
        <w:rPr>
          <w:szCs w:val="24"/>
          <w:lang w:val="uk-UA"/>
        </w:rPr>
      </w:pPr>
      <w:r w:rsidRPr="00BC6432">
        <w:rPr>
          <w:b/>
          <w:color w:val="222222"/>
          <w:szCs w:val="24"/>
          <w:lang w:val="uk-UA"/>
        </w:rPr>
        <w:t>2. ПРАВА ТА ОБОВ’ЯЗКИ СТОРІН</w:t>
      </w:r>
    </w:p>
    <w:p w:rsidR="00CB359A" w:rsidRPr="00BC6432" w:rsidRDefault="009C040B">
      <w:pPr>
        <w:jc w:val="both"/>
        <w:rPr>
          <w:szCs w:val="24"/>
          <w:lang w:val="uk-UA"/>
        </w:rPr>
      </w:pPr>
      <w:r>
        <w:rPr>
          <w:color w:val="222222"/>
          <w:szCs w:val="24"/>
          <w:lang w:val="uk-UA"/>
        </w:rPr>
        <w:t>2.1. Замовник зобов’язаний своєчасно оплатити Послуги, надати на вимогу Виконавця необхідну інформацію, матеріали та доступи до вебсайту і систем аналітики та забезпечити можливість надання Послуг у погоджений строк. Строк надання Послуг продовжується на період прострочення цих дій Замовником.</w:t>
      </w:r>
    </w:p>
    <w:p w:rsidR="00CB359A" w:rsidRPr="00BC6432" w:rsidRDefault="009C040B">
      <w:pPr>
        <w:jc w:val="both"/>
        <w:rPr>
          <w:szCs w:val="24"/>
          <w:lang w:val="uk-UA"/>
        </w:rPr>
      </w:pPr>
      <w:r>
        <w:rPr>
          <w:color w:val="222222"/>
          <w:szCs w:val="24"/>
          <w:lang w:val="uk-UA"/>
        </w:rPr>
        <w:t>2.2. Замовник зобов’язаний повідомляти Виконавця про зміни структури, URL-адрес, контенту або технічних налаштувань вебсайту, які можуть вплинути на SEO.</w:t>
      </w:r>
    </w:p>
    <w:p w:rsidR="00CB359A" w:rsidRPr="00BC6432" w:rsidRDefault="009C040B">
      <w:pPr>
        <w:jc w:val="both"/>
        <w:rPr>
          <w:szCs w:val="24"/>
          <w:lang w:val="uk-UA"/>
        </w:rPr>
      </w:pPr>
      <w:r w:rsidRPr="00BC6432">
        <w:rPr>
          <w:color w:val="222222"/>
          <w:szCs w:val="24"/>
          <w:lang w:val="uk-UA"/>
        </w:rPr>
        <w:t>2.3. Виконавець має право залучати третіх осіб, відповідаючи за їх дії як за свої власні. У разі прострочення оплати Виконавець має право призупинити, перенести або відмовитися від надання неоплачених Послуг.</w:t>
      </w:r>
    </w:p>
    <w:p w:rsidR="00F579F9" w:rsidRPr="00BC6432" w:rsidRDefault="009C040B">
      <w:pPr>
        <w:jc w:val="both"/>
        <w:rPr>
          <w:color w:val="222222"/>
          <w:szCs w:val="24"/>
          <w:lang w:val="uk-UA"/>
        </w:rPr>
      </w:pPr>
      <w:r>
        <w:rPr>
          <w:color w:val="222222"/>
          <w:szCs w:val="24"/>
          <w:lang w:val="uk-UA"/>
        </w:rPr>
        <w:t xml:space="preserve">2.4. Замовник має право відмовитися від Послуг без штрафу, письмово повідомивши Виконавця не менше ніж за </w:t>
      </w:r>
      <w:r>
        <w:rPr>
          <w:color w:val="008C95"/>
          <w:szCs w:val="24"/>
          <w:shd w:val="clear" w:color="auto" w:fill="D9F1F2"/>
          <w:lang w:val="uk-UA"/>
        </w:rPr>
        <w:t>___ [кількість днів]</w:t>
      </w:r>
      <w:r>
        <w:rPr>
          <w:color w:val="222222"/>
          <w:szCs w:val="24"/>
          <w:lang w:val="uk-UA"/>
        </w:rPr>
        <w:t xml:space="preserve"> календарних днів до початку наступного погодженого періоду надання Послуг. При пізнішій відмові Замовник сплачує штраф у розмірі </w:t>
      </w:r>
      <w:r>
        <w:rPr>
          <w:color w:val="008C95"/>
          <w:szCs w:val="24"/>
          <w:shd w:val="clear" w:color="auto" w:fill="D9F1F2"/>
          <w:lang w:val="uk-UA"/>
        </w:rPr>
        <w:t>___% [розмір штрафу]</w:t>
      </w:r>
      <w:r>
        <w:rPr>
          <w:color w:val="222222"/>
          <w:szCs w:val="24"/>
          <w:lang w:val="uk-UA"/>
        </w:rPr>
        <w:t xml:space="preserve"> вартості відповідних Послуг.</w:t>
      </w:r>
    </w:p>
    <w:p w:rsidR="00CB359A" w:rsidRPr="00BC6432" w:rsidRDefault="009C040B">
      <w:pPr>
        <w:jc w:val="both"/>
        <w:rPr>
          <w:szCs w:val="24"/>
          <w:lang w:val="uk-UA"/>
        </w:rPr>
      </w:pPr>
      <w:r>
        <w:rPr>
          <w:color w:val="222222"/>
          <w:szCs w:val="24"/>
          <w:lang w:val="uk-UA"/>
        </w:rPr>
        <w:t>2.6. Виконавець зобов’язаний надати Послуги належної якості у погоджений строк та передати Замовнику погоджені SEO-матеріали і звіти.</w:t>
      </w:r>
    </w:p>
    <w:p w:rsidR="00CB359A" w:rsidRPr="00BC6432" w:rsidRDefault="009C040B">
      <w:pPr>
        <w:keepNext/>
        <w:pBdr>
          <w:bottom w:val="single" w:sz="8" w:space="1" w:color="269EA5"/>
        </w:pBdr>
        <w:spacing w:before="100" w:after="40"/>
        <w:rPr>
          <w:szCs w:val="24"/>
          <w:lang w:val="uk-UA"/>
        </w:rPr>
      </w:pPr>
      <w:r w:rsidRPr="00BC6432">
        <w:rPr>
          <w:b/>
          <w:color w:val="222222"/>
          <w:szCs w:val="24"/>
          <w:lang w:val="uk-UA"/>
        </w:rPr>
        <w:t>3. ВАРТІСТЬ, ОПЛАТА ТА ПРИЙМАННЯ ПОСЛУГ</w:t>
      </w:r>
    </w:p>
    <w:p w:rsidR="00CB359A" w:rsidRPr="00BC6432" w:rsidRDefault="009C040B">
      <w:pPr>
        <w:jc w:val="both"/>
        <w:rPr>
          <w:szCs w:val="24"/>
          <w:lang w:val="uk-UA"/>
        </w:rPr>
      </w:pPr>
      <w:r>
        <w:rPr>
          <w:color w:val="222222"/>
          <w:szCs w:val="24"/>
          <w:lang w:val="uk-UA"/>
        </w:rPr>
        <w:t xml:space="preserve">3.1. Вартість Послуг становить </w:t>
      </w:r>
      <w:r>
        <w:rPr>
          <w:color w:val="008C95"/>
          <w:szCs w:val="24"/>
          <w:shd w:val="clear" w:color="auto" w:fill="D9F1F2"/>
          <w:lang w:val="uk-UA"/>
        </w:rPr>
        <w:t>__________,__ [сума цифрами]</w:t>
      </w:r>
      <w:r>
        <w:rPr>
          <w:color w:val="222222"/>
          <w:szCs w:val="24"/>
          <w:lang w:val="uk-UA"/>
        </w:rPr>
        <w:t xml:space="preserve"> грн (</w:t>
      </w:r>
      <w:r>
        <w:rPr>
          <w:color w:val="008C95"/>
          <w:szCs w:val="24"/>
          <w:shd w:val="clear" w:color="auto" w:fill="D9F1F2"/>
          <w:lang w:val="uk-UA"/>
        </w:rPr>
        <w:t>__________ [сума словами]</w:t>
      </w:r>
      <w:r>
        <w:rPr>
          <w:color w:val="222222"/>
          <w:szCs w:val="24"/>
          <w:lang w:val="uk-UA"/>
        </w:rPr>
        <w:t xml:space="preserve"> гривень), </w:t>
      </w:r>
      <w:r>
        <w:rPr>
          <w:color w:val="008C95"/>
          <w:szCs w:val="24"/>
          <w:shd w:val="clear" w:color="auto" w:fill="D9F1F2"/>
          <w:lang w:val="uk-UA"/>
        </w:rPr>
        <w:t>__________ [з ПДВ / без ПДВ]</w:t>
      </w:r>
      <w:r>
        <w:rPr>
          <w:color w:val="222222"/>
          <w:szCs w:val="24"/>
          <w:lang w:val="uk-UA"/>
        </w:rPr>
        <w:t xml:space="preserve">. Бюджет на платні SEO-сервіси, контент, зовнішні посилання та інші витрати: </w:t>
      </w:r>
      <w:r>
        <w:rPr>
          <w:color w:val="008C95"/>
          <w:szCs w:val="24"/>
          <w:shd w:val="clear" w:color="auto" w:fill="D9F1F2"/>
          <w:lang w:val="uk-UA"/>
        </w:rPr>
        <w:t>__________ [включено / оплачується окремо]</w:t>
      </w:r>
      <w:r>
        <w:rPr>
          <w:color w:val="222222"/>
          <w:szCs w:val="24"/>
          <w:lang w:val="uk-UA"/>
        </w:rPr>
        <w:t>.</w:t>
      </w:r>
    </w:p>
    <w:p w:rsidR="00CB359A" w:rsidRPr="00BC6432" w:rsidRDefault="009C040B">
      <w:pPr>
        <w:jc w:val="both"/>
        <w:rPr>
          <w:szCs w:val="24"/>
          <w:lang w:val="uk-UA"/>
        </w:rPr>
      </w:pPr>
      <w:r w:rsidRPr="00BC6432">
        <w:rPr>
          <w:color w:val="222222"/>
          <w:szCs w:val="24"/>
          <w:lang w:val="uk-UA"/>
        </w:rPr>
        <w:t>3.2. Якщо Сторони письмово не погодили інше, Замовник сплачує 100% вартості Послуг</w:t>
      </w:r>
      <w:r w:rsidR="00F579F9" w:rsidRPr="00BC6432">
        <w:rPr>
          <w:color w:val="222222"/>
          <w:szCs w:val="24"/>
          <w:lang w:val="uk-UA"/>
        </w:rPr>
        <w:t xml:space="preserve"> в якості передплати</w:t>
      </w:r>
      <w:r w:rsidRPr="00BC6432">
        <w:rPr>
          <w:color w:val="222222"/>
          <w:szCs w:val="24"/>
          <w:lang w:val="uk-UA"/>
        </w:rPr>
        <w:t xml:space="preserve"> до початку їх надання.</w:t>
      </w:r>
    </w:p>
    <w:p w:rsidR="00CB359A" w:rsidRPr="00BC6432" w:rsidRDefault="009C040B">
      <w:pPr>
        <w:jc w:val="both"/>
        <w:rPr>
          <w:szCs w:val="24"/>
          <w:lang w:val="uk-UA"/>
        </w:rPr>
      </w:pPr>
      <w:r>
        <w:rPr>
          <w:color w:val="222222"/>
          <w:szCs w:val="24"/>
          <w:lang w:val="uk-UA"/>
        </w:rPr>
        <w:t xml:space="preserve">3.3. Якщо протягом 5 календарних днів з дня надання Замовнику звіту про Послуги за відповідний період Замовник не надав письмових обґрунтованих зауважень, Послуги вважаються належним чином наданими та прийнятими без зауважень. У разі </w:t>
      </w:r>
      <w:r>
        <w:rPr>
          <w:color w:val="222222"/>
          <w:szCs w:val="24"/>
          <w:lang w:val="uk-UA"/>
        </w:rPr>
        <w:lastRenderedPageBreak/>
        <w:t>обґрунтованих зауважень Сторони погоджують спосіб їх усунення або інший порядок врегулювання.</w:t>
      </w:r>
    </w:p>
    <w:p w:rsidR="00CB359A" w:rsidRPr="00BC6432" w:rsidRDefault="009C040B">
      <w:pPr>
        <w:keepNext/>
        <w:pBdr>
          <w:bottom w:val="single" w:sz="8" w:space="1" w:color="269EA5"/>
        </w:pBdr>
        <w:spacing w:before="100" w:after="40"/>
        <w:rPr>
          <w:szCs w:val="24"/>
          <w:lang w:val="uk-UA"/>
        </w:rPr>
      </w:pPr>
      <w:r w:rsidRPr="00BC6432">
        <w:rPr>
          <w:b/>
          <w:color w:val="222222"/>
          <w:szCs w:val="24"/>
          <w:lang w:val="uk-UA"/>
        </w:rPr>
        <w:t>4. КОНФІДЕНЦІЙНІСТЬ ТА ВІДПОВІДАЛЬНІСТЬ</w:t>
      </w:r>
    </w:p>
    <w:p w:rsidR="00CB359A" w:rsidRPr="00BC6432" w:rsidRDefault="009C040B">
      <w:pPr>
        <w:jc w:val="both"/>
        <w:rPr>
          <w:szCs w:val="24"/>
          <w:lang w:val="uk-UA"/>
        </w:rPr>
      </w:pPr>
      <w:r>
        <w:rPr>
          <w:color w:val="222222"/>
          <w:szCs w:val="24"/>
          <w:lang w:val="uk-UA"/>
        </w:rPr>
        <w:t>4.1. Виконавець зберігає права інтелектуальної власності на SEO-матеріали, методики, процеси, прийоми, ідеї, концепції та ноу-хау, використані або створені при наданні Послуг. Сторони не розголошують отриману у зв’язку з Договором конфіденційну інформацію без згоди іншої Сторони, крім випадків, передбачених законом.</w:t>
      </w:r>
    </w:p>
    <w:p w:rsidR="00CB359A" w:rsidRPr="00BC6432" w:rsidRDefault="009C040B">
      <w:pPr>
        <w:jc w:val="both"/>
        <w:rPr>
          <w:szCs w:val="24"/>
          <w:lang w:val="uk-UA"/>
        </w:rPr>
      </w:pPr>
      <w:r>
        <w:rPr>
          <w:color w:val="222222"/>
          <w:szCs w:val="24"/>
          <w:lang w:val="uk-UA"/>
        </w:rPr>
        <w:t>4.2. За прострочення оплати Замовник сплачує Виконавцю пеню, розраховану виходячи з подвійної облікової ставки НБУ від суми простроченого платежу за кожний день прострочення. 4.3. Виконавець не гарантує конкретних позицій вебсайту у результатах пошуку, обсягу органічного трафіку, заявок чи продажів, оскільки результати SEO залежать від алгоритмів пошукових систем, конкуренції, стану вебсайту та дій третіх осіб. Виконавець не відповідає за зміни алгоритмів пошукових систем, рішення, дії чи бездіяльність Замовника, а також за упущену вигоду та непрямі збитки. Загальна відповідальність Виконавця обмежується фактично сплаченою вартістю Послуг, крім випадків, коли таке обмеження не допускається законом.</w:t>
      </w:r>
    </w:p>
    <w:p w:rsidR="00CB359A" w:rsidRPr="00BC6432" w:rsidRDefault="009C040B">
      <w:pPr>
        <w:jc w:val="both"/>
        <w:rPr>
          <w:szCs w:val="24"/>
          <w:lang w:val="uk-UA"/>
        </w:rPr>
      </w:pPr>
      <w:r w:rsidRPr="00BC6432">
        <w:rPr>
          <w:color w:val="222222"/>
          <w:szCs w:val="24"/>
          <w:lang w:val="uk-UA"/>
        </w:rPr>
        <w:t>4.4. За прострочення надання Послуг з вини Виконавця він сплачує Замовнику неустойку, розраховану виходячи з подвійної облікової ставки НБУ від вартості прострочених Послуг за кожний день прострочення.</w:t>
      </w:r>
    </w:p>
    <w:p w:rsidR="00CB359A" w:rsidRPr="00BC6432" w:rsidRDefault="009C040B">
      <w:pPr>
        <w:keepNext/>
        <w:pBdr>
          <w:bottom w:val="single" w:sz="8" w:space="1" w:color="269EA5"/>
        </w:pBdr>
        <w:spacing w:before="100" w:after="40"/>
        <w:rPr>
          <w:szCs w:val="24"/>
          <w:lang w:val="uk-UA"/>
        </w:rPr>
      </w:pPr>
      <w:r w:rsidRPr="00BC6432">
        <w:rPr>
          <w:b/>
          <w:color w:val="222222"/>
          <w:szCs w:val="24"/>
          <w:lang w:val="uk-UA"/>
        </w:rPr>
        <w:t>5. ФОРС-МАЖОР ТА ЗАКЛЮЧНІ ПОЛОЖЕННЯ</w:t>
      </w:r>
    </w:p>
    <w:p w:rsidR="00CB359A" w:rsidRPr="00BC6432" w:rsidRDefault="009C040B">
      <w:pPr>
        <w:jc w:val="both"/>
        <w:rPr>
          <w:szCs w:val="24"/>
          <w:lang w:val="uk-UA"/>
        </w:rPr>
      </w:pPr>
      <w:r>
        <w:rPr>
          <w:color w:val="222222"/>
          <w:szCs w:val="24"/>
          <w:lang w:val="uk-UA"/>
        </w:rPr>
        <w:t>5.1. Сторона звільняється від відповідальності за невиконання зобов’язань, спричинене обставинами непереборної сили, за умови своєчасного повідомлення іншої Сторони. Якщо такі обставини перешкоджають наданню Послуг, Сторони погоджують новий строк; якщо надання Послуг втратило для Замовника інтерес, він може відмовитися від ненаданих Послуг з поверненням відповідної передоплати.</w:t>
      </w:r>
    </w:p>
    <w:p w:rsidR="00CB359A" w:rsidRPr="00BC6432" w:rsidRDefault="009C040B">
      <w:pPr>
        <w:jc w:val="both"/>
        <w:rPr>
          <w:szCs w:val="24"/>
          <w:lang w:val="uk-UA"/>
        </w:rPr>
      </w:pPr>
      <w:r w:rsidRPr="00BC6432">
        <w:rPr>
          <w:color w:val="222222"/>
          <w:szCs w:val="24"/>
          <w:lang w:val="uk-UA"/>
        </w:rPr>
        <w:t>5.2. Договір набирає чинності з дати підписання та діє до повного виконання Сторонами зобов’язань. Зміни та доповнення дійсні у письмовій формі. Повідомлення можуть надсилатися на реквізити, e-</w:t>
      </w:r>
      <w:proofErr w:type="spellStart"/>
      <w:r w:rsidRPr="00BC6432">
        <w:rPr>
          <w:color w:val="222222"/>
          <w:szCs w:val="24"/>
          <w:lang w:val="uk-UA"/>
        </w:rPr>
        <w:t>mail</w:t>
      </w:r>
      <w:proofErr w:type="spellEnd"/>
      <w:r w:rsidRPr="00BC6432">
        <w:rPr>
          <w:color w:val="222222"/>
          <w:szCs w:val="24"/>
          <w:lang w:val="uk-UA"/>
        </w:rPr>
        <w:t xml:space="preserve"> або номери телефонів/</w:t>
      </w:r>
      <w:proofErr w:type="spellStart"/>
      <w:r w:rsidRPr="00BC6432">
        <w:rPr>
          <w:color w:val="222222"/>
          <w:szCs w:val="24"/>
          <w:lang w:val="uk-UA"/>
        </w:rPr>
        <w:t>месенджерів</w:t>
      </w:r>
      <w:proofErr w:type="spellEnd"/>
      <w:r w:rsidRPr="00BC6432">
        <w:rPr>
          <w:color w:val="222222"/>
          <w:szCs w:val="24"/>
          <w:lang w:val="uk-UA"/>
        </w:rPr>
        <w:t xml:space="preserve"> Сторін. Документи, підписані КЕП, мають силу паперових документів з власноручним підписом.</w:t>
      </w:r>
    </w:p>
    <w:p w:rsidR="00CB359A" w:rsidRPr="00BC6432" w:rsidRDefault="009C040B">
      <w:pPr>
        <w:jc w:val="both"/>
        <w:rPr>
          <w:szCs w:val="24"/>
          <w:lang w:val="uk-UA"/>
        </w:rPr>
      </w:pPr>
      <w:r w:rsidRPr="00BC6432">
        <w:rPr>
          <w:color w:val="222222"/>
          <w:szCs w:val="24"/>
          <w:lang w:val="uk-UA"/>
        </w:rPr>
        <w:t>5.3. Підписанням Договору Замовник надає згоду на обробку персональних даних у необхідному для виконання Договору обсязі. Спори вирішуються шляхом переговорів, а у разі недосягнення згоди – у судовому порядку згідно із законодавством України.</w:t>
      </w:r>
    </w:p>
    <w:p w:rsidR="00CB359A" w:rsidRPr="00F579F9" w:rsidRDefault="009C040B">
      <w:pPr>
        <w:keepNext/>
        <w:pBdr>
          <w:bottom w:val="single" w:sz="8" w:space="1" w:color="269EA5"/>
        </w:pBdr>
        <w:spacing w:before="100" w:after="40"/>
        <w:rPr>
          <w:lang w:val="uk-UA"/>
        </w:rPr>
      </w:pPr>
      <w:r w:rsidRPr="00F579F9">
        <w:rPr>
          <w:b/>
          <w:color w:val="222222"/>
          <w:lang w:val="uk-UA"/>
        </w:rPr>
        <w:t>6. РЕКВІЗИТИ ТА ПІДПИСИ СТОРІН</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986"/>
        <w:gridCol w:w="4986"/>
      </w:tblGrid>
      <w:tr w:rsidR="00CB359A" w:rsidRPr="00F579F9">
        <w:trPr>
          <w:cantSplit/>
          <w:jc w:val="center"/>
        </w:trPr>
        <w:tc>
          <w:tcPr>
            <w:tcW w:w="4986" w:type="dxa"/>
            <w:tcMar>
              <w:top w:w="40" w:type="dxa"/>
              <w:left w:w="60" w:type="dxa"/>
              <w:bottom w:w="20" w:type="dxa"/>
              <w:right w:w="60" w:type="dxa"/>
            </w:tcMar>
          </w:tcPr>
          <w:p w:rsidR="00CB359A" w:rsidRPr="00F579F9" w:rsidRDefault="009C040B">
            <w:pPr>
              <w:rPr>
                <w:lang w:val="uk-UA"/>
              </w:rPr>
            </w:pPr>
            <w:r w:rsidRPr="00F579F9">
              <w:rPr>
                <w:b/>
                <w:color w:val="222222"/>
                <w:sz w:val="21"/>
                <w:lang w:val="uk-UA"/>
              </w:rPr>
              <w:t>Виконавець:</w:t>
            </w:r>
          </w:p>
          <w:p w:rsidR="00CB359A" w:rsidRPr="00F579F9" w:rsidRDefault="009C040B">
            <w:pPr>
              <w:rPr>
                <w:lang w:val="uk-UA"/>
              </w:rPr>
            </w:pPr>
            <w:r w:rsidRPr="00F579F9">
              <w:rPr>
                <w:color w:val="008C95"/>
                <w:sz w:val="21"/>
                <w:shd w:val="clear" w:color="auto" w:fill="D9F1F2"/>
                <w:lang w:val="uk-UA"/>
              </w:rPr>
              <w:t>[Юридична особа / ФОП — залишити відповідний варіант]</w:t>
            </w:r>
          </w:p>
          <w:p w:rsidR="00CB359A" w:rsidRPr="00F579F9" w:rsidRDefault="009C040B">
            <w:pPr>
              <w:rPr>
                <w:lang w:val="uk-UA"/>
              </w:rPr>
            </w:pPr>
            <w:r w:rsidRPr="00F579F9">
              <w:rPr>
                <w:color w:val="222222"/>
                <w:sz w:val="21"/>
                <w:lang w:val="uk-UA"/>
              </w:rPr>
              <w:t xml:space="preserve">Найменування / ПІБ: </w:t>
            </w:r>
            <w:r w:rsidRPr="00F579F9">
              <w:rPr>
                <w:color w:val="008C95"/>
                <w:sz w:val="21"/>
                <w:shd w:val="clear" w:color="auto" w:fill="D9F1F2"/>
                <w:lang w:val="uk-UA"/>
              </w:rPr>
              <w:t>__________ [вкажіть]</w:t>
            </w:r>
          </w:p>
          <w:p w:rsidR="00CB359A" w:rsidRPr="00F579F9" w:rsidRDefault="009C040B">
            <w:pPr>
              <w:rPr>
                <w:lang w:val="uk-UA"/>
              </w:rPr>
            </w:pPr>
            <w:r w:rsidRPr="00F579F9">
              <w:rPr>
                <w:color w:val="222222"/>
                <w:sz w:val="21"/>
                <w:lang w:val="uk-UA"/>
              </w:rPr>
              <w:t xml:space="preserve">Код ЄДРПОУ / РНОКПП: </w:t>
            </w:r>
            <w:r w:rsidRPr="00F579F9">
              <w:rPr>
                <w:color w:val="008C95"/>
                <w:sz w:val="21"/>
                <w:shd w:val="clear" w:color="auto" w:fill="D9F1F2"/>
                <w:lang w:val="uk-UA"/>
              </w:rPr>
              <w:t>__________ [вкажіть]</w:t>
            </w:r>
          </w:p>
          <w:p w:rsidR="00CB359A" w:rsidRPr="00F579F9" w:rsidRDefault="009C040B">
            <w:pPr>
              <w:rPr>
                <w:lang w:val="uk-UA"/>
              </w:rPr>
            </w:pPr>
            <w:r w:rsidRPr="00F579F9">
              <w:rPr>
                <w:color w:val="222222"/>
                <w:sz w:val="21"/>
                <w:lang w:val="uk-UA"/>
              </w:rPr>
              <w:t xml:space="preserve">Підписант (для </w:t>
            </w:r>
            <w:proofErr w:type="spellStart"/>
            <w:r w:rsidRPr="00F579F9">
              <w:rPr>
                <w:color w:val="222222"/>
                <w:sz w:val="21"/>
                <w:lang w:val="uk-UA"/>
              </w:rPr>
              <w:t>юрособи</w:t>
            </w:r>
            <w:proofErr w:type="spellEnd"/>
            <w:r w:rsidRPr="00F579F9">
              <w:rPr>
                <w:color w:val="222222"/>
                <w:sz w:val="21"/>
                <w:lang w:val="uk-UA"/>
              </w:rPr>
              <w:t xml:space="preserve">): </w:t>
            </w:r>
            <w:r w:rsidRPr="00F579F9">
              <w:rPr>
                <w:color w:val="008C95"/>
                <w:sz w:val="21"/>
                <w:shd w:val="clear" w:color="auto" w:fill="D9F1F2"/>
                <w:lang w:val="uk-UA"/>
              </w:rPr>
              <w:t>__________ [посада, ПІБ, підстава]</w:t>
            </w:r>
          </w:p>
          <w:p w:rsidR="00CB359A" w:rsidRPr="00F579F9" w:rsidRDefault="009C040B">
            <w:pPr>
              <w:rPr>
                <w:lang w:val="uk-UA"/>
              </w:rPr>
            </w:pPr>
            <w:r w:rsidRPr="00F579F9">
              <w:rPr>
                <w:color w:val="222222"/>
                <w:sz w:val="21"/>
                <w:lang w:val="uk-UA"/>
              </w:rPr>
              <w:t xml:space="preserve">Адреса: </w:t>
            </w:r>
            <w:r w:rsidRPr="00F579F9">
              <w:rPr>
                <w:color w:val="008C95"/>
                <w:sz w:val="21"/>
                <w:shd w:val="clear" w:color="auto" w:fill="D9F1F2"/>
                <w:lang w:val="uk-UA"/>
              </w:rPr>
              <w:t>__________ [вкажіть]</w:t>
            </w:r>
          </w:p>
          <w:p w:rsidR="00CB359A" w:rsidRPr="00F579F9" w:rsidRDefault="009C040B">
            <w:pPr>
              <w:rPr>
                <w:lang w:val="uk-UA"/>
              </w:rPr>
            </w:pPr>
            <w:r w:rsidRPr="00F579F9">
              <w:rPr>
                <w:color w:val="222222"/>
                <w:sz w:val="21"/>
                <w:lang w:val="uk-UA"/>
              </w:rPr>
              <w:t xml:space="preserve">IBAN: </w:t>
            </w:r>
            <w:r w:rsidRPr="00F579F9">
              <w:rPr>
                <w:color w:val="008C95"/>
                <w:sz w:val="21"/>
                <w:shd w:val="clear" w:color="auto" w:fill="D9F1F2"/>
                <w:lang w:val="uk-UA"/>
              </w:rPr>
              <w:t>UA________________________ [вкажіть]</w:t>
            </w:r>
          </w:p>
          <w:p w:rsidR="00CB359A" w:rsidRPr="00F579F9" w:rsidRDefault="009C040B">
            <w:pPr>
              <w:rPr>
                <w:lang w:val="uk-UA"/>
              </w:rPr>
            </w:pPr>
            <w:r w:rsidRPr="00F579F9">
              <w:rPr>
                <w:color w:val="222222"/>
                <w:sz w:val="21"/>
                <w:lang w:val="uk-UA"/>
              </w:rPr>
              <w:t xml:space="preserve">Банк / ПДВ: </w:t>
            </w:r>
            <w:r w:rsidRPr="00F579F9">
              <w:rPr>
                <w:color w:val="008C95"/>
                <w:sz w:val="21"/>
                <w:shd w:val="clear" w:color="auto" w:fill="D9F1F2"/>
                <w:lang w:val="uk-UA"/>
              </w:rPr>
              <w:t>__________ [вкажіть]</w:t>
            </w:r>
          </w:p>
          <w:p w:rsidR="00CB359A" w:rsidRPr="00F579F9" w:rsidRDefault="009C040B">
            <w:pPr>
              <w:rPr>
                <w:lang w:val="uk-UA"/>
              </w:rPr>
            </w:pPr>
            <w:proofErr w:type="spellStart"/>
            <w:r w:rsidRPr="00F579F9">
              <w:rPr>
                <w:color w:val="222222"/>
                <w:sz w:val="21"/>
                <w:lang w:val="uk-UA"/>
              </w:rPr>
              <w:t>Тел</w:t>
            </w:r>
            <w:proofErr w:type="spellEnd"/>
            <w:r w:rsidRPr="00F579F9">
              <w:rPr>
                <w:color w:val="222222"/>
                <w:sz w:val="21"/>
                <w:lang w:val="uk-UA"/>
              </w:rPr>
              <w:t>. / E-</w:t>
            </w:r>
            <w:proofErr w:type="spellStart"/>
            <w:r w:rsidRPr="00F579F9">
              <w:rPr>
                <w:color w:val="222222"/>
                <w:sz w:val="21"/>
                <w:lang w:val="uk-UA"/>
              </w:rPr>
              <w:t>mail</w:t>
            </w:r>
            <w:proofErr w:type="spellEnd"/>
            <w:r w:rsidRPr="00F579F9">
              <w:rPr>
                <w:color w:val="222222"/>
                <w:sz w:val="21"/>
                <w:lang w:val="uk-UA"/>
              </w:rPr>
              <w:t xml:space="preserve">: </w:t>
            </w:r>
            <w:r w:rsidRPr="00F579F9">
              <w:rPr>
                <w:color w:val="008C95"/>
                <w:sz w:val="21"/>
                <w:shd w:val="clear" w:color="auto" w:fill="D9F1F2"/>
                <w:lang w:val="uk-UA"/>
              </w:rPr>
              <w:t>__________ [вкажіть]</w:t>
            </w:r>
          </w:p>
          <w:p w:rsidR="00CB359A" w:rsidRPr="00F579F9" w:rsidRDefault="009C040B">
            <w:pPr>
              <w:rPr>
                <w:lang w:val="uk-UA"/>
              </w:rPr>
            </w:pPr>
            <w:r w:rsidRPr="00F579F9">
              <w:rPr>
                <w:color w:val="222222"/>
                <w:sz w:val="21"/>
                <w:lang w:val="uk-UA"/>
              </w:rPr>
              <w:t xml:space="preserve">________________ / </w:t>
            </w:r>
            <w:r w:rsidRPr="00F579F9">
              <w:rPr>
                <w:color w:val="008C95"/>
                <w:sz w:val="21"/>
                <w:shd w:val="clear" w:color="auto" w:fill="D9F1F2"/>
                <w:lang w:val="uk-UA"/>
              </w:rPr>
              <w:t>__________ [ПІБ підписанта]</w:t>
            </w:r>
          </w:p>
          <w:p w:rsidR="00CB359A" w:rsidRPr="00F579F9" w:rsidRDefault="009C040B">
            <w:pPr>
              <w:rPr>
                <w:lang w:val="uk-UA"/>
              </w:rPr>
            </w:pPr>
            <w:r w:rsidRPr="00F579F9">
              <w:rPr>
                <w:color w:val="222222"/>
                <w:sz w:val="21"/>
                <w:lang w:val="uk-UA"/>
              </w:rPr>
              <w:t>(підпис, КЕП)</w:t>
            </w:r>
          </w:p>
        </w:tc>
        <w:tc>
          <w:tcPr>
            <w:tcW w:w="4986" w:type="dxa"/>
            <w:tcMar>
              <w:top w:w="40" w:type="dxa"/>
              <w:left w:w="60" w:type="dxa"/>
              <w:bottom w:w="20" w:type="dxa"/>
              <w:right w:w="60" w:type="dxa"/>
            </w:tcMar>
          </w:tcPr>
          <w:p w:rsidR="00CB359A" w:rsidRPr="00F579F9" w:rsidRDefault="009C040B">
            <w:pPr>
              <w:rPr>
                <w:lang w:val="uk-UA"/>
              </w:rPr>
            </w:pPr>
            <w:r w:rsidRPr="00F579F9">
              <w:rPr>
                <w:b/>
                <w:color w:val="222222"/>
                <w:sz w:val="21"/>
                <w:lang w:val="uk-UA"/>
              </w:rPr>
              <w:t>Замовник:</w:t>
            </w:r>
          </w:p>
          <w:p w:rsidR="00CB359A" w:rsidRPr="00F579F9" w:rsidRDefault="009C040B">
            <w:pPr>
              <w:rPr>
                <w:lang w:val="uk-UA"/>
              </w:rPr>
            </w:pPr>
            <w:r w:rsidRPr="00F579F9">
              <w:rPr>
                <w:color w:val="222222"/>
                <w:sz w:val="21"/>
                <w:lang w:val="uk-UA"/>
              </w:rPr>
              <w:t xml:space="preserve">ПІБ: </w:t>
            </w:r>
            <w:r w:rsidRPr="00F579F9">
              <w:rPr>
                <w:color w:val="008C95"/>
                <w:sz w:val="21"/>
                <w:shd w:val="clear" w:color="auto" w:fill="D9F1F2"/>
                <w:lang w:val="uk-UA"/>
              </w:rPr>
              <w:t>__________ [вкажіть ПІБ повністю]</w:t>
            </w:r>
          </w:p>
          <w:p w:rsidR="00CB359A" w:rsidRPr="00F579F9" w:rsidRDefault="009C040B">
            <w:pPr>
              <w:rPr>
                <w:lang w:val="uk-UA"/>
              </w:rPr>
            </w:pPr>
            <w:r w:rsidRPr="00F579F9">
              <w:rPr>
                <w:color w:val="222222"/>
                <w:sz w:val="21"/>
                <w:lang w:val="uk-UA"/>
              </w:rPr>
              <w:t xml:space="preserve">Дата народження: </w:t>
            </w:r>
            <w:r w:rsidRPr="00F579F9">
              <w:rPr>
                <w:color w:val="008C95"/>
                <w:sz w:val="21"/>
                <w:shd w:val="clear" w:color="auto" w:fill="D9F1F2"/>
                <w:lang w:val="uk-UA"/>
              </w:rPr>
              <w:t>__.__.____ [вкажіть]</w:t>
            </w:r>
          </w:p>
          <w:p w:rsidR="00CB359A" w:rsidRPr="00F579F9" w:rsidRDefault="009C040B">
            <w:pPr>
              <w:rPr>
                <w:lang w:val="uk-UA"/>
              </w:rPr>
            </w:pPr>
            <w:r w:rsidRPr="00F579F9">
              <w:rPr>
                <w:color w:val="222222"/>
                <w:sz w:val="21"/>
                <w:lang w:val="uk-UA"/>
              </w:rPr>
              <w:t xml:space="preserve">РНОКПП: </w:t>
            </w:r>
            <w:r w:rsidRPr="00F579F9">
              <w:rPr>
                <w:color w:val="008C95"/>
                <w:sz w:val="21"/>
                <w:shd w:val="clear" w:color="auto" w:fill="D9F1F2"/>
                <w:lang w:val="uk-UA"/>
              </w:rPr>
              <w:t>__________ [вкажіть]</w:t>
            </w:r>
          </w:p>
          <w:p w:rsidR="00CB359A" w:rsidRPr="00F579F9" w:rsidRDefault="009C040B">
            <w:pPr>
              <w:rPr>
                <w:lang w:val="uk-UA"/>
              </w:rPr>
            </w:pPr>
            <w:r w:rsidRPr="00F579F9">
              <w:rPr>
                <w:color w:val="222222"/>
                <w:sz w:val="21"/>
                <w:lang w:val="uk-UA"/>
              </w:rPr>
              <w:t xml:space="preserve">Паспорт / ID-картка: </w:t>
            </w:r>
            <w:r w:rsidRPr="00F579F9">
              <w:rPr>
                <w:color w:val="008C95"/>
                <w:sz w:val="21"/>
                <w:shd w:val="clear" w:color="auto" w:fill="D9F1F2"/>
                <w:lang w:val="uk-UA"/>
              </w:rPr>
              <w:t>__________ [реквізити]</w:t>
            </w:r>
          </w:p>
          <w:p w:rsidR="00CB359A" w:rsidRPr="00F579F9" w:rsidRDefault="009C040B">
            <w:pPr>
              <w:rPr>
                <w:lang w:val="uk-UA"/>
              </w:rPr>
            </w:pPr>
            <w:r w:rsidRPr="00F579F9">
              <w:rPr>
                <w:color w:val="222222"/>
                <w:sz w:val="21"/>
                <w:lang w:val="uk-UA"/>
              </w:rPr>
              <w:t xml:space="preserve">Адреса: </w:t>
            </w:r>
            <w:r w:rsidRPr="00F579F9">
              <w:rPr>
                <w:color w:val="008C95"/>
                <w:sz w:val="21"/>
                <w:shd w:val="clear" w:color="auto" w:fill="D9F1F2"/>
                <w:lang w:val="uk-UA"/>
              </w:rPr>
              <w:t>__________ [вкажіть]</w:t>
            </w:r>
          </w:p>
          <w:p w:rsidR="00CB359A" w:rsidRPr="00F579F9" w:rsidRDefault="009C040B">
            <w:pPr>
              <w:rPr>
                <w:lang w:val="uk-UA"/>
              </w:rPr>
            </w:pPr>
            <w:proofErr w:type="spellStart"/>
            <w:r w:rsidRPr="00F579F9">
              <w:rPr>
                <w:color w:val="222222"/>
                <w:sz w:val="21"/>
                <w:lang w:val="uk-UA"/>
              </w:rPr>
              <w:t>Тел</w:t>
            </w:r>
            <w:proofErr w:type="spellEnd"/>
            <w:r w:rsidRPr="00F579F9">
              <w:rPr>
                <w:color w:val="222222"/>
                <w:sz w:val="21"/>
                <w:lang w:val="uk-UA"/>
              </w:rPr>
              <w:t>. / E-</w:t>
            </w:r>
            <w:proofErr w:type="spellStart"/>
            <w:r w:rsidRPr="00F579F9">
              <w:rPr>
                <w:color w:val="222222"/>
                <w:sz w:val="21"/>
                <w:lang w:val="uk-UA"/>
              </w:rPr>
              <w:t>mail</w:t>
            </w:r>
            <w:proofErr w:type="spellEnd"/>
            <w:r w:rsidRPr="00F579F9">
              <w:rPr>
                <w:color w:val="222222"/>
                <w:sz w:val="21"/>
                <w:lang w:val="uk-UA"/>
              </w:rPr>
              <w:t xml:space="preserve">: </w:t>
            </w:r>
            <w:r w:rsidRPr="00F579F9">
              <w:rPr>
                <w:color w:val="008C95"/>
                <w:sz w:val="21"/>
                <w:shd w:val="clear" w:color="auto" w:fill="D9F1F2"/>
                <w:lang w:val="uk-UA"/>
              </w:rPr>
              <w:t>__________ [вкажіть]</w:t>
            </w:r>
          </w:p>
          <w:p w:rsidR="00CB359A" w:rsidRPr="00F579F9" w:rsidRDefault="009C040B">
            <w:pPr>
              <w:rPr>
                <w:lang w:val="uk-UA"/>
              </w:rPr>
            </w:pPr>
            <w:r w:rsidRPr="00F579F9">
              <w:rPr>
                <w:color w:val="222222"/>
                <w:sz w:val="21"/>
                <w:lang w:val="uk-UA"/>
              </w:rPr>
              <w:t xml:space="preserve">________________ / </w:t>
            </w:r>
            <w:r w:rsidRPr="00F579F9">
              <w:rPr>
                <w:color w:val="008C95"/>
                <w:sz w:val="21"/>
                <w:shd w:val="clear" w:color="auto" w:fill="D9F1F2"/>
                <w:lang w:val="uk-UA"/>
              </w:rPr>
              <w:t>__________ [ПІБ Замовника]</w:t>
            </w:r>
          </w:p>
          <w:p w:rsidR="00CB359A" w:rsidRPr="00F579F9" w:rsidRDefault="009C040B">
            <w:pPr>
              <w:rPr>
                <w:lang w:val="uk-UA"/>
              </w:rPr>
            </w:pPr>
            <w:r w:rsidRPr="00F579F9">
              <w:rPr>
                <w:color w:val="222222"/>
                <w:sz w:val="21"/>
                <w:lang w:val="uk-UA"/>
              </w:rPr>
              <w:t>(підпис, КЕП)</w:t>
            </w:r>
          </w:p>
        </w:tc>
      </w:tr>
    </w:tbl>
    <w:p w:rsidR="009C040B" w:rsidRPr="00F579F9" w:rsidRDefault="009C040B">
      <w:pPr>
        <w:rPr>
          <w:lang w:val="uk-UA"/>
        </w:rPr>
      </w:pPr>
    </w:p>
    <w:sectPr w:rsidR="009C040B" w:rsidRPr="00F579F9" w:rsidSect="00034616">
      <w:footerReference w:type="default" r:id="rId9"/>
      <w:pgSz w:w="12240" w:h="15840"/>
      <w:pgMar w:top="1020" w:right="1134" w:bottom="964" w:left="1134" w:header="340" w:footer="39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43B1" w:rsidRDefault="00A643B1">
      <w:r>
        <w:separator/>
      </w:r>
    </w:p>
  </w:endnote>
  <w:endnote w:type="continuationSeparator" w:id="0">
    <w:p w:rsidR="00A643B1" w:rsidRDefault="00A64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359A" w:rsidRDefault="009C040B">
    <w:pPr>
      <w:pStyle w:val="a7"/>
      <w:jc w:val="right"/>
    </w:pPr>
    <w:r>
      <w:rPr>
        <w:color w:val="666666"/>
        <w:sz w:val="18"/>
      </w:rPr>
      <w:fldChar w:fldCharType="begin"/>
    </w:r>
    <w:r>
      <w:rPr>
        <w:color w:val="666666"/>
        <w:sz w:val="18"/>
      </w:rPr>
      <w:instrText xml:space="preserve"> PAGE </w:instrText>
    </w:r>
    <w:r>
      <w:rPr>
        <w:color w:val="666666"/>
        <w:sz w:val="18"/>
      </w:rPr>
      <w:fldChar w:fldCharType="separate"/>
    </w:r>
    <w:r w:rsidR="00203950">
      <w:rPr>
        <w:noProof/>
        <w:color w:val="666666"/>
        <w:sz w:val="18"/>
      </w:rPr>
      <w:t>2</w:t>
    </w:r>
    <w:r>
      <w:rPr>
        <w:color w:val="666666"/>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43B1" w:rsidRDefault="00A643B1">
      <w:r>
        <w:separator/>
      </w:r>
    </w:p>
  </w:footnote>
  <w:footnote w:type="continuationSeparator" w:id="0">
    <w:p w:rsidR="00A643B1" w:rsidRDefault="00A643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03950"/>
    <w:rsid w:val="0029639D"/>
    <w:rsid w:val="00326F90"/>
    <w:rsid w:val="003D3BC5"/>
    <w:rsid w:val="009C040B"/>
    <w:rsid w:val="00A643B1"/>
    <w:rsid w:val="00AA1D8D"/>
    <w:rsid w:val="00B47730"/>
    <w:rsid w:val="00BC6432"/>
    <w:rsid w:val="00CB0664"/>
    <w:rsid w:val="00CB359A"/>
    <w:rsid w:val="00F579F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0" w:line="240" w:lineRule="auto"/>
    </w:pPr>
    <w:rPr>
      <w:rFonts w:ascii="Arial" w:eastAsia="Arial" w:hAnsi="Arial"/>
      <w:sz w:val="24"/>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alloon Text"/>
    <w:basedOn w:val="a1"/>
    <w:link w:val="aff9"/>
    <w:uiPriority w:val="99"/>
    <w:semiHidden/>
    <w:unhideWhenUsed/>
    <w:rsid w:val="00F579F9"/>
    <w:rPr>
      <w:rFonts w:ascii="Tahoma" w:hAnsi="Tahoma" w:cs="Tahoma"/>
      <w:sz w:val="16"/>
      <w:szCs w:val="16"/>
    </w:rPr>
  </w:style>
  <w:style w:type="character" w:customStyle="1" w:styleId="aff9">
    <w:name w:val="Текст выноски Знак"/>
    <w:basedOn w:val="a2"/>
    <w:link w:val="aff8"/>
    <w:uiPriority w:val="99"/>
    <w:semiHidden/>
    <w:rsid w:val="00F579F9"/>
    <w:rPr>
      <w:rFonts w:ascii="Tahoma" w:eastAsia="Arial"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0" w:line="240" w:lineRule="auto"/>
    </w:pPr>
    <w:rPr>
      <w:rFonts w:ascii="Arial" w:eastAsia="Arial" w:hAnsi="Arial"/>
      <w:sz w:val="24"/>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alloon Text"/>
    <w:basedOn w:val="a1"/>
    <w:link w:val="aff9"/>
    <w:uiPriority w:val="99"/>
    <w:semiHidden/>
    <w:unhideWhenUsed/>
    <w:rsid w:val="00F579F9"/>
    <w:rPr>
      <w:rFonts w:ascii="Tahoma" w:hAnsi="Tahoma" w:cs="Tahoma"/>
      <w:sz w:val="16"/>
      <w:szCs w:val="16"/>
    </w:rPr>
  </w:style>
  <w:style w:type="character" w:customStyle="1" w:styleId="aff9">
    <w:name w:val="Текст выноски Знак"/>
    <w:basedOn w:val="a2"/>
    <w:link w:val="aff8"/>
    <w:uiPriority w:val="99"/>
    <w:semiHidden/>
    <w:rsid w:val="00F579F9"/>
    <w:rPr>
      <w:rFonts w:ascii="Tahoma" w:eastAsia="Arial"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A99B55-8236-4CF8-B6DB-3C7F10C47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919</Words>
  <Characters>5242</Characters>
  <Application>Microsoft Office Word</Application>
  <DocSecurity>0</DocSecurity>
  <Lines>43</Lines>
  <Paragraphs>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6149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Слава</cp:lastModifiedBy>
  <cp:revision>2</cp:revision>
  <dcterms:created xsi:type="dcterms:W3CDTF">2026-09-23T10:25:00Z</dcterms:created>
  <dcterms:modified xsi:type="dcterms:W3CDTF">2026-09-23T10:25:00Z</dcterms:modified>
</cp:coreProperties>
</file>