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C51DBD" w:rsidRDefault="00050E6F">
      <w:pPr>
        <w:keepNext/>
        <w:spacing w:after="20" w:line="228" w:lineRule="auto"/>
        <w:jc w:val="center"/>
        <w:rPr>
          <w:lang w:val="uk-UA"/>
        </w:rPr>
      </w:pPr>
      <w:bookmarkStart w:id="0" w:name="_GoBack"/>
      <w:r>
        <w:rPr>
          <w:b/>
          <w:sz w:val="30"/>
        </w:rPr>
        <w:t>ДОГОВІР КУПІВЛІ-ПРОДАЖУ АВТОМОБІЛЯ</w:t>
      </w:r>
      <w:bookmarkEnd w:id="0"/>
    </w:p>
    <w:p w:rsidR="00A20095" w:rsidRPr="00C51DBD" w:rsidRDefault="00050E6F">
      <w:pPr>
        <w:keepNext/>
        <w:spacing w:after="20"/>
        <w:jc w:val="center"/>
        <w:rPr>
          <w:lang w:val="uk-UA"/>
        </w:rPr>
      </w:pPr>
      <w:r w:rsidRPr="00C51DBD">
        <w:rPr>
          <w:b/>
          <w:lang w:val="uk-UA"/>
        </w:rPr>
        <w:t xml:space="preserve">№ </w:t>
      </w:r>
      <w:r w:rsidRPr="00C51DBD">
        <w:rPr>
          <w:b/>
          <w:color w:val="008C95"/>
          <w:shd w:val="clear" w:color="auto" w:fill="D8F0F1"/>
          <w:lang w:val="uk-UA"/>
        </w:rPr>
        <w:t>__________</w:t>
      </w:r>
      <w:r w:rsidRPr="00C51DBD">
        <w:rPr>
          <w:b/>
          <w:lang w:val="uk-UA"/>
        </w:rPr>
        <w:t xml:space="preserve"> </w:t>
      </w:r>
      <w:r w:rsidRPr="00C51DBD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C51DBD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0" w:line="228" w:lineRule="auto"/>
              <w:rPr>
                <w:lang w:val="uk-UA"/>
              </w:rPr>
            </w:pPr>
            <w:r w:rsidRPr="00C51DBD">
              <w:rPr>
                <w:b/>
                <w:lang w:val="uk-UA"/>
              </w:rPr>
              <w:t xml:space="preserve">м.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0" w:line="228" w:lineRule="auto"/>
              <w:jc w:val="right"/>
              <w:rPr>
                <w:lang w:val="uk-UA"/>
              </w:rPr>
            </w:pPr>
            <w:r w:rsidRPr="00C51DBD">
              <w:rPr>
                <w:b/>
                <w:lang w:val="uk-UA"/>
              </w:rPr>
              <w:t>«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C51DBD">
              <w:rPr>
                <w:b/>
                <w:lang w:val="uk-UA"/>
              </w:rPr>
              <w:t xml:space="preserve">»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20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C51DBD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C51DBD" w:rsidRDefault="00050E6F">
      <w:pPr>
        <w:spacing w:after="20"/>
        <w:jc w:val="both"/>
        <w:rPr>
          <w:lang w:val="uk-UA"/>
        </w:rPr>
      </w:pPr>
      <w:r>
        <w:rPr>
          <w:color w:val="008C95"/>
        </w:rPr>
        <w:t>________________________________ [найменування юридичної особи / ФОП ПІБ Продавця]</w:t>
      </w:r>
      <w:r>
        <w:t xml:space="preserve">, код ЄДРПОУ/РНОКПП </w:t>
      </w:r>
      <w:r>
        <w:rPr>
          <w:color w:val="008C95"/>
        </w:rPr>
        <w:t>__________ [вкажіть]</w:t>
      </w:r>
      <w:r>
        <w:t xml:space="preserve">, в особі </w:t>
      </w:r>
      <w:r>
        <w:rPr>
          <w:color w:val="008C95"/>
        </w:rPr>
        <w:t>________________________________ [ПІБ, посада / для ФОП — особисто]</w:t>
      </w:r>
      <w:r>
        <w:t xml:space="preserve">, що діє на підставі </w:t>
      </w:r>
      <w:r>
        <w:rPr>
          <w:color w:val="008C95"/>
        </w:rPr>
        <w:t>________________________________ [статут / довіреність / інша підстава]</w:t>
      </w:r>
      <w:r>
        <w:t>, надалі — «Продавець», та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 xml:space="preserve">громадянин(ка) України </w:t>
      </w:r>
      <w:r>
        <w:rPr>
          <w:color w:val="008C95"/>
        </w:rPr>
        <w:t>________________________________ [ПІБ Покупця повністю]</w:t>
      </w:r>
      <w:r>
        <w:t xml:space="preserve">, РНОКПП </w:t>
      </w:r>
      <w:r>
        <w:rPr>
          <w:color w:val="008C95"/>
        </w:rPr>
        <w:t>__________ [вкажіть]</w:t>
      </w:r>
      <w:r>
        <w:t xml:space="preserve">, паспорт / ID-картка </w:t>
      </w:r>
      <w:r>
        <w:rPr>
          <w:color w:val="008C95"/>
        </w:rPr>
        <w:t>________________________________ [реквізити]</w:t>
      </w:r>
      <w:r>
        <w:t xml:space="preserve">, адреса місця проживання: </w:t>
      </w:r>
      <w:r>
        <w:rPr>
          <w:color w:val="008C95"/>
        </w:rPr>
        <w:t>________________________________ [адреса]</w:t>
      </w:r>
      <w:r>
        <w:t>, надалі — «Покупець», разом — «Сторони», уклали цей Договір про таке.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1. ПРЕДМЕТ ДОГОВОРУ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>1.1. Продавець зобов’язується передати у власність Покупцю автомобіль (далі — «Автомобіль»), а Покупець — прийняти Автомобіль та оплатити його на умовах цього Договору.</w:t>
      </w:r>
    </w:p>
    <w:p w:rsidR="00A20095" w:rsidRPr="00C51DBD" w:rsidRDefault="00050E6F">
      <w:pPr>
        <w:keepNext/>
        <w:spacing w:after="20"/>
        <w:jc w:val="both"/>
        <w:rPr>
          <w:lang w:val="uk-UA"/>
        </w:rPr>
      </w:pPr>
      <w:r>
        <w:t xml:space="preserve">1.2. Автомобіль: Марка / модель: </w:t>
      </w:r>
      <w:r>
        <w:rPr>
          <w:color w:val="008C95"/>
        </w:rPr>
        <w:t>____________________</w:t>
      </w:r>
      <w:r>
        <w:t xml:space="preserve">    VIN: </w:t>
      </w:r>
      <w:r>
        <w:rPr>
          <w:color w:val="008C95"/>
        </w:rPr>
        <w:t>____________________</w:t>
      </w:r>
      <w:r>
        <w:br/>
        <w:t xml:space="preserve">Державний реєстраційний номер: </w:t>
      </w:r>
      <w:r>
        <w:rPr>
          <w:color w:val="008C95"/>
        </w:rPr>
        <w:t>____________</w:t>
      </w:r>
      <w:r>
        <w:t xml:space="preserve">    Рік випуску: </w:t>
      </w:r>
      <w:r>
        <w:rPr>
          <w:color w:val="008C95"/>
        </w:rPr>
        <w:t>________</w:t>
      </w:r>
      <w:r>
        <w:t xml:space="preserve">    Колір: </w:t>
      </w:r>
      <w:r>
        <w:rPr>
          <w:color w:val="008C95"/>
        </w:rPr>
        <w:t>____________</w:t>
      </w:r>
      <w:r>
        <w:br/>
        <w:t xml:space="preserve">Пробіг: </w:t>
      </w:r>
      <w:r>
        <w:rPr>
          <w:color w:val="008C95"/>
        </w:rPr>
        <w:t>________ км</w:t>
      </w:r>
      <w:r>
        <w:t xml:space="preserve">    Стан Автомобіля: </w:t>
      </w:r>
      <w:r>
        <w:rPr>
          <w:color w:val="008C95"/>
        </w:rPr>
        <w:t>був у використанні</w:t>
      </w:r>
      <w:r>
        <w:br/>
        <w:t xml:space="preserve">Комплектація / основні характеристики: </w:t>
      </w:r>
      <w:r>
        <w:rPr>
          <w:color w:val="008C95"/>
        </w:rPr>
        <w:t>________________________________________</w:t>
      </w:r>
      <w:r>
        <w:br/>
        <w:t xml:space="preserve">Відомі пошкодження / дефекти: </w:t>
      </w:r>
      <w:r>
        <w:rPr>
          <w:color w:val="008C95"/>
        </w:rPr>
        <w:t>________________________________________</w:t>
      </w:r>
      <w:r>
        <w:br/>
        <w:t xml:space="preserve">Вдосконалення / додаткове обладнання: </w:t>
      </w:r>
      <w:r>
        <w:rPr>
          <w:color w:val="008C95"/>
        </w:rPr>
        <w:t>________________________________________</w:t>
      </w:r>
      <w:r>
        <w:br/>
        <w:t xml:space="preserve">Ціна Автомобіля: </w:t>
      </w:r>
      <w:r>
        <w:rPr>
          <w:color w:val="008C95"/>
        </w:rPr>
        <w:t>__________,__ грн [з ПДВ / без ПДВ]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>1.3. Продавець підтверджує, що має право відчужувати Автомобіль, та передає його за цим Договором вільним від прав третіх осіб, застави, арешту, заборони відчуження та інших обтяжень.</w:t>
      </w:r>
    </w:p>
    <w:p w:rsidR="003E55D6" w:rsidRDefault="00CF3F53">
      <w:pPr>
        <w:spacing w:after="20"/>
        <w:jc w:val="both"/>
        <w:rPr>
          <w:lang w:val="uk-UA"/>
        </w:rPr>
      </w:pPr>
      <w:r>
        <w:t>1.4. Разом з Автомобілем Продавець передає Покупцю ключі, свідоцтво про реєстрацію транспортного засобу та інші наявні документи і належності, що стосуються Автомобіля.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>
        <w:rPr>
          <w:b/>
        </w:rPr>
        <w:t>2. ОПЛАТА ТА ПЕРЕДАЧА АВТОМОБІЛЯ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 xml:space="preserve">2.1. Покупець сплачує Продавцю 100 % передплату ціни Автомобіля протягом </w:t>
      </w:r>
      <w:r>
        <w:rPr>
          <w:color w:val="008C95"/>
        </w:rPr>
        <w:t>3 (трьох) робочих днів</w:t>
      </w:r>
      <w:r>
        <w:t xml:space="preserve"> з дати підписання цього Договору. Датою оплати є дата зарахування коштів на рахунок Продавця або дата отримання Продавцем готівкових коштів, якщо такий спосіб погоджений Сторонами.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 xml:space="preserve">2.2. Строк передачі Автомобіля Покупцю: </w:t>
      </w:r>
      <w:r>
        <w:rPr>
          <w:color w:val="008C95"/>
        </w:rPr>
        <w:t>________________________ [дата / кількість днів після отримання 100 % передплати]</w:t>
      </w:r>
      <w:r>
        <w:t>. До отримання повної передплати Продавець не зобов’язаний передавати Автомобіль Покупцю.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 xml:space="preserve">2.3. Спосіб передачі / доставки: </w:t>
      </w:r>
      <w:r>
        <w:rPr>
          <w:color w:val="008C95"/>
        </w:rPr>
        <w:t>____________________</w:t>
      </w:r>
      <w:r>
        <w:t xml:space="preserve">    Місце передачі / доставки: </w:t>
      </w:r>
      <w:r>
        <w:rPr>
          <w:color w:val="008C95"/>
        </w:rPr>
        <w:t>____________________________</w:t>
      </w:r>
      <w:r>
        <w:t>.</w:t>
      </w:r>
      <w:r>
        <w:br/>
        <w:t>Передача / доставка Автомобіля здійснюється за рахунок Покупця; усі витрати на перевезення або доставку Автомобіля несе Покупець.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>2.4. Право власності на Автомобіль переходить до Покупця після його фактичної передачі та повної оплати. Ризик випадкової втрати або пошкодження Автомобіля переходить до Покупця з моменту фактичної передачі Автомобіля Покупцю або уповноваженій ним особі.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>
        <w:rPr>
          <w:b/>
        </w:rPr>
        <w:lastRenderedPageBreak/>
        <w:t>3. ПРИЙМАННЯ, СТАН ТА ГАРАНТІЯ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>3.1. При отриманні Автомобіля Покупець перевіряє його комплектацію, фактичний стан, показник одометра та очевидні пошкодження. Покупець підтверджує, що мав можливість оглянути Автомобіль до його передачі. Зауваження зазначаються в акті приймання-передачі або іншому документі про передачу Автомобіля.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 xml:space="preserve">3.2. Технічний стан Автомобіля повинен відповідати умовам цього Договору та характеристикам, зазначеним у п. 1.2. Гарантійний строк: </w:t>
      </w:r>
      <w:r>
        <w:rPr>
          <w:color w:val="008C95"/>
        </w:rPr>
        <w:t>________________ [строк / не застосовується]</w:t>
      </w:r>
      <w:r>
        <w:t>.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>3.3. Гарантія не поширюється на недоліки, спричинені експлуатацією Автомобіля після його передачі Покупцю, дорожньо-транспортними пригодами, механічними пошкодженнями, самостійним ремонтом, втручанням третіх осіб або нормальним зносом, крім випадків, коли інше передбачено законом.</w:t>
      </w:r>
    </w:p>
    <w:p w:rsidR="003E55D6" w:rsidRDefault="00CF3F53">
      <w:pPr>
        <w:spacing w:after="20"/>
        <w:jc w:val="both"/>
        <w:rPr>
          <w:lang w:val="uk-UA"/>
        </w:rPr>
      </w:pPr>
      <w:r>
        <w:t>3.4. Якщо Покупець придбаває Автомобіль як споживач, його права, встановлені законодавством про захист прав споживачів, не обмежуються умовами цього Договору.</w:t>
      </w:r>
    </w:p>
    <w:p w:rsidR="003E55D6" w:rsidRDefault="00CF3F53">
      <w:pPr>
        <w:spacing w:after="20"/>
        <w:jc w:val="both"/>
        <w:rPr>
          <w:lang w:val="uk-UA"/>
        </w:rPr>
      </w:pPr>
      <w:r>
        <w:t xml:space="preserve">3.5. Інші умови щодо Автомобіля: </w:t>
      </w:r>
      <w:r>
        <w:rPr>
          <w:color w:val="008C95"/>
        </w:rPr>
        <w:t>________________________ [документи, ключі, сервісна історія / не застосовується]</w:t>
      </w:r>
      <w:r>
        <w:t>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4. ВІДПОВІДАЛЬНІСТЬ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>4.1. За прострочення внесення передплати Покупець на вимогу Продавця сплачує пеню за кожний день прострочення, розраховану виходячи з подвійної облікової ставки НБУ у річному обчисленні від несплаченої суми, а також інфляційні втрати у межах, дозволених законодавством України.</w:t>
      </w:r>
    </w:p>
    <w:p w:rsidR="00A20095" w:rsidRPr="00C51DBD" w:rsidRDefault="00050E6F">
      <w:pPr>
        <w:keepLines/>
        <w:spacing w:after="20"/>
        <w:jc w:val="both"/>
        <w:rPr>
          <w:lang w:val="uk-UA"/>
        </w:rPr>
      </w:pPr>
      <w:r>
        <w:t>4.2. У разі безпідставної відмови Покупця від прийняття належним чином переданого або готового до передачі Автомобіля Покупець сплачує штраф у розмірі 3 % ціни Автомобіля та відшкодовує документально підтверджені витрати Продавця, крім випадків, коли Покупець має право відмовитися від Договору або Автомобіля відповідно до закону.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>4.3. Продавець не відповідає за упущену вигоду, непрямі збитки, простій або штрафи третіх осіб, крім випадків, коли таке обмеження відповідальності не допускається законом.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t>4.4. За прострочення передачі Автомобіля Продавець на вимогу Покупця сплачує штраф за кожний день прострочення, розрахований виходячи з подвійної облікової ставки НБУ у річному обчисленні від ціни Автомобіля, якщо інше не передбачено законом.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5. ФОРС-МАЖОР ТА ЗАГАЛЬНІ УМОВИ</w:t>
      </w:r>
    </w:p>
    <w:p w:rsidR="00A20095" w:rsidRPr="00C51DBD" w:rsidRDefault="00050E6F">
      <w:pPr>
        <w:spacing w:after="20"/>
        <w:jc w:val="both"/>
        <w:rPr>
          <w:lang w:val="uk-UA"/>
        </w:rPr>
      </w:pPr>
      <w:r w:rsidRPr="00C51DBD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C51DBD" w:rsidRDefault="00050E6F">
      <w:pPr>
        <w:spacing w:after="20"/>
        <w:jc w:val="both"/>
        <w:rPr>
          <w:lang w:val="uk-UA"/>
        </w:rPr>
      </w:pPr>
      <w:r w:rsidRPr="00C51DBD">
        <w:rPr>
          <w:lang w:val="uk-UA"/>
        </w:rPr>
        <w:t>5.2. Договір набирає чинності з моменту його підписання Сторонами та діє до повного виконання Сторонами зобов’язань за ним.</w:t>
      </w:r>
    </w:p>
    <w:p w:rsidR="00A20095" w:rsidRPr="00C51DBD" w:rsidRDefault="00050E6F">
      <w:pPr>
        <w:spacing w:after="20"/>
        <w:jc w:val="both"/>
        <w:rPr>
          <w:lang w:val="uk-UA"/>
        </w:rPr>
      </w:pPr>
      <w:r w:rsidRPr="00C51DBD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C51DBD" w:rsidRDefault="00050E6F">
      <w:pPr>
        <w:spacing w:after="20"/>
        <w:jc w:val="both"/>
        <w:rPr>
          <w:lang w:val="uk-UA"/>
        </w:rPr>
      </w:pPr>
      <w:r w:rsidRPr="00C51DBD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C51DBD" w:rsidRDefault="00050E6F">
      <w:pPr>
        <w:spacing w:after="20"/>
        <w:jc w:val="both"/>
        <w:rPr>
          <w:lang w:val="uk-UA"/>
        </w:rPr>
      </w:pPr>
      <w:r w:rsidRPr="00C51DBD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C51DBD" w:rsidRDefault="00050E6F">
      <w:pPr>
        <w:spacing w:after="20"/>
        <w:jc w:val="both"/>
        <w:rPr>
          <w:lang w:val="uk-UA"/>
        </w:rPr>
      </w:pPr>
      <w:r>
        <w:lastRenderedPageBreak/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C51DBD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0" w:line="228" w:lineRule="auto"/>
              <w:jc w:val="center"/>
              <w:rPr>
                <w:lang w:val="uk-UA"/>
              </w:rPr>
            </w:pPr>
            <w:r>
              <w:rPr>
                <w:b/>
              </w:rPr>
              <w:t>ПРОДАВЕЦЬ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Найменування / ФОП ПІБ: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Код ЄДРПОУ / РНОКПП: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Адреса: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IBAN: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Банк: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E-mail / телефон: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0" w:line="228" w:lineRule="auto"/>
              <w:jc w:val="center"/>
              <w:rPr>
                <w:lang w:val="uk-UA"/>
              </w:rPr>
            </w:pPr>
            <w:r>
              <w:rPr>
                <w:b/>
              </w:rPr>
              <w:t>ПОКУПЕЦЬ — ФІЗИЧНА ОСОБА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ПІБ: </w:t>
            </w:r>
            <w:r>
              <w:rPr>
                <w:color w:val="008C95"/>
              </w:rPr>
              <w:t>__________ [вкажіть повністю]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РНОКПП: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Паспорт / ID-картка: </w:t>
            </w:r>
            <w:r>
              <w:rPr>
                <w:color w:val="008C95"/>
              </w:rPr>
              <w:t>__________ [реквізити]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Адреса проживання: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Телефон / E-mail: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[ПІБ]</w:t>
            </w:r>
          </w:p>
        </w:tc>
      </w:tr>
    </w:tbl>
    <w:p w:rsidR="00CF3F53" w:rsidRDefault="00CF3F53">
      <w:pPr>
        <w:spacing w:after="0"/>
      </w:pPr>
    </w:p>
    <w:sectPr w:rsidR="00CF3F53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0FE" w:rsidRDefault="005450FE">
      <w:pPr>
        <w:spacing w:after="0"/>
      </w:pPr>
      <w:r>
        <w:separator/>
      </w:r>
    </w:p>
  </w:endnote>
  <w:endnote w:type="continuationSeparator" w:id="0">
    <w:p w:rsidR="005450FE" w:rsidRDefault="005450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9B5409">
      <w:rPr>
        <w:noProof/>
        <w:color w:val="777777"/>
        <w:sz w:val="17"/>
      </w:rPr>
      <w:t>3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0FE" w:rsidRDefault="005450FE">
      <w:pPr>
        <w:spacing w:after="0"/>
      </w:pPr>
      <w:r>
        <w:separator/>
      </w:r>
    </w:p>
  </w:footnote>
  <w:footnote w:type="continuationSeparator" w:id="0">
    <w:p w:rsidR="005450FE" w:rsidRDefault="005450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1271C"/>
    <w:rsid w:val="00143070"/>
    <w:rsid w:val="0015074B"/>
    <w:rsid w:val="002230C7"/>
    <w:rsid w:val="0029639D"/>
    <w:rsid w:val="00326F90"/>
    <w:rsid w:val="003E55D6"/>
    <w:rsid w:val="005450FE"/>
    <w:rsid w:val="00806D30"/>
    <w:rsid w:val="009B5409"/>
    <w:rsid w:val="00A20095"/>
    <w:rsid w:val="00AA1D8D"/>
    <w:rsid w:val="00B47730"/>
    <w:rsid w:val="00BD31D0"/>
    <w:rsid w:val="00C51DBD"/>
    <w:rsid w:val="00CB0664"/>
    <w:rsid w:val="00CE3185"/>
    <w:rsid w:val="00CF3F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7999FC-FF04-4557-95C5-7B4D755D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6670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2026-09-24T13:40:00Z</dcterms:created>
  <dcterms:modified xsi:type="dcterms:W3CDTF">2026-09-24T13:40:00Z</dcterms:modified>
</cp:coreProperties>
</file>