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A67" w:rsidRDefault="00234310">
      <w:pPr>
        <w:keepNext/>
        <w:spacing w:before="40" w:after="20"/>
        <w:jc w:val="center"/>
      </w:pPr>
      <w:bookmarkStart w:id="0" w:name="_GoBack"/>
      <w:bookmarkEnd w:id="0"/>
      <w:r>
        <w:rPr>
          <w:b/>
          <w:color w:val="111111"/>
          <w:sz w:val="30"/>
        </w:rPr>
        <w:t>ДОГОВІР КУПІВЛІ-ПРОДАЖУ ТОВАРУ</w:t>
      </w:r>
    </w:p>
    <w:p w:rsidR="00885A67" w:rsidRDefault="00234310">
      <w:pPr>
        <w:keepNext/>
        <w:spacing w:after="60"/>
        <w:jc w:val="center"/>
      </w:pPr>
      <w:r>
        <w:rPr>
          <w:b/>
          <w:color w:val="111111"/>
        </w:rPr>
        <w:t xml:space="preserve">№ </w:t>
      </w:r>
      <w:r>
        <w:rPr>
          <w:color w:val="278686"/>
          <w:shd w:val="clear" w:color="auto" w:fill="EAF6F7"/>
        </w:rPr>
        <w:t>__________</w:t>
      </w:r>
      <w:r>
        <w:rPr>
          <w:b/>
          <w:color w:val="111111"/>
        </w:rPr>
        <w:t xml:space="preserve"> </w:t>
      </w:r>
      <w:r>
        <w:rPr>
          <w:color w:val="278686"/>
          <w:shd w:val="clear" w:color="auto" w:fill="EAF6F7"/>
        </w:rPr>
        <w:t>[номер договору]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885A67">
        <w:trPr>
          <w:jc w:val="center"/>
        </w:trPr>
        <w:tc>
          <w:tcPr>
            <w:tcW w:w="4932" w:type="dxa"/>
            <w:tcMar>
              <w:top w:w="10" w:type="dxa"/>
              <w:left w:w="0" w:type="dxa"/>
              <w:bottom w:w="15" w:type="dxa"/>
              <w:right w:w="0" w:type="dxa"/>
            </w:tcMar>
            <w:vAlign w:val="center"/>
          </w:tcPr>
          <w:p w:rsidR="00885A67" w:rsidRDefault="00234310">
            <w:pPr>
              <w:spacing w:after="40"/>
            </w:pPr>
            <w:r>
              <w:rPr>
                <w:color w:val="111111"/>
                <w:sz w:val="22"/>
              </w:rPr>
              <w:t xml:space="preserve">м. </w:t>
            </w:r>
            <w:r>
              <w:rPr>
                <w:color w:val="278686"/>
                <w:sz w:val="22"/>
                <w:shd w:val="clear" w:color="auto" w:fill="EAF6F7"/>
              </w:rPr>
              <w:t>__________</w:t>
            </w:r>
            <w:r>
              <w:rPr>
                <w:color w:val="111111"/>
                <w:sz w:val="22"/>
              </w:rPr>
              <w:t xml:space="preserve"> </w:t>
            </w:r>
            <w:r>
              <w:rPr>
                <w:color w:val="278686"/>
                <w:sz w:val="22"/>
                <w:shd w:val="clear" w:color="auto" w:fill="EAF6F7"/>
              </w:rPr>
              <w:t>[місто]</w:t>
            </w:r>
          </w:p>
        </w:tc>
        <w:tc>
          <w:tcPr>
            <w:tcW w:w="4932" w:type="dxa"/>
            <w:tcMar>
              <w:top w:w="10" w:type="dxa"/>
              <w:left w:w="0" w:type="dxa"/>
              <w:bottom w:w="15" w:type="dxa"/>
              <w:right w:w="0" w:type="dxa"/>
            </w:tcMar>
            <w:vAlign w:val="center"/>
          </w:tcPr>
          <w:p w:rsidR="00885A67" w:rsidRDefault="00234310">
            <w:pPr>
              <w:spacing w:after="40"/>
              <w:jc w:val="right"/>
            </w:pPr>
            <w:r>
              <w:rPr>
                <w:color w:val="111111"/>
                <w:sz w:val="22"/>
              </w:rPr>
              <w:t xml:space="preserve">«_» </w:t>
            </w:r>
            <w:r>
              <w:rPr>
                <w:color w:val="278686"/>
                <w:sz w:val="22"/>
                <w:shd w:val="clear" w:color="auto" w:fill="EAF6F7"/>
              </w:rPr>
              <w:t>__________</w:t>
            </w:r>
            <w:r>
              <w:rPr>
                <w:color w:val="111111"/>
                <w:sz w:val="22"/>
              </w:rPr>
              <w:t xml:space="preserve"> 20 року</w:t>
            </w:r>
          </w:p>
        </w:tc>
      </w:tr>
    </w:tbl>
    <w:p w:rsidR="00885A67" w:rsidRDefault="00234310">
      <w:pPr>
        <w:spacing w:after="24"/>
        <w:ind w:firstLine="369"/>
        <w:jc w:val="both"/>
      </w:pPr>
      <w:r>
        <w:rPr>
          <w:color w:val="111111"/>
        </w:rPr>
        <w:t xml:space="preserve">Фізична особа-підприємець </w:t>
      </w:r>
      <w:r>
        <w:rPr>
          <w:color w:val="278686"/>
          <w:shd w:val="clear" w:color="auto" w:fill="EAF6F7"/>
        </w:rPr>
        <w:t>________________________________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[ПІБ Продавця]</w:t>
      </w:r>
      <w:r>
        <w:rPr>
          <w:color w:val="111111"/>
        </w:rPr>
        <w:t xml:space="preserve">, РНОКПП </w:t>
      </w:r>
      <w:r>
        <w:rPr>
          <w:color w:val="278686"/>
          <w:shd w:val="clear" w:color="auto" w:fill="EAF6F7"/>
        </w:rPr>
        <w:t>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[вкажіть]</w:t>
      </w:r>
      <w:r>
        <w:rPr>
          <w:color w:val="111111"/>
        </w:rPr>
        <w:t xml:space="preserve">, адреса: </w:t>
      </w:r>
      <w:r>
        <w:rPr>
          <w:color w:val="278686"/>
          <w:shd w:val="clear" w:color="auto" w:fill="EAF6F7"/>
        </w:rPr>
        <w:t>________________________________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[вкажіть]</w:t>
      </w:r>
      <w:r>
        <w:rPr>
          <w:color w:val="111111"/>
        </w:rPr>
        <w:t>, надалі — «Продавець», та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 xml:space="preserve">громадянин(ка) України </w:t>
      </w:r>
      <w:r>
        <w:rPr>
          <w:color w:val="278686"/>
          <w:shd w:val="clear" w:color="auto" w:fill="EAF6F7"/>
        </w:rPr>
        <w:t>________________________________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[ПІБ Покупця повністю]</w:t>
      </w:r>
      <w:r>
        <w:rPr>
          <w:color w:val="111111"/>
        </w:rPr>
        <w:t xml:space="preserve">, РНОКПП </w:t>
      </w:r>
      <w:r>
        <w:rPr>
          <w:color w:val="278686"/>
          <w:shd w:val="clear" w:color="auto" w:fill="EAF6F7"/>
        </w:rPr>
        <w:t>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[вкажіть]</w:t>
      </w:r>
      <w:r>
        <w:rPr>
          <w:color w:val="111111"/>
        </w:rPr>
        <w:t xml:space="preserve">, паспорт / ID-картка </w:t>
      </w:r>
      <w:r>
        <w:rPr>
          <w:color w:val="278686"/>
          <w:shd w:val="clear" w:color="auto" w:fill="EAF6F7"/>
        </w:rPr>
        <w:t>________________________________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[реквізити]</w:t>
      </w:r>
      <w:r>
        <w:rPr>
          <w:color w:val="111111"/>
        </w:rPr>
        <w:t xml:space="preserve">, адреса місця проживання: </w:t>
      </w:r>
      <w:r>
        <w:rPr>
          <w:color w:val="278686"/>
          <w:shd w:val="clear" w:color="auto" w:fill="EAF6F7"/>
        </w:rPr>
        <w:t>____________________</w:t>
      </w:r>
      <w:r>
        <w:rPr>
          <w:color w:val="278686"/>
          <w:shd w:val="clear" w:color="auto" w:fill="EAF6F7"/>
        </w:rPr>
        <w:t>____________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[адреса]</w:t>
      </w:r>
      <w:r>
        <w:rPr>
          <w:color w:val="111111"/>
        </w:rPr>
        <w:t>, надалі — «Покупець», разом — «Сторони», уклали цей Договір про таке.</w:t>
      </w:r>
    </w:p>
    <w:p w:rsidR="00885A67" w:rsidRDefault="00234310">
      <w:pPr>
        <w:keepNext/>
        <w:pBdr>
          <w:bottom w:val="single" w:sz="8" w:space="2" w:color="36A3A3"/>
        </w:pBdr>
        <w:spacing w:before="80" w:after="40"/>
      </w:pPr>
      <w:r>
        <w:rPr>
          <w:b/>
          <w:color w:val="111111"/>
        </w:rPr>
        <w:t>1. ПРЕДМЕТ ДОГОВОРУ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 xml:space="preserve">1.1. Продавець зобов’язується передати у власність Покупцю товар (далі — «Товар»), а Покупець — прийняти Товар та оплатити його на умовах цього </w:t>
      </w:r>
      <w:r>
        <w:rPr>
          <w:color w:val="111111"/>
        </w:rPr>
        <w:t>Договору.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>1.2. Товар:</w:t>
      </w:r>
    </w:p>
    <w:p w:rsidR="00885A67" w:rsidRDefault="00234310">
      <w:pPr>
        <w:spacing w:after="10"/>
        <w:ind w:left="85"/>
      </w:pPr>
      <w:r>
        <w:rPr>
          <w:color w:val="111111"/>
          <w:sz w:val="22"/>
        </w:rPr>
        <w:t xml:space="preserve">Найменування / модель / артикул: </w:t>
      </w:r>
      <w:r>
        <w:rPr>
          <w:color w:val="278686"/>
          <w:sz w:val="22"/>
          <w:shd w:val="clear" w:color="auto" w:fill="EAF6F7"/>
        </w:rPr>
        <w:t>________________________</w:t>
      </w:r>
      <w:r>
        <w:rPr>
          <w:color w:val="111111"/>
          <w:sz w:val="22"/>
        </w:rPr>
        <w:t xml:space="preserve"> </w:t>
      </w:r>
      <w:r>
        <w:rPr>
          <w:color w:val="278686"/>
          <w:sz w:val="22"/>
          <w:shd w:val="clear" w:color="auto" w:fill="EAF6F7"/>
        </w:rPr>
        <w:t>[вкажіть]</w:t>
      </w:r>
    </w:p>
    <w:p w:rsidR="00885A67" w:rsidRDefault="00234310">
      <w:pPr>
        <w:spacing w:after="10"/>
        <w:ind w:left="85"/>
      </w:pPr>
      <w:r>
        <w:rPr>
          <w:color w:val="111111"/>
          <w:sz w:val="22"/>
        </w:rPr>
        <w:t xml:space="preserve">Кількість: </w:t>
      </w:r>
      <w:r>
        <w:rPr>
          <w:color w:val="278686"/>
          <w:sz w:val="22"/>
          <w:shd w:val="clear" w:color="auto" w:fill="EAF6F7"/>
        </w:rPr>
        <w:t>__________</w:t>
      </w:r>
      <w:r>
        <w:rPr>
          <w:color w:val="111111"/>
          <w:sz w:val="22"/>
        </w:rPr>
        <w:t xml:space="preserve"> </w:t>
      </w:r>
      <w:r>
        <w:rPr>
          <w:color w:val="278686"/>
          <w:sz w:val="22"/>
          <w:shd w:val="clear" w:color="auto" w:fill="EAF6F7"/>
        </w:rPr>
        <w:t>[од. вим.]</w:t>
      </w:r>
    </w:p>
    <w:p w:rsidR="00885A67" w:rsidRDefault="00234310">
      <w:pPr>
        <w:spacing w:after="10"/>
        <w:ind w:left="85"/>
      </w:pPr>
      <w:r>
        <w:rPr>
          <w:color w:val="111111"/>
          <w:sz w:val="22"/>
        </w:rPr>
        <w:t xml:space="preserve">Характеристики / комплектація: </w:t>
      </w:r>
      <w:r>
        <w:rPr>
          <w:color w:val="278686"/>
          <w:sz w:val="22"/>
          <w:shd w:val="clear" w:color="auto" w:fill="EAF6F7"/>
        </w:rPr>
        <w:t>________________________</w:t>
      </w:r>
      <w:r>
        <w:rPr>
          <w:color w:val="111111"/>
          <w:sz w:val="22"/>
        </w:rPr>
        <w:t xml:space="preserve"> </w:t>
      </w:r>
      <w:r>
        <w:rPr>
          <w:color w:val="278686"/>
          <w:sz w:val="22"/>
          <w:shd w:val="clear" w:color="auto" w:fill="EAF6F7"/>
        </w:rPr>
        <w:t>[вкажіть]</w:t>
      </w:r>
    </w:p>
    <w:p w:rsidR="00885A67" w:rsidRDefault="00234310">
      <w:pPr>
        <w:spacing w:after="10"/>
        <w:ind w:left="85"/>
      </w:pPr>
      <w:r>
        <w:rPr>
          <w:color w:val="111111"/>
          <w:sz w:val="22"/>
        </w:rPr>
        <w:t xml:space="preserve">Стан Товару: </w:t>
      </w:r>
      <w:r>
        <w:rPr>
          <w:color w:val="278686"/>
          <w:sz w:val="22"/>
          <w:shd w:val="clear" w:color="auto" w:fill="EAF6F7"/>
        </w:rPr>
        <w:t>__________</w:t>
      </w:r>
      <w:r>
        <w:rPr>
          <w:color w:val="111111"/>
          <w:sz w:val="22"/>
        </w:rPr>
        <w:t xml:space="preserve"> </w:t>
      </w:r>
      <w:r>
        <w:rPr>
          <w:color w:val="278686"/>
          <w:sz w:val="22"/>
          <w:shd w:val="clear" w:color="auto" w:fill="EAF6F7"/>
        </w:rPr>
        <w:t>[новий / був у використанні / інше]</w:t>
      </w:r>
    </w:p>
    <w:p w:rsidR="00885A67" w:rsidRDefault="00234310">
      <w:pPr>
        <w:spacing w:after="10"/>
        <w:ind w:left="85"/>
      </w:pPr>
      <w:r>
        <w:rPr>
          <w:color w:val="111111"/>
          <w:sz w:val="22"/>
        </w:rPr>
        <w:t xml:space="preserve">Ціна за одиницю: </w:t>
      </w:r>
      <w:r>
        <w:rPr>
          <w:color w:val="278686"/>
          <w:sz w:val="22"/>
          <w:shd w:val="clear" w:color="auto" w:fill="EAF6F7"/>
        </w:rPr>
        <w:t>__________</w:t>
      </w:r>
      <w:r>
        <w:rPr>
          <w:color w:val="111111"/>
          <w:sz w:val="22"/>
        </w:rPr>
        <w:t xml:space="preserve"> грн </w:t>
      </w:r>
      <w:r>
        <w:rPr>
          <w:color w:val="278686"/>
          <w:sz w:val="22"/>
          <w:shd w:val="clear" w:color="auto" w:fill="EAF6F7"/>
        </w:rPr>
        <w:t>[з ПДВ / без ПДВ]</w:t>
      </w:r>
    </w:p>
    <w:p w:rsidR="00885A67" w:rsidRDefault="00234310">
      <w:pPr>
        <w:spacing w:after="10"/>
        <w:ind w:left="85"/>
      </w:pPr>
      <w:r>
        <w:rPr>
          <w:color w:val="111111"/>
          <w:sz w:val="22"/>
        </w:rPr>
        <w:t xml:space="preserve">Загальна вартість: </w:t>
      </w:r>
      <w:r>
        <w:rPr>
          <w:color w:val="278686"/>
          <w:sz w:val="22"/>
          <w:shd w:val="clear" w:color="auto" w:fill="EAF6F7"/>
        </w:rPr>
        <w:t>__________</w:t>
      </w:r>
      <w:r>
        <w:rPr>
          <w:color w:val="111111"/>
          <w:sz w:val="22"/>
        </w:rPr>
        <w:t xml:space="preserve"> грн </w:t>
      </w:r>
      <w:r>
        <w:rPr>
          <w:color w:val="278686"/>
          <w:sz w:val="22"/>
          <w:shd w:val="clear" w:color="auto" w:fill="EAF6F7"/>
        </w:rPr>
        <w:t>[у т.ч. ПДВ ___ грн / без ПДВ]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>1.3. Продавець підтверджує, що має право відчужувати Товар, та передає його за цим Договором вільним від прав третіх осіб, застави, арешту та</w:t>
      </w:r>
      <w:r>
        <w:rPr>
          <w:color w:val="111111"/>
        </w:rPr>
        <w:t xml:space="preserve"> інших обтяжень.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>1.4. Разом із Товаром Продавець передає Покупцю належності та документи, що стосуються Товару, якщо їх передання передбачене законом, умовами цього Договору або документацією виробника.</w:t>
      </w:r>
    </w:p>
    <w:p w:rsidR="00885A67" w:rsidRDefault="00234310">
      <w:pPr>
        <w:keepNext/>
        <w:pBdr>
          <w:bottom w:val="single" w:sz="8" w:space="2" w:color="36A3A3"/>
        </w:pBdr>
        <w:spacing w:before="100" w:after="40"/>
      </w:pPr>
      <w:r>
        <w:rPr>
          <w:b/>
          <w:color w:val="111111"/>
        </w:rPr>
        <w:t>2. ОПЛАТА ТА ПЕРЕДАЧА ТОВАРУ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 xml:space="preserve">2.1. Умови оплати: </w:t>
      </w:r>
      <w:r>
        <w:rPr>
          <w:color w:val="278686"/>
          <w:shd w:val="clear" w:color="auto" w:fill="EAF6F7"/>
        </w:rPr>
        <w:t>_____</w:t>
      </w:r>
      <w:r>
        <w:rPr>
          <w:color w:val="278686"/>
          <w:shd w:val="clear" w:color="auto" w:fill="EAF6F7"/>
        </w:rPr>
        <w:t>___________________________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[вид, розмір, строк та порядок оплати]</w:t>
      </w:r>
      <w:r>
        <w:rPr>
          <w:color w:val="111111"/>
        </w:rPr>
        <w:t>. Датою оплати є дата зарахування коштів на рахунок Продавця або дата отримання Продавцем готівкових коштів, якщо такий спосіб погоджений Сторонами.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 xml:space="preserve">2.2. Строк передачі Товару Покупцю: </w:t>
      </w:r>
      <w:r>
        <w:rPr>
          <w:color w:val="278686"/>
          <w:shd w:val="clear" w:color="auto" w:fill="EAF6F7"/>
        </w:rPr>
        <w:t>_____</w:t>
      </w:r>
      <w:r>
        <w:rPr>
          <w:color w:val="278686"/>
          <w:shd w:val="clear" w:color="auto" w:fill="EAF6F7"/>
        </w:rPr>
        <w:t>___________________________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[дата / період]</w:t>
      </w:r>
      <w:r>
        <w:rPr>
          <w:color w:val="111111"/>
        </w:rPr>
        <w:t>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 xml:space="preserve">2.3. Спосіб передачі / доставки: </w:t>
      </w:r>
      <w:r>
        <w:rPr>
          <w:color w:val="278686"/>
          <w:shd w:val="clear" w:color="auto" w:fill="EAF6F7"/>
        </w:rPr>
        <w:t>________________________________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[самовивіз / доставка / перевізник / інше]</w:t>
      </w:r>
      <w:r>
        <w:rPr>
          <w:color w:val="111111"/>
        </w:rPr>
        <w:t>.</w:t>
      </w:r>
    </w:p>
    <w:p w:rsidR="00885A67" w:rsidRDefault="00234310">
      <w:pPr>
        <w:spacing w:after="24"/>
        <w:jc w:val="both"/>
      </w:pPr>
      <w:r>
        <w:rPr>
          <w:color w:val="111111"/>
          <w:sz w:val="22"/>
        </w:rPr>
        <w:t xml:space="preserve">Місце передачі / доставки: </w:t>
      </w:r>
      <w:r>
        <w:rPr>
          <w:color w:val="278686"/>
          <w:sz w:val="22"/>
          <w:shd w:val="clear" w:color="auto" w:fill="EAF6F7"/>
        </w:rPr>
        <w:t>________________________________</w:t>
      </w:r>
      <w:r>
        <w:rPr>
          <w:color w:val="111111"/>
          <w:sz w:val="22"/>
        </w:rPr>
        <w:t xml:space="preserve"> </w:t>
      </w:r>
      <w:r>
        <w:rPr>
          <w:color w:val="278686"/>
          <w:sz w:val="22"/>
          <w:shd w:val="clear" w:color="auto" w:fill="EAF6F7"/>
        </w:rPr>
        <w:t>[адреса / інше місце]</w:t>
      </w:r>
      <w:r>
        <w:rPr>
          <w:color w:val="111111"/>
          <w:sz w:val="22"/>
        </w:rPr>
        <w:t>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>2.4. Право власнос</w:t>
      </w:r>
      <w:r>
        <w:rPr>
          <w:color w:val="111111"/>
        </w:rPr>
        <w:t>ті на Товар переходить до Покупця після його передачі та повної оплати, якщо інше прямо не погоджено Сторонами у цьому Договорі. Ризик випадкової втрати або пошкодження Товару переходить до Покупця з моменту фактичної передачі Товару Покупцю або уповноваже</w:t>
      </w:r>
      <w:r>
        <w:rPr>
          <w:color w:val="111111"/>
        </w:rPr>
        <w:t>ній ним особі.</w:t>
      </w:r>
    </w:p>
    <w:p w:rsidR="00885A67" w:rsidRDefault="00234310">
      <w:pPr>
        <w:keepNext/>
        <w:pBdr>
          <w:bottom w:val="single" w:sz="8" w:space="2" w:color="36A3A3"/>
        </w:pBdr>
        <w:spacing w:before="100" w:after="40"/>
      </w:pPr>
      <w:r>
        <w:rPr>
          <w:b/>
          <w:color w:val="111111"/>
        </w:rPr>
        <w:t>3. ПРИЙМАННЯ, ЯКІСТЬ ТА ГАРАНТІЯ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 xml:space="preserve">3.1. При отриманні Товару Покупець перевіряє його кількість, комплектацію, стан, упаковку та очевидні пошкодження. Зауваження зазначаються у видатковій накладній, акті приймання-передачі або іншому документі </w:t>
      </w:r>
      <w:r>
        <w:rPr>
          <w:color w:val="111111"/>
        </w:rPr>
        <w:t>про передачу Товару.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 xml:space="preserve">3.2. Якість Товару повинна відповідати умовам цього Договору, вимогам законодавства України та документації виробника. Гарантійний строк: </w:t>
      </w:r>
      <w:r>
        <w:rPr>
          <w:color w:val="278686"/>
          <w:shd w:val="clear" w:color="auto" w:fill="EAF6F7"/>
        </w:rPr>
        <w:t>________________________________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[строк / гарантія виробника / не застосовується]</w:t>
      </w:r>
      <w:r>
        <w:rPr>
          <w:color w:val="111111"/>
        </w:rPr>
        <w:t>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 xml:space="preserve">3.3. Гарантія </w:t>
      </w:r>
      <w:r>
        <w:rPr>
          <w:color w:val="111111"/>
        </w:rPr>
        <w:t>не поширюється на недоліки, спричинені неправильним транспортуванням після передачі Товару Покупцю, зберіганням, монтажем або експлуатацією, механічними пошкодженнями, самостійним ремонтом чи нормальним зносом, крім випадків, коли інше передбачено законом.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>3.4. Якщо Покупець придбаває Товар як споживач, його права, встановлені законодавством про захист прав споживачів, не обмежуються умовами цього Договору.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 xml:space="preserve">3.5. Інші умови щодо Товару: </w:t>
      </w:r>
      <w:r>
        <w:rPr>
          <w:color w:val="278686"/>
          <w:shd w:val="clear" w:color="auto" w:fill="EAF6F7"/>
        </w:rPr>
        <w:t>________________________________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[пакування, маркування, додаткові докум</w:t>
      </w:r>
      <w:r>
        <w:rPr>
          <w:color w:val="278686"/>
          <w:shd w:val="clear" w:color="auto" w:fill="EAF6F7"/>
        </w:rPr>
        <w:t>енти, особливі вимоги / не застосовується]</w:t>
      </w:r>
      <w:r>
        <w:rPr>
          <w:color w:val="111111"/>
        </w:rPr>
        <w:t>.</w:t>
      </w:r>
    </w:p>
    <w:p w:rsidR="00885A67" w:rsidRDefault="00234310">
      <w:pPr>
        <w:keepNext/>
        <w:pBdr>
          <w:bottom w:val="single" w:sz="8" w:space="2" w:color="36A3A3"/>
        </w:pBdr>
        <w:spacing w:before="100" w:after="40"/>
      </w:pPr>
      <w:r>
        <w:rPr>
          <w:b/>
          <w:color w:val="111111"/>
        </w:rPr>
        <w:lastRenderedPageBreak/>
        <w:t>4. ВІДПОВІДАЛЬНІСТЬ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>4.1. За прострочення оплати Покупець на вимогу Продавця сплачує пеню за кожний день прострочення, розраховану виходячи з подвійної облікової ставки НБУ у річному обчисленні від суми боргу, а т</w:t>
      </w:r>
      <w:r>
        <w:rPr>
          <w:color w:val="111111"/>
        </w:rPr>
        <w:t>акож інфляційні втрати у межах, дозволених законодавством України.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>4.2. У разі безпідставної відмови Покупця від прийняття належним чином переданого або готового до передачі Товару Покупець сплачує штраф у розмірі 3 % вартості неприйнятого Товару та відшко</w:t>
      </w:r>
      <w:r>
        <w:rPr>
          <w:color w:val="111111"/>
        </w:rPr>
        <w:t>довує документально підтверджені витрати Продавця, крім випадків, коли Покупець має право відмовитися від Договору або Товару відповідно до закону.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>4.3. Продавець не відповідає за упущену вигоду, непрямі збитки, простій або штрафи третіх осіб, крім випадкі</w:t>
      </w:r>
      <w:r>
        <w:rPr>
          <w:color w:val="111111"/>
        </w:rPr>
        <w:t>в, коли таке обмеження відповідальності не допускається законом.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>4.4. За прострочення передачі Товару Продавець на вимогу Покупця сплачує штраф за кожний день прострочення, розрахований виходячи з подвійної облікової ставки НБУ у річному обчисленні від вар</w:t>
      </w:r>
      <w:r>
        <w:rPr>
          <w:color w:val="111111"/>
        </w:rPr>
        <w:t>тості не переданого в строк Товару, якщо інше не передбачено законом.</w:t>
      </w:r>
    </w:p>
    <w:p w:rsidR="00885A67" w:rsidRDefault="00234310">
      <w:pPr>
        <w:keepNext/>
        <w:pBdr>
          <w:bottom w:val="single" w:sz="8" w:space="2" w:color="36A3A3"/>
        </w:pBdr>
        <w:spacing w:before="100" w:after="40"/>
      </w:pPr>
      <w:r>
        <w:rPr>
          <w:b/>
          <w:color w:val="111111"/>
        </w:rPr>
        <w:t>5. ФОРС-МАЖОР ТА ЗАГАЛЬНІ УМОВИ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>5.1. Сторона звільняється від відповідальності за невиконання зобов’язань унаслідок надзвичайних та невідворотних обставин поза її контролем, про які вона</w:t>
      </w:r>
      <w:r>
        <w:rPr>
          <w:color w:val="111111"/>
        </w:rPr>
        <w:t xml:space="preserve"> повідомляє іншу Сторону протягом 5 (п’яти) робочих днів. На вимогу іншої Сторони такі обставини підтверджуються сертифікатом ТПП України або уповноваженої регіональної ТПП.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>5.2. Договір набирає чинності з моменту його підписання Сторонами та діє до повног</w:t>
      </w:r>
      <w:r>
        <w:rPr>
          <w:color w:val="111111"/>
        </w:rPr>
        <w:t>о виконання Сторонами зобов’язань за ним.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>5.3. Документи за Договором можуть оформлюватися в електронній формі та підписуватися КЕП. Повідомлення та рахунки можуть надсилатися на електронні адреси Сторін, зазначені у реквізитах.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>5.4. До Договору застосовує</w:t>
      </w:r>
      <w:r>
        <w:rPr>
          <w:color w:val="111111"/>
        </w:rPr>
        <w:t>ться право України. Спори передаються на розгляд компетентного суду, визначеного законодавством України, якщо Сторони не врегулювали їх шляхом переговорів.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>5.5. Сторони обробляють персональні дані, отримані у зв’язку з укладенням та виконанням цього Догово</w:t>
      </w:r>
      <w:r>
        <w:rPr>
          <w:color w:val="111111"/>
        </w:rPr>
        <w:t>ру, відповідно до законодавства України та зобов’язуються не надавати і не приймати неправомірну вигоду у зв’язку з його виконанням.</w:t>
      </w:r>
    </w:p>
    <w:p w:rsidR="00885A67" w:rsidRDefault="00234310">
      <w:pPr>
        <w:spacing w:after="24"/>
        <w:ind w:firstLine="369"/>
        <w:jc w:val="both"/>
      </w:pPr>
      <w:r>
        <w:rPr>
          <w:color w:val="111111"/>
        </w:rPr>
        <w:t xml:space="preserve">5.6. Цей Договір укладено українською мовою у двох автентичних примірниках, що мають однакову юридичну силу, по одному для </w:t>
      </w:r>
      <w:r>
        <w:rPr>
          <w:color w:val="111111"/>
        </w:rPr>
        <w:t>кожної зі Сторін.</w:t>
      </w:r>
    </w:p>
    <w:p w:rsidR="00885A67" w:rsidRDefault="00234310">
      <w:pPr>
        <w:keepNext/>
        <w:pBdr>
          <w:bottom w:val="single" w:sz="8" w:space="2" w:color="36A3A3"/>
        </w:pBdr>
        <w:spacing w:before="100" w:after="40"/>
      </w:pPr>
      <w:r>
        <w:rPr>
          <w:b/>
          <w:color w:val="111111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4876"/>
      </w:tblGrid>
      <w:tr w:rsidR="00885A67">
        <w:trPr>
          <w:cantSplit/>
          <w:jc w:val="center"/>
        </w:trPr>
        <w:tc>
          <w:tcPr>
            <w:tcW w:w="4876" w:type="dxa"/>
            <w:tcMar>
              <w:top w:w="10" w:type="dxa"/>
              <w:left w:w="40" w:type="dxa"/>
              <w:bottom w:w="0" w:type="dxa"/>
              <w:right w:w="40" w:type="dxa"/>
            </w:tcMar>
          </w:tcPr>
          <w:p w:rsidR="00885A67" w:rsidRDefault="00234310">
            <w:r>
              <w:rPr>
                <w:b/>
                <w:color w:val="111111"/>
                <w:sz w:val="20"/>
              </w:rPr>
              <w:t>ПРОДАВЕЦЬ — ФОП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ФОП: </w:t>
            </w:r>
            <w:r>
              <w:rPr>
                <w:color w:val="278686"/>
                <w:sz w:val="20"/>
                <w:shd w:val="clear" w:color="auto" w:fill="EAF6F7"/>
              </w:rPr>
              <w:t>________________________________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[ПІБ]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РНОКПП: </w:t>
            </w:r>
            <w:r>
              <w:rPr>
                <w:color w:val="278686"/>
                <w:sz w:val="20"/>
                <w:shd w:val="clear" w:color="auto" w:fill="EAF6F7"/>
              </w:rPr>
              <w:t>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[вкажіть]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Адреса: </w:t>
            </w:r>
            <w:r>
              <w:rPr>
                <w:color w:val="278686"/>
                <w:sz w:val="20"/>
                <w:shd w:val="clear" w:color="auto" w:fill="EAF6F7"/>
              </w:rPr>
              <w:t>________________________________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[вкажіть]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IBAN: </w:t>
            </w:r>
            <w:r>
              <w:rPr>
                <w:color w:val="278686"/>
                <w:sz w:val="20"/>
                <w:shd w:val="clear" w:color="auto" w:fill="EAF6F7"/>
              </w:rPr>
              <w:t>________________________________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[вкажіть]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Банк: </w:t>
            </w:r>
            <w:r>
              <w:rPr>
                <w:color w:val="278686"/>
                <w:sz w:val="20"/>
                <w:shd w:val="clear" w:color="auto" w:fill="EAF6F7"/>
              </w:rPr>
              <w:t>________________________________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[вкажіть]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E-mail / телефон: </w:t>
            </w:r>
            <w:r>
              <w:rPr>
                <w:color w:val="278686"/>
                <w:sz w:val="20"/>
                <w:shd w:val="clear" w:color="auto" w:fill="EAF6F7"/>
              </w:rPr>
              <w:t>________________________________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[вкажіть]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Підпис: </w:t>
            </w:r>
            <w:r>
              <w:rPr>
                <w:color w:val="278686"/>
                <w:sz w:val="20"/>
                <w:shd w:val="clear" w:color="auto" w:fill="EAF6F7"/>
              </w:rPr>
              <w:t>__________</w:t>
            </w:r>
            <w:r>
              <w:rPr>
                <w:color w:val="111111"/>
                <w:sz w:val="20"/>
              </w:rPr>
              <w:t xml:space="preserve"> / </w:t>
            </w:r>
            <w:r>
              <w:rPr>
                <w:color w:val="278686"/>
                <w:sz w:val="20"/>
                <w:shd w:val="clear" w:color="auto" w:fill="EAF6F7"/>
              </w:rPr>
              <w:t>__________________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[ПІБ]</w:t>
            </w:r>
          </w:p>
        </w:tc>
        <w:tc>
          <w:tcPr>
            <w:tcW w:w="4876" w:type="dxa"/>
            <w:tcMar>
              <w:top w:w="10" w:type="dxa"/>
              <w:left w:w="100" w:type="dxa"/>
              <w:bottom w:w="0" w:type="dxa"/>
              <w:right w:w="40" w:type="dxa"/>
            </w:tcMar>
          </w:tcPr>
          <w:p w:rsidR="00885A67" w:rsidRDefault="00234310">
            <w:r>
              <w:rPr>
                <w:b/>
                <w:color w:val="111111"/>
                <w:sz w:val="20"/>
              </w:rPr>
              <w:t>ПОКУПЕЦЬ — ФІЗИЧНА ОСОБА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ПІБ: </w:t>
            </w:r>
            <w:r>
              <w:rPr>
                <w:color w:val="278686"/>
                <w:sz w:val="20"/>
                <w:shd w:val="clear" w:color="auto" w:fill="EAF6F7"/>
              </w:rPr>
              <w:t>________________________________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[вкажіть повністю]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РНОКПП: </w:t>
            </w:r>
            <w:r>
              <w:rPr>
                <w:color w:val="278686"/>
                <w:sz w:val="20"/>
                <w:shd w:val="clear" w:color="auto" w:fill="EAF6F7"/>
              </w:rPr>
              <w:t>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[вкаж</w:t>
            </w:r>
            <w:r>
              <w:rPr>
                <w:color w:val="278686"/>
                <w:sz w:val="20"/>
                <w:shd w:val="clear" w:color="auto" w:fill="EAF6F7"/>
              </w:rPr>
              <w:t>іть]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Паспорт / ID-картка: </w:t>
            </w:r>
            <w:r>
              <w:rPr>
                <w:color w:val="278686"/>
                <w:sz w:val="20"/>
                <w:shd w:val="clear" w:color="auto" w:fill="EAF6F7"/>
              </w:rPr>
              <w:t>________________________________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[реквізити]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Адреса проживання: </w:t>
            </w:r>
            <w:r>
              <w:rPr>
                <w:color w:val="278686"/>
                <w:sz w:val="20"/>
                <w:shd w:val="clear" w:color="auto" w:fill="EAF6F7"/>
              </w:rPr>
              <w:t>________________________________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[вкажіть]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Телефон / E-mail: </w:t>
            </w:r>
            <w:r>
              <w:rPr>
                <w:color w:val="278686"/>
                <w:sz w:val="20"/>
                <w:shd w:val="clear" w:color="auto" w:fill="EAF6F7"/>
              </w:rPr>
              <w:t>________________________________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[вкажіть]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 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 </w:t>
            </w:r>
          </w:p>
          <w:p w:rsidR="00885A67" w:rsidRDefault="00234310">
            <w:r>
              <w:rPr>
                <w:color w:val="111111"/>
                <w:sz w:val="20"/>
              </w:rPr>
              <w:t xml:space="preserve">Підпис: </w:t>
            </w:r>
            <w:r>
              <w:rPr>
                <w:color w:val="278686"/>
                <w:sz w:val="20"/>
                <w:shd w:val="clear" w:color="auto" w:fill="EAF6F7"/>
              </w:rPr>
              <w:t>__________</w:t>
            </w:r>
            <w:r>
              <w:rPr>
                <w:color w:val="111111"/>
                <w:sz w:val="20"/>
              </w:rPr>
              <w:t xml:space="preserve"> / </w:t>
            </w:r>
            <w:r>
              <w:rPr>
                <w:color w:val="278686"/>
                <w:sz w:val="20"/>
                <w:shd w:val="clear" w:color="auto" w:fill="EAF6F7"/>
              </w:rPr>
              <w:t>__________________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[ПІБ]</w:t>
            </w:r>
          </w:p>
        </w:tc>
      </w:tr>
    </w:tbl>
    <w:p w:rsidR="00234310" w:rsidRDefault="00234310"/>
    <w:sectPr w:rsidR="00234310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22" w:right="964" w:bottom="822" w:left="964" w:header="312" w:footer="36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310" w:rsidRDefault="00234310">
      <w:r>
        <w:separator/>
      </w:r>
    </w:p>
  </w:endnote>
  <w:endnote w:type="continuationSeparator" w:id="0">
    <w:p w:rsidR="00234310" w:rsidRDefault="00234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A67" w:rsidRDefault="00234310">
    <w:pPr>
      <w:pStyle w:val="a7"/>
      <w:jc w:val="right"/>
    </w:pPr>
    <w:r>
      <w:rPr>
        <w:color w:val="666666"/>
        <w:sz w:val="17"/>
      </w:rPr>
      <w:fldChar w:fldCharType="begin"/>
    </w:r>
    <w:r>
      <w:rPr>
        <w:color w:val="666666"/>
        <w:sz w:val="17"/>
      </w:rPr>
      <w:instrText xml:space="preserve"> PAGE </w:instrText>
    </w:r>
    <w:r w:rsidR="00AD5465">
      <w:rPr>
        <w:color w:val="666666"/>
        <w:sz w:val="17"/>
      </w:rPr>
      <w:fldChar w:fldCharType="separate"/>
    </w:r>
    <w:r w:rsidR="00AD5465">
      <w:rPr>
        <w:noProof/>
        <w:color w:val="666666"/>
        <w:sz w:val="17"/>
      </w:rPr>
      <w:t>2</w:t>
    </w:r>
    <w:r>
      <w:rPr>
        <w:color w:val="666666"/>
        <w:sz w:val="17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A67" w:rsidRDefault="00234310">
    <w:pPr>
      <w:pStyle w:val="a7"/>
      <w:jc w:val="right"/>
    </w:pPr>
    <w:r>
      <w:rPr>
        <w:color w:val="666666"/>
        <w:sz w:val="17"/>
      </w:rPr>
      <w:fldChar w:fldCharType="begin"/>
    </w:r>
    <w:r>
      <w:rPr>
        <w:color w:val="666666"/>
        <w:sz w:val="17"/>
      </w:rPr>
      <w:instrText xml:space="preserve"> PAGE </w:instrText>
    </w:r>
    <w:r w:rsidR="00AD5465">
      <w:rPr>
        <w:color w:val="666666"/>
        <w:sz w:val="17"/>
      </w:rPr>
      <w:fldChar w:fldCharType="separate"/>
    </w:r>
    <w:r w:rsidR="00AD5465">
      <w:rPr>
        <w:noProof/>
        <w:color w:val="666666"/>
        <w:sz w:val="17"/>
      </w:rPr>
      <w:t>1</w:t>
    </w:r>
    <w:r>
      <w:rPr>
        <w:color w:val="666666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310" w:rsidRDefault="00234310">
      <w:r>
        <w:separator/>
      </w:r>
    </w:p>
  </w:footnote>
  <w:footnote w:type="continuationSeparator" w:id="0">
    <w:p w:rsidR="00234310" w:rsidRDefault="002343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A67" w:rsidRDefault="00885A6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A67" w:rsidRDefault="00234310">
    <w:pPr>
      <w:pStyle w:val="a5"/>
      <w:pBdr>
        <w:bottom w:val="single" w:sz="14" w:space="2" w:color="36A3A3"/>
      </w:pBdr>
      <w:spacing w:after="40"/>
      <w:jc w:val="right"/>
    </w:pPr>
    <w:r>
      <w:rPr>
        <w:b/>
        <w:color w:val="36A3A3"/>
        <w:sz w:val="17"/>
      </w:rPr>
      <w:t>SL-edition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4310"/>
    <w:rsid w:val="0029639D"/>
    <w:rsid w:val="00326F90"/>
    <w:rsid w:val="00885A67"/>
    <w:rsid w:val="00AA1D8D"/>
    <w:rsid w:val="00AD546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25AA8E-BD9F-4AD1-86EB-229E7820D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950</Words>
  <Characters>5417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2026-09-25T13:10:00Z</dcterms:created>
  <dcterms:modified xsi:type="dcterms:W3CDTF">2026-09-25T13:10:00Z</dcterms:modified>
</cp:coreProperties>
</file>