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56" w:rsidRDefault="002061F7">
      <w:pPr>
        <w:pStyle w:val="ContractTitle"/>
      </w:pPr>
      <w:bookmarkStart w:id="0" w:name="_GoBack"/>
      <w:bookmarkEnd w:id="0"/>
      <w:r>
        <w:rPr>
          <w:color w:val="141414"/>
        </w:rPr>
        <w:t>ДОГОВІР КУПІВЛІ-ПРОДАЖУ ОБЛАДНАННЯ</w:t>
      </w:r>
    </w:p>
    <w:p w:rsidR="00E16F56" w:rsidRDefault="002061F7">
      <w:pPr>
        <w:pStyle w:val="ContractNo"/>
      </w:pPr>
      <w:r>
        <w:rPr>
          <w:color w:val="141414"/>
        </w:rPr>
        <w:t xml:space="preserve">№ </w:t>
      </w:r>
      <w:r>
        <w:rPr>
          <w:b w:val="0"/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[вкажіть 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E16F56">
        <w:trPr>
          <w:cantSplit/>
          <w:jc w:val="center"/>
        </w:trPr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16F56" w:rsidRDefault="002061F7">
            <w:r>
              <w:rPr>
                <w:color w:val="141414"/>
              </w:rPr>
              <w:t xml:space="preserve">м.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 місто]</w:t>
            </w:r>
          </w:p>
        </w:tc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16F56" w:rsidRDefault="002061F7">
            <w:pPr>
              <w:jc w:val="right"/>
            </w:pPr>
            <w:r>
              <w:rPr>
                <w:color w:val="141414"/>
              </w:rPr>
              <w:t>«</w:t>
            </w:r>
            <w:r>
              <w:rPr>
                <w:color w:val="3E8D96"/>
                <w:shd w:val="clear" w:color="auto" w:fill="DDF2F3"/>
              </w:rPr>
              <w:t>___</w:t>
            </w:r>
            <w:r>
              <w:rPr>
                <w:color w:val="141414"/>
              </w:rPr>
              <w:t xml:space="preserve">» </w:t>
            </w:r>
            <w:r>
              <w:rPr>
                <w:b/>
                <w:color w:val="3E8D96"/>
                <w:shd w:val="clear" w:color="auto" w:fill="DDF2F3"/>
              </w:rPr>
              <w:t>[число]</w:t>
            </w:r>
            <w:r>
              <w:rPr>
                <w:color w:val="141414"/>
              </w:rPr>
              <w:t xml:space="preserve">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[місяць]</w:t>
            </w:r>
            <w:r>
              <w:rPr>
                <w:color w:val="141414"/>
              </w:rPr>
              <w:t xml:space="preserve"> 20</w:t>
            </w:r>
            <w:r>
              <w:rPr>
                <w:color w:val="3E8D96"/>
                <w:shd w:val="clear" w:color="auto" w:fill="DDF2F3"/>
              </w:rPr>
              <w:t>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[рік]</w:t>
            </w:r>
            <w:r>
              <w:rPr>
                <w:color w:val="141414"/>
              </w:rPr>
              <w:t xml:space="preserve"> р.</w:t>
            </w:r>
          </w:p>
        </w:tc>
      </w:tr>
    </w:tbl>
    <w:p w:rsidR="00E16F56" w:rsidRDefault="002061F7">
      <w:pPr>
        <w:pStyle w:val="Compact"/>
      </w:pPr>
      <w:r>
        <w:rPr>
          <w:color w:val="141414"/>
        </w:rPr>
        <w:t xml:space="preserve">[Для юрособи: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[найменування Продавця]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ФОП: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ФОП]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— «Продавець», та громадянин(ка) України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Покупця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</w:t>
      </w:r>
      <w:r>
        <w:rPr>
          <w:b/>
          <w:color w:val="3E8D96"/>
          <w:shd w:val="clear" w:color="auto" w:fill="DDF2F3"/>
        </w:rPr>
        <w:t>жіть]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адреса місця проживання: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[адреса]</w:t>
      </w:r>
      <w:r>
        <w:rPr>
          <w:color w:val="141414"/>
        </w:rPr>
        <w:t>, надалі — «Покупець», разом — «Сторони», уклали цей Договір про таке: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1. ПРЕДМЕТ ДОГОВОРУ</w:t>
      </w:r>
    </w:p>
    <w:p w:rsidR="00E16F56" w:rsidRDefault="002061F7">
      <w:pPr>
        <w:pStyle w:val="Compact"/>
      </w:pPr>
      <w:r>
        <w:rPr>
          <w:color w:val="141414"/>
        </w:rPr>
        <w:t xml:space="preserve">1.1. Продавець </w:t>
      </w:r>
      <w:r>
        <w:rPr>
          <w:color w:val="141414"/>
        </w:rPr>
        <w:t>зобов’язується передати у власність Покупця обладнання (далі — «Обладнання»), а Покупець — прийняти та оплатити Обладнання на умовах цього Договору.</w:t>
      </w:r>
    </w:p>
    <w:p w:rsidR="00E16F56" w:rsidRDefault="002061F7">
      <w:pPr>
        <w:pStyle w:val="Compact"/>
      </w:pPr>
      <w:r>
        <w:rPr>
          <w:color w:val="141414"/>
        </w:rPr>
        <w:t>1.2. Найменування, асортимент, кількість та ціна Обладнання погоджуються Сторонами нижче:</w:t>
      </w:r>
    </w:p>
    <w:tbl>
      <w:tblPr>
        <w:tblW w:w="10486" w:type="dxa"/>
        <w:jc w:val="center"/>
        <w:tblBorders>
          <w:top w:val="single" w:sz="4" w:space="0" w:color="AEBFC2"/>
          <w:left w:val="single" w:sz="4" w:space="0" w:color="AEBFC2"/>
          <w:bottom w:val="single" w:sz="4" w:space="0" w:color="AEBFC2"/>
          <w:right w:val="single" w:sz="4" w:space="0" w:color="AEBFC2"/>
          <w:insideH w:val="single" w:sz="4" w:space="0" w:color="AEBFC2"/>
          <w:insideV w:val="single" w:sz="4" w:space="0" w:color="AEBFC2"/>
        </w:tblBorders>
        <w:tblLayout w:type="fixed"/>
        <w:tblLook w:val="04A0" w:firstRow="1" w:lastRow="0" w:firstColumn="1" w:lastColumn="0" w:noHBand="0" w:noVBand="1"/>
      </w:tblPr>
      <w:tblGrid>
        <w:gridCol w:w="1498"/>
        <w:gridCol w:w="1498"/>
        <w:gridCol w:w="1498"/>
        <w:gridCol w:w="1498"/>
        <w:gridCol w:w="1498"/>
        <w:gridCol w:w="1498"/>
        <w:gridCol w:w="1498"/>
      </w:tblGrid>
      <w:tr w:rsidR="00E16F56">
        <w:trPr>
          <w:cantSplit/>
          <w:tblHeader/>
          <w:jc w:val="center"/>
        </w:trPr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№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 xml:space="preserve">Найменування / </w:t>
            </w:r>
            <w:r>
              <w:rPr>
                <w:b/>
                <w:color w:val="141414"/>
                <w:sz w:val="19"/>
              </w:rPr>
              <w:t>модель / артикул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Од. вим.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Кількість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Ціна за од., грн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ПДВ</w:t>
            </w:r>
          </w:p>
        </w:tc>
        <w:tc>
          <w:tcPr>
            <w:tcW w:w="1498" w:type="dxa"/>
            <w:shd w:val="clear" w:color="auto" w:fill="EDF6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16F56" w:rsidRDefault="002061F7">
            <w:pPr>
              <w:spacing w:line="204" w:lineRule="exact"/>
              <w:jc w:val="center"/>
            </w:pPr>
            <w:r>
              <w:rPr>
                <w:b/>
                <w:color w:val="141414"/>
                <w:sz w:val="19"/>
              </w:rPr>
              <w:t>Сума, грн</w:t>
            </w:r>
          </w:p>
        </w:tc>
      </w:tr>
      <w:tr w:rsidR="00E16F56">
        <w:trPr>
          <w:cantSplit/>
          <w:jc w:val="center"/>
        </w:trPr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141414"/>
                <w:sz w:val="18"/>
              </w:rPr>
              <w:t>1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</w:pPr>
            <w:r>
              <w:rPr>
                <w:color w:val="3E8D96"/>
                <w:sz w:val="17"/>
                <w:shd w:val="clear" w:color="auto" w:fill="DDF2F3"/>
              </w:rPr>
              <w:t>________________________________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[найменування / модель / артикул]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[од.]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[ціна]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[ПДВ / без]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[сума]</w:t>
            </w:r>
          </w:p>
        </w:tc>
      </w:tr>
      <w:tr w:rsidR="00E16F56">
        <w:trPr>
          <w:cantSplit/>
          <w:jc w:val="center"/>
        </w:trPr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141414"/>
                <w:sz w:val="18"/>
              </w:rPr>
              <w:t>2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</w:pPr>
            <w:r>
              <w:rPr>
                <w:color w:val="3E8D96"/>
                <w:sz w:val="17"/>
                <w:shd w:val="clear" w:color="auto" w:fill="DDF2F3"/>
              </w:rPr>
              <w:t>________________________________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[найменування / модель / артикул]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[од.]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[ціна]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[ПДВ / без]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[сума]</w:t>
            </w:r>
          </w:p>
        </w:tc>
      </w:tr>
      <w:tr w:rsidR="00E16F56">
        <w:trPr>
          <w:cantSplit/>
          <w:jc w:val="center"/>
        </w:trPr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141414"/>
                <w:sz w:val="18"/>
              </w:rPr>
              <w:t>3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</w:pPr>
            <w:r>
              <w:rPr>
                <w:color w:val="3E8D96"/>
                <w:sz w:val="17"/>
                <w:shd w:val="clear" w:color="auto" w:fill="DDF2F3"/>
              </w:rPr>
              <w:t>________________________________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[найменування / модель / артикул]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[од.]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[ціна]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[ПДВ / без]</w:t>
            </w:r>
          </w:p>
        </w:tc>
        <w:tc>
          <w:tcPr>
            <w:tcW w:w="1498" w:type="dxa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:rsidR="00E16F56" w:rsidRDefault="002061F7">
            <w:pPr>
              <w:spacing w:line="190" w:lineRule="exact"/>
              <w:jc w:val="center"/>
            </w:pPr>
            <w:r>
              <w:rPr>
                <w:color w:val="3E8D96"/>
                <w:sz w:val="17"/>
                <w:shd w:val="clear" w:color="auto" w:fill="DDF2F3"/>
              </w:rPr>
              <w:t>__________</w:t>
            </w:r>
            <w:r>
              <w:br/>
            </w:r>
            <w:r>
              <w:rPr>
                <w:b/>
                <w:color w:val="3E8D96"/>
                <w:sz w:val="17"/>
                <w:shd w:val="clear" w:color="auto" w:fill="DDF2F3"/>
              </w:rPr>
              <w:t>[сума]</w:t>
            </w:r>
          </w:p>
        </w:tc>
      </w:tr>
    </w:tbl>
    <w:p w:rsidR="00E16F56" w:rsidRDefault="002061F7">
      <w:pPr>
        <w:pStyle w:val="Compact"/>
      </w:pPr>
      <w:r>
        <w:rPr>
          <w:color w:val="141414"/>
        </w:rPr>
        <w:t xml:space="preserve">Загальна вартість Обладнання: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, </w:t>
      </w:r>
      <w:r>
        <w:rPr>
          <w:b/>
          <w:color w:val="3E8D96"/>
          <w:shd w:val="clear" w:color="auto" w:fill="DDF2F3"/>
        </w:rPr>
        <w:t>[сума цифрами]</w:t>
      </w:r>
      <w:r>
        <w:rPr>
          <w:color w:val="141414"/>
        </w:rPr>
        <w:t xml:space="preserve"> грн, у т.ч. ПДВ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[сума ПДВ або «без ПДВ»]</w:t>
      </w:r>
      <w:r>
        <w:rPr>
          <w:color w:val="141414"/>
        </w:rPr>
        <w:t>. Упаковка та маркування Обладнання включаються у його ціну.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2. ЯКІСТЬ, КОМПЛЕКТНІСТЬ ТА ГАРАНТІЯ</w:t>
      </w:r>
    </w:p>
    <w:p w:rsidR="00E16F56" w:rsidRDefault="002061F7">
      <w:pPr>
        <w:pStyle w:val="Compact"/>
      </w:pPr>
      <w:r>
        <w:rPr>
          <w:color w:val="141414"/>
        </w:rPr>
        <w:t>2.1. Якість, комплектність і маркування Обладнання</w:t>
      </w:r>
      <w:r>
        <w:rPr>
          <w:color w:val="141414"/>
        </w:rPr>
        <w:t xml:space="preserve"> мають відповідати документації виробника, погодженим Сторонами характеристикам та вимогам законодавства України. Обладнання передається у комплектності, передбаченій виробником та/або погодженій Сторонами.</w:t>
      </w:r>
    </w:p>
    <w:p w:rsidR="00E16F56" w:rsidRDefault="002061F7">
      <w:pPr>
        <w:pStyle w:val="Compact"/>
      </w:pPr>
      <w:r>
        <w:rPr>
          <w:color w:val="141414"/>
        </w:rPr>
        <w:t>Разом з Обладнанням Продавець передає документаці</w:t>
      </w:r>
      <w:r>
        <w:rPr>
          <w:color w:val="141414"/>
        </w:rPr>
        <w:t>ю виробника, яка передбачена для відповідного Обладнання та наявна у Продавця, зокрема технічну документацію, інструкції та гарантійні документи, якщо вони передбачені виробником.</w:t>
      </w:r>
    </w:p>
    <w:p w:rsidR="00E16F56" w:rsidRDefault="002061F7">
      <w:pPr>
        <w:pStyle w:val="Compact"/>
      </w:pPr>
      <w:r>
        <w:rPr>
          <w:color w:val="141414"/>
        </w:rPr>
        <w:t xml:space="preserve">2.2. Гарантійний строк на Обладнання: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 xml:space="preserve">[вкажіть строк / «гарантія </w:t>
      </w:r>
      <w:r>
        <w:rPr>
          <w:b/>
          <w:color w:val="3E8D96"/>
          <w:shd w:val="clear" w:color="auto" w:fill="DDF2F3"/>
        </w:rPr>
        <w:t>виробника»]</w:t>
      </w:r>
      <w:r>
        <w:rPr>
          <w:color w:val="141414"/>
        </w:rPr>
        <w:t>. Гарантійний строк обчислюється з дати передачі Обладнання Покупцю, якщо інше не передбачено гарантійними умовами виробника або письмово не погоджено Сторонами.</w:t>
      </w:r>
    </w:p>
    <w:p w:rsidR="00E16F56" w:rsidRDefault="002061F7">
      <w:pPr>
        <w:pStyle w:val="Compact"/>
      </w:pPr>
      <w:r>
        <w:rPr>
          <w:color w:val="141414"/>
        </w:rPr>
        <w:t>Гарантія не поширюється на недоліки, спричинені порушенням Покупцем правил транспор</w:t>
      </w:r>
      <w:r>
        <w:rPr>
          <w:color w:val="141414"/>
        </w:rPr>
        <w:t>тування після передачі Обладнання, зберігання, монтажу або експлуатації Обладнання, механічними пошкодженнями, самостійним ремонтом чи модифікацією Обладнання або нормальним зносом.</w:t>
      </w:r>
    </w:p>
    <w:p w:rsidR="00E16F56" w:rsidRDefault="002061F7">
      <w:pPr>
        <w:pStyle w:val="Compact"/>
      </w:pPr>
      <w:r>
        <w:rPr>
          <w:color w:val="141414"/>
        </w:rPr>
        <w:t xml:space="preserve">2.3. Якщо Покупець придбаває Обладнання для особистих потреб як споживач, </w:t>
      </w:r>
      <w:r>
        <w:rPr>
          <w:color w:val="141414"/>
        </w:rPr>
        <w:t>його права, встановлені законодавством України про захист прав споживачів, не обмежуються умовами цього Договору.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3. ПЕРЕДАЧА ТА ПРИЙМАННЯ ОБЛАДНАННЯ</w:t>
      </w:r>
    </w:p>
    <w:p w:rsidR="00E16F56" w:rsidRDefault="002061F7">
      <w:pPr>
        <w:pStyle w:val="Compact"/>
      </w:pPr>
      <w:r>
        <w:rPr>
          <w:color w:val="141414"/>
        </w:rPr>
        <w:t xml:space="preserve">3.1. Строк передачі Обладнання: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 дату, період або графік]</w:t>
      </w:r>
      <w:r>
        <w:rPr>
          <w:color w:val="141414"/>
        </w:rPr>
        <w:t>.</w:t>
      </w:r>
    </w:p>
    <w:p w:rsidR="00E16F56" w:rsidRDefault="002061F7">
      <w:pPr>
        <w:pStyle w:val="Compact"/>
      </w:pPr>
      <w:r>
        <w:rPr>
          <w:color w:val="141414"/>
        </w:rPr>
        <w:t>3.2. Спосіб передачі / доста</w:t>
      </w:r>
      <w:r>
        <w:rPr>
          <w:color w:val="141414"/>
        </w:rPr>
        <w:t xml:space="preserve">вки Обладнання: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[самовивіз / доставка Продавцем / перевізник / інше]</w:t>
      </w:r>
      <w:r>
        <w:rPr>
          <w:color w:val="141414"/>
        </w:rPr>
        <w:t>.</w:t>
      </w:r>
    </w:p>
    <w:p w:rsidR="00E16F56" w:rsidRDefault="002061F7">
      <w:pPr>
        <w:pStyle w:val="Compact"/>
      </w:pPr>
      <w:r>
        <w:rPr>
          <w:color w:val="141414"/>
        </w:rPr>
        <w:t xml:space="preserve">Місце передачі / доставки: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[точне місце / повна адреса]</w:t>
      </w:r>
      <w:r>
        <w:rPr>
          <w:color w:val="141414"/>
        </w:rPr>
        <w:t>.</w:t>
      </w:r>
    </w:p>
    <w:p w:rsidR="00E16F56" w:rsidRDefault="002061F7">
      <w:pPr>
        <w:pStyle w:val="Compact"/>
      </w:pPr>
      <w:r>
        <w:rPr>
          <w:color w:val="141414"/>
        </w:rPr>
        <w:lastRenderedPageBreak/>
        <w:t xml:space="preserve">Вартість доставки: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[включена у</w:t>
      </w:r>
      <w:r>
        <w:rPr>
          <w:b/>
          <w:color w:val="3E8D96"/>
          <w:shd w:val="clear" w:color="auto" w:fill="DDF2F3"/>
        </w:rPr>
        <w:t xml:space="preserve"> ціну Обладнання / оплачується окремо / інше]</w:t>
      </w:r>
      <w:r>
        <w:rPr>
          <w:color w:val="141414"/>
        </w:rPr>
        <w:t>.</w:t>
      </w:r>
    </w:p>
    <w:p w:rsidR="00E16F56" w:rsidRDefault="002061F7">
      <w:pPr>
        <w:pStyle w:val="Compact"/>
      </w:pPr>
      <w:r>
        <w:rPr>
          <w:color w:val="141414"/>
        </w:rPr>
        <w:t>3.3. Датою передачі Обладнання є дата фактичного передання Обладнання Покупцю або уповноваженій ним особі. Право власності та ризик випадкового знищення чи пошкодження Обладнання переходять до Покупця з момент</w:t>
      </w:r>
      <w:r>
        <w:rPr>
          <w:color w:val="141414"/>
        </w:rPr>
        <w:t>у його передачі за умови повної оплати Обладнання, якщо інше письмово не погоджено Сторонами.</w:t>
      </w:r>
    </w:p>
    <w:p w:rsidR="00E16F56" w:rsidRDefault="002061F7">
      <w:pPr>
        <w:pStyle w:val="Compact"/>
      </w:pPr>
      <w:r>
        <w:rPr>
          <w:color w:val="141414"/>
        </w:rPr>
        <w:t>3.4. Покупець при отриманні перевіряє кількість, асортимент, комплектність, упаковку та очевидні пошкодження Обладнання. Зауваження зазначаються у видатковій накл</w:t>
      </w:r>
      <w:r>
        <w:rPr>
          <w:color w:val="141414"/>
        </w:rPr>
        <w:t>адній, акті приймання-передачі або іншому документі про передачу Обладнання. Передача Обладнання підтверджується видатковою накладною, актом приймання-передачі або іншим документом, підписаним Сторонами.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4. ОПЛАТА ТА ВІДПОВІДАЛЬНІСТЬ</w:t>
      </w:r>
    </w:p>
    <w:p w:rsidR="00E16F56" w:rsidRDefault="002061F7">
      <w:pPr>
        <w:pStyle w:val="Compact"/>
      </w:pPr>
      <w:r>
        <w:rPr>
          <w:color w:val="141414"/>
        </w:rPr>
        <w:t xml:space="preserve">4.1. Порядок та строк </w:t>
      </w:r>
      <w:r>
        <w:rPr>
          <w:color w:val="141414"/>
        </w:rPr>
        <w:t xml:space="preserve">оплати Обладнання: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[передоплата / оплата при передачі / відстрочка, відсоток, строк або графік]</w:t>
      </w:r>
      <w:r>
        <w:rPr>
          <w:color w:val="141414"/>
        </w:rPr>
        <w:t>. Датою оплати є дата зарахування коштів на рахунок Продавця або дата фактичного отримання Продавцем готівкових коштів, якщо такий спосіб оплати допус</w:t>
      </w:r>
      <w:r>
        <w:rPr>
          <w:color w:val="141414"/>
        </w:rPr>
        <w:t>кається законодавством та погоджений Сторонами.</w:t>
      </w:r>
    </w:p>
    <w:p w:rsidR="00E16F56" w:rsidRDefault="002061F7">
      <w:pPr>
        <w:pStyle w:val="Compact"/>
      </w:pPr>
      <w:r>
        <w:rPr>
          <w:color w:val="141414"/>
        </w:rPr>
        <w:t>4.2. За прострочення оплати Покупець на вимогу Продавця сплачує пеню в розмірі подвійної облікової ставки НБУ, що діяла у відповідний період, від суми боргу за кожний день прострочення, якщо застосування тако</w:t>
      </w:r>
      <w:r>
        <w:rPr>
          <w:color w:val="141414"/>
        </w:rPr>
        <w:t>ї відповідальності допускається законодавством України. Якщо Покупець безпідставно не прийме належним чином передане або готове до передачі Обладнання, він відшкодовує документально підтверджені витрати Продавця на доставку, повернення та зберігання Обладн</w:t>
      </w:r>
      <w:r>
        <w:rPr>
          <w:color w:val="141414"/>
        </w:rPr>
        <w:t>ання, крім випадків, коли Покупець має право відмовитися від Обладнання відповідно до закону.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5. ПРЕТЕНЗІЇ</w:t>
      </w:r>
    </w:p>
    <w:p w:rsidR="00E16F56" w:rsidRDefault="002061F7">
      <w:pPr>
        <w:pStyle w:val="Compact"/>
      </w:pPr>
      <w:r>
        <w:rPr>
          <w:color w:val="141414"/>
        </w:rPr>
        <w:t>5.1. Невідповідність кількості, асортименту, комплектності або видимі пошкодження Обладнання фіксуються Покупцем під час приймання Обладнання у докум</w:t>
      </w:r>
      <w:r>
        <w:rPr>
          <w:color w:val="141414"/>
        </w:rPr>
        <w:t>енті про його передачу та, за можливості, шляхом фотофіксації.</w:t>
      </w:r>
    </w:p>
    <w:p w:rsidR="00E16F56" w:rsidRDefault="002061F7">
      <w:pPr>
        <w:pStyle w:val="Compact"/>
      </w:pPr>
      <w:r>
        <w:rPr>
          <w:color w:val="141414"/>
        </w:rPr>
        <w:t xml:space="preserve">5.2. При виявленні протягом гарантійного строку недоліків Обладнання Покупець письмово повідомляє Продавця та забезпечує можливість огляду Обладнання. У разі підтвердження гарантійного випадку </w:t>
      </w:r>
      <w:r>
        <w:rPr>
          <w:color w:val="141414"/>
        </w:rPr>
        <w:t>Продавець протягом 20 (двадцяти) календарних днів або іншого обґрунтованого строку, необхідного з урахуванням характеру несправності та строків постачання запасних частин, усуває недоліки, замінює дефектне Обладнання або його частину чи повертає сплачену в</w:t>
      </w:r>
      <w:r>
        <w:rPr>
          <w:color w:val="141414"/>
        </w:rPr>
        <w:t>артість дефектного Обладнання після його повернення Продавцю, якщо інше не передбачено гарантійними умовами виробника або законодавством України.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6. ФОРС-МАЖОР ТА ЗАГАЛЬНІ ПОЛОЖЕННЯ</w:t>
      </w:r>
    </w:p>
    <w:p w:rsidR="00E16F56" w:rsidRDefault="002061F7">
      <w:pPr>
        <w:pStyle w:val="Compact"/>
      </w:pPr>
      <w:r>
        <w:rPr>
          <w:color w:val="141414"/>
        </w:rPr>
        <w:t>6.1. Сторона звільняється від відповідальності за порушення зобов’язань ун</w:t>
      </w:r>
      <w:r>
        <w:rPr>
          <w:color w:val="141414"/>
        </w:rPr>
        <w:t>аслідок надзвичайних і невідворотних обставин поза її контролем, що безпосередньо впливають на виконання Договору, за умови повідомлення іншої Сторони протягом 5 (п’яти) календарних днів. Якщо такі обставини тривають понад 30 (тридцять) календарних днів, к</w:t>
      </w:r>
      <w:r>
        <w:rPr>
          <w:color w:val="141414"/>
        </w:rPr>
        <w:t>ожна зі Сторін має право припинити невиконану частину зобов’язань; кошти за не передане Покупцю Обладнання повертаються протягом 10 (десяти) робочих днів.</w:t>
      </w:r>
    </w:p>
    <w:p w:rsidR="00E16F56" w:rsidRDefault="002061F7">
      <w:pPr>
        <w:pStyle w:val="Compact"/>
      </w:pPr>
      <w:r>
        <w:rPr>
          <w:color w:val="141414"/>
        </w:rPr>
        <w:t>6.2. Договір набирає чинності з дати його підписання Сторонами та діє до повного виконання ними зобов</w:t>
      </w:r>
      <w:r>
        <w:rPr>
          <w:color w:val="141414"/>
        </w:rPr>
        <w:t>’язань за цим Договором.</w:t>
      </w:r>
    </w:p>
    <w:p w:rsidR="00E16F56" w:rsidRDefault="002061F7">
      <w:pPr>
        <w:pStyle w:val="Compact"/>
      </w:pPr>
      <w:r>
        <w:rPr>
          <w:color w:val="141414"/>
        </w:rPr>
        <w:t>6.3. Повідомлення можуть направлятися електронною поштою або іншими погодженими каналами зв’язку. Документи, підписані КЕП, мають силу електронних документів відповідно до законодавства України. Зміни до Договору дійсні у письмовій</w:t>
      </w:r>
      <w:r>
        <w:rPr>
          <w:color w:val="141414"/>
        </w:rPr>
        <w:t xml:space="preserve"> формі за погодженням Сторін. Спори вирішуються шляхом переговорів, а за відсутності згоди — у судовому порядку відповідно до законодавства України.</w:t>
      </w:r>
    </w:p>
    <w:p w:rsidR="00E16F56" w:rsidRDefault="002061F7">
      <w:pPr>
        <w:pStyle w:val="SectionHead"/>
        <w:pBdr>
          <w:bottom w:val="single" w:sz="5" w:space="1" w:color="3E8D96"/>
        </w:pBdr>
      </w:pPr>
      <w:r>
        <w:rPr>
          <w:color w:val="141414"/>
        </w:rPr>
        <w:t>7. РЕКВІЗИТИ ТА ПІДПИСИ СТОРІН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E16F56">
        <w:trPr>
          <w:jc w:val="center"/>
        </w:trPr>
        <w:tc>
          <w:tcPr>
            <w:tcW w:w="5244" w:type="dxa"/>
            <w:tcMar>
              <w:top w:w="45" w:type="dxa"/>
              <w:left w:w="80" w:type="dxa"/>
              <w:bottom w:w="0" w:type="dxa"/>
              <w:right w:w="120" w:type="dxa"/>
            </w:tcMar>
          </w:tcPr>
          <w:p w:rsidR="00E16F56" w:rsidRDefault="002061F7">
            <w:pPr>
              <w:pBdr>
                <w:bottom w:val="single" w:sz="3" w:space="1" w:color="3E8D96"/>
              </w:pBdr>
              <w:spacing w:after="20"/>
            </w:pPr>
            <w:r>
              <w:rPr>
                <w:b/>
                <w:color w:val="141414"/>
                <w:sz w:val="23"/>
              </w:rPr>
              <w:t>ПРОДАВЕЦЬ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Найменування / ФОП ПІБ: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Код ЄДРПОУ / РНОКПП: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Підписант для юридичної особи: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[посада, ПІБ, підстава]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Адреса: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>IBAN: UA</w:t>
            </w:r>
            <w:r>
              <w:rPr>
                <w:color w:val="3E8D96"/>
                <w:sz w:val="21"/>
                <w:shd w:val="clear" w:color="auto" w:fill="DDF2F3"/>
              </w:rPr>
              <w:t>________________________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Банк: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ПДВ: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[платник / неплатник]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Тел.: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>E-mai</w:t>
            </w:r>
            <w:r>
              <w:rPr>
                <w:color w:val="141414"/>
                <w:sz w:val="21"/>
              </w:rPr>
              <w:t xml:space="preserve">l: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before="40" w:line="212" w:lineRule="exact"/>
            </w:pPr>
            <w:r>
              <w:rPr>
                <w:color w:val="3E8D96"/>
                <w:sz w:val="21"/>
                <w:shd w:val="clear" w:color="auto" w:fill="DDF2F3"/>
              </w:rPr>
              <w:t>________________</w:t>
            </w:r>
            <w:r>
              <w:rPr>
                <w:color w:val="141414"/>
                <w:sz w:val="21"/>
              </w:rPr>
              <w:t xml:space="preserve"> /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[ПІБ підписанта]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>(підпис, КЕП)</w:t>
            </w:r>
          </w:p>
        </w:tc>
        <w:tc>
          <w:tcPr>
            <w:tcW w:w="5244" w:type="dxa"/>
            <w:tcMar>
              <w:top w:w="45" w:type="dxa"/>
              <w:left w:w="80" w:type="dxa"/>
              <w:bottom w:w="0" w:type="dxa"/>
              <w:right w:w="120" w:type="dxa"/>
            </w:tcMar>
          </w:tcPr>
          <w:p w:rsidR="00E16F56" w:rsidRDefault="002061F7">
            <w:pPr>
              <w:pBdr>
                <w:bottom w:val="single" w:sz="3" w:space="1" w:color="3E8D96"/>
              </w:pBdr>
              <w:spacing w:after="20"/>
            </w:pPr>
            <w:r>
              <w:rPr>
                <w:b/>
                <w:color w:val="141414"/>
                <w:sz w:val="23"/>
              </w:rPr>
              <w:t>ПОКУПЕЦЬ — ФІЗИЧНА ОСОБА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ПІБ: </w:t>
            </w:r>
            <w:r>
              <w:rPr>
                <w:color w:val="3E8D96"/>
                <w:sz w:val="21"/>
                <w:shd w:val="clear" w:color="auto" w:fill="DDF2F3"/>
              </w:rPr>
              <w:t>________________________________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 повністю]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РНОКПП: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Паспорт / ID-картка: </w:t>
            </w:r>
            <w:r>
              <w:rPr>
                <w:color w:val="3E8D96"/>
                <w:sz w:val="21"/>
                <w:shd w:val="clear" w:color="auto" w:fill="DDF2F3"/>
              </w:rPr>
              <w:t>________________________________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[серія, номер / номер документа, ким і коли виданий]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Адреса місця проживання: </w:t>
            </w:r>
            <w:r>
              <w:rPr>
                <w:color w:val="3E8D96"/>
                <w:sz w:val="21"/>
                <w:shd w:val="clear" w:color="auto" w:fill="DDF2F3"/>
              </w:rPr>
              <w:t>________________________________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Телефон: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line="212" w:lineRule="exact"/>
            </w:pPr>
            <w:r>
              <w:rPr>
                <w:color w:val="141414"/>
                <w:sz w:val="21"/>
              </w:rPr>
              <w:t xml:space="preserve">E-mail: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[вкажіть]</w:t>
            </w:r>
          </w:p>
          <w:p w:rsidR="00E16F56" w:rsidRDefault="002061F7">
            <w:pPr>
              <w:pStyle w:val="FieldLine"/>
              <w:spacing w:before="40" w:line="212" w:lineRule="exact"/>
            </w:pPr>
            <w:r>
              <w:rPr>
                <w:color w:val="141414"/>
                <w:sz w:val="21"/>
              </w:rPr>
              <w:t xml:space="preserve">Підпис: </w:t>
            </w:r>
            <w:r>
              <w:rPr>
                <w:color w:val="3E8D96"/>
                <w:sz w:val="21"/>
                <w:shd w:val="clear" w:color="auto" w:fill="DDF2F3"/>
              </w:rPr>
              <w:t>__________</w:t>
            </w:r>
            <w:r>
              <w:rPr>
                <w:color w:val="141414"/>
                <w:sz w:val="21"/>
              </w:rPr>
              <w:t xml:space="preserve"> / </w:t>
            </w:r>
            <w:r>
              <w:rPr>
                <w:color w:val="3E8D96"/>
                <w:sz w:val="21"/>
                <w:shd w:val="clear" w:color="auto" w:fill="DDF2F3"/>
              </w:rPr>
              <w:t>________________________________</w:t>
            </w:r>
            <w:r>
              <w:rPr>
                <w:color w:val="141414"/>
                <w:sz w:val="21"/>
              </w:rPr>
              <w:t xml:space="preserve"> </w:t>
            </w:r>
            <w:r>
              <w:rPr>
                <w:b/>
                <w:color w:val="3E8D96"/>
                <w:sz w:val="21"/>
                <w:shd w:val="clear" w:color="auto" w:fill="DDF2F3"/>
              </w:rPr>
              <w:t>[ПІБ]</w:t>
            </w:r>
          </w:p>
        </w:tc>
      </w:tr>
    </w:tbl>
    <w:p w:rsidR="002061F7" w:rsidRDefault="002061F7"/>
    <w:sectPr w:rsidR="002061F7" w:rsidSect="00034616">
      <w:footerReference w:type="default" r:id="rId9"/>
      <w:headerReference w:type="first" r:id="rId10"/>
      <w:pgSz w:w="11906" w:h="16838"/>
      <w:pgMar w:top="595" w:right="709" w:bottom="624" w:left="709" w:header="142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1F7" w:rsidRDefault="002061F7">
      <w:pPr>
        <w:spacing w:line="240" w:lineRule="auto"/>
      </w:pPr>
      <w:r>
        <w:separator/>
      </w:r>
    </w:p>
  </w:endnote>
  <w:endnote w:type="continuationSeparator" w:id="0">
    <w:p w:rsidR="002061F7" w:rsidRDefault="00206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F56" w:rsidRDefault="002061F7">
    <w:pPr>
      <w:pStyle w:val="a7"/>
      <w:jc w:val="right"/>
    </w:pPr>
    <w:r>
      <w:rPr>
        <w:color w:val="3C3C3C"/>
        <w:sz w:val="18"/>
      </w:rPr>
      <w:fldChar w:fldCharType="begin"/>
    </w:r>
    <w:r>
      <w:rPr>
        <w:color w:val="3C3C3C"/>
        <w:sz w:val="18"/>
      </w:rPr>
      <w:instrText xml:space="preserve"> PAGE </w:instrText>
    </w:r>
    <w:r w:rsidR="00035BD8">
      <w:rPr>
        <w:color w:val="3C3C3C"/>
        <w:sz w:val="18"/>
      </w:rPr>
      <w:fldChar w:fldCharType="separate"/>
    </w:r>
    <w:r w:rsidR="00035BD8">
      <w:rPr>
        <w:noProof/>
        <w:color w:val="3C3C3C"/>
        <w:sz w:val="18"/>
      </w:rPr>
      <w:t>2</w:t>
    </w:r>
    <w:r>
      <w:rPr>
        <w:color w:val="3C3C3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1F7" w:rsidRDefault="002061F7">
      <w:pPr>
        <w:spacing w:line="240" w:lineRule="auto"/>
      </w:pPr>
      <w:r>
        <w:separator/>
      </w:r>
    </w:p>
  </w:footnote>
  <w:footnote w:type="continuationSeparator" w:id="0">
    <w:p w:rsidR="002061F7" w:rsidRDefault="002061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F56" w:rsidRDefault="00E16F56">
    <w:pPr>
      <w:pStyle w:val="a5"/>
      <w:pBdr>
        <w:bottom w:val="single" w:sz="5" w:space="1" w:color="5B9EA5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5BD8"/>
    <w:rsid w:val="0006063C"/>
    <w:rsid w:val="0015074B"/>
    <w:rsid w:val="002061F7"/>
    <w:rsid w:val="0029639D"/>
    <w:rsid w:val="00326F90"/>
    <w:rsid w:val="00AA1D8D"/>
    <w:rsid w:val="00B47730"/>
    <w:rsid w:val="00CB0664"/>
    <w:rsid w:val="00E16F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napToGrid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4" w:lineRule="exact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Title">
    <w:name w:val="ContractTitle"/>
    <w:pPr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SectionHead">
    <w:name w:val="SectionHead"/>
    <w:pPr>
      <w:keepNext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FieldLine">
    <w:name w:val="FieldLine"/>
    <w:pPr>
      <w:spacing w:after="0" w:line="243" w:lineRule="exact"/>
    </w:pPr>
    <w:rPr>
      <w:rFonts w:ascii="Arial" w:eastAsia="Arial" w:hAnsi="Arial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035B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35BD8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napToGrid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4" w:lineRule="exact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Title">
    <w:name w:val="ContractTitle"/>
    <w:pPr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SectionHead">
    <w:name w:val="SectionHead"/>
    <w:pPr>
      <w:keepNext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FieldLine">
    <w:name w:val="FieldLine"/>
    <w:pPr>
      <w:spacing w:after="0" w:line="243" w:lineRule="exact"/>
    </w:pPr>
    <w:rPr>
      <w:rFonts w:ascii="Arial" w:eastAsia="Arial" w:hAnsi="Arial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035B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35BD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057F17-828A-417E-AB2A-3A96F193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купівлі-продажу обладнання — Еталон 1</vt:lpstr>
      <vt:lpstr/>
    </vt:vector>
  </TitlesOfParts>
  <Company/>
  <LinksUpToDate>false</LinksUpToDate>
  <CharactersWithSpaces>7616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купівлі-продажу обладнання — Еталон 1</dc:title>
  <dc:subject>Шаблон договору купівлі-продажу обладнання</dc:subject>
  <dc:creator>SL-edition</dc:creator>
  <dc:description>generated by python-docx</dc:description>
  <cp:lastModifiedBy>Слава</cp:lastModifiedBy>
  <cp:revision>2</cp:revision>
  <dcterms:created xsi:type="dcterms:W3CDTF">2026-09-25T13:48:00Z</dcterms:created>
  <dcterms:modified xsi:type="dcterms:W3CDTF">2026-09-25T13:48:00Z</dcterms:modified>
</cp:coreProperties>
</file>