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after="40"/>
        <w:jc w:val="center"/>
        <w:rPr>
          <w:lang w:val="uk-UA"/>
        </w:rPr>
      </w:pPr>
      <w:bookmarkStart w:id="0" w:name="_GoBack"/>
      <w:bookmarkEnd w:id="0"/>
      <w:r>
        <w:rPr>
          <w:b/>
        </w:rPr>
        <w:t>ДОГОВІР КУПІВЛІ-ПРОДАЖУ ТОВАРУ</w:t>
      </w:r>
    </w:p>
    <w:p w:rsidR="00A20095" w:rsidRPr="00C51DBD" w:rsidRDefault="00050E6F">
      <w:pPr>
        <w:keepNext/>
        <w:spacing w:after="100"/>
        <w:jc w:val="center"/>
        <w:rPr>
          <w:lang w:val="uk-UA"/>
        </w:rPr>
      </w:pPr>
      <w:r w:rsidRPr="00C51DBD">
        <w:rPr>
          <w:b/>
          <w:lang w:val="uk-UA"/>
        </w:rPr>
        <w:t xml:space="preserve">№ </w:t>
      </w:r>
      <w:r w:rsidRPr="00C51DBD">
        <w:rPr>
          <w:b/>
          <w:color w:val="008C95"/>
          <w:shd w:val="clear" w:color="auto" w:fill="D8F0F1"/>
          <w:lang w:val="uk-UA"/>
        </w:rPr>
        <w:t>__________</w:t>
      </w:r>
      <w:r w:rsidRPr="00C51DBD">
        <w:rPr>
          <w:b/>
          <w:lang w:val="uk-UA"/>
        </w:rPr>
        <w:t xml:space="preserve"> </w:t>
      </w:r>
      <w:r w:rsidRPr="00C51DBD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C51DBD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80"/>
              <w:rPr>
                <w:lang w:val="uk-UA"/>
              </w:rPr>
            </w:pPr>
            <w:r w:rsidRPr="00C51DBD">
              <w:rPr>
                <w:b/>
                <w:lang w:val="uk-UA"/>
              </w:rPr>
              <w:t xml:space="preserve">м.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80"/>
              <w:jc w:val="right"/>
              <w:rPr>
                <w:lang w:val="uk-UA"/>
              </w:rPr>
            </w:pPr>
            <w:r w:rsidRPr="00C51DBD">
              <w:rPr>
                <w:b/>
                <w:lang w:val="uk-UA"/>
              </w:rPr>
              <w:t>«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C51DBD">
              <w:rPr>
                <w:b/>
                <w:lang w:val="uk-UA"/>
              </w:rPr>
              <w:t xml:space="preserve">»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20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C51DBD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C51DBD" w:rsidRDefault="00050E6F">
      <w:pPr>
        <w:spacing w:after="40"/>
        <w:jc w:val="both"/>
        <w:rPr>
          <w:lang w:val="uk-UA"/>
        </w:rPr>
      </w:pPr>
      <w:r>
        <w:rPr>
          <w:color w:val="008C95"/>
        </w:rPr>
        <w:t>________________________________ [найменування юридичної особи / ФОП ПІБ Продавця]</w:t>
      </w:r>
      <w:r>
        <w:t xml:space="preserve">, код ЄДРПОУ/РНОКПП </w:t>
      </w:r>
      <w:r>
        <w:rPr>
          <w:color w:val="008C95"/>
        </w:rPr>
        <w:t>__________ [вкажіть]</w:t>
      </w:r>
      <w:r>
        <w:t xml:space="preserve">, в особі </w:t>
      </w:r>
      <w:r>
        <w:rPr>
          <w:color w:val="008C95"/>
        </w:rPr>
        <w:t>________________________________ [ПІБ, посада / для ФОП — особисто]</w:t>
      </w:r>
      <w:r>
        <w:t xml:space="preserve">, що діє на підставі </w:t>
      </w:r>
      <w:r>
        <w:rPr>
          <w:color w:val="008C95"/>
        </w:rPr>
        <w:t>________________________________ [статут / довіреність / інша підстава]</w:t>
      </w:r>
      <w:r>
        <w:t>, надалі — «Продавець», та</w:t>
      </w:r>
    </w:p>
    <w:p w:rsidR="00A20095" w:rsidRPr="00C51DBD" w:rsidRDefault="00050E6F">
      <w:pPr>
        <w:spacing w:after="100"/>
        <w:jc w:val="both"/>
        <w:rPr>
          <w:lang w:val="uk-UA"/>
        </w:rPr>
      </w:pPr>
      <w:r>
        <w:t xml:space="preserve">громадянин(ка) України </w:t>
      </w:r>
      <w:r>
        <w:rPr>
          <w:color w:val="008C95"/>
        </w:rPr>
        <w:t>________________________________ [ПІБ Покупця повністю]</w:t>
      </w:r>
      <w:r>
        <w:t xml:space="preserve">, РНОКПП </w:t>
      </w:r>
      <w:r>
        <w:rPr>
          <w:color w:val="008C95"/>
        </w:rPr>
        <w:t>__________ [вкажіть]</w:t>
      </w:r>
      <w:r>
        <w:t xml:space="preserve">, паспорт / ID-картка </w:t>
      </w:r>
      <w:r>
        <w:rPr>
          <w:color w:val="008C95"/>
        </w:rPr>
        <w:t>________________________________ [реквізити]</w:t>
      </w:r>
      <w:r>
        <w:t xml:space="preserve">, адреса місця проживання: </w:t>
      </w:r>
      <w:r>
        <w:rPr>
          <w:color w:val="008C95"/>
        </w:rPr>
        <w:t>________________________________ [адреса]</w:t>
      </w:r>
      <w: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1. ПРЕДМЕТ ДОГОВОРУ</w:t>
      </w:r>
    </w:p>
    <w:p w:rsidR="00A20095" w:rsidRPr="00C51DBD" w:rsidRDefault="00050E6F">
      <w:pPr>
        <w:jc w:val="both"/>
        <w:rPr>
          <w:lang w:val="uk-UA"/>
        </w:rPr>
      </w:pPr>
      <w:r>
        <w:t>1.1. Продавець зобов’язується передати у власність Покупцю товар (далі — «Товар»), а Покупець — прийняти Товар та оплатити його на умовах цього Договору.</w:t>
      </w:r>
    </w:p>
    <w:p w:rsidR="00A20095" w:rsidRPr="00C51DBD" w:rsidRDefault="00050E6F">
      <w:pPr>
        <w:keepNext/>
        <w:spacing w:after="40"/>
        <w:jc w:val="both"/>
        <w:rPr>
          <w:lang w:val="uk-UA"/>
        </w:rPr>
      </w:pPr>
      <w:r>
        <w:t>1.2. Найменування, модель / артикул, характеристики, комплектація, кількість, стан, ціна, загальна вартість Товару, а також інші умови конкретної купівлі-продажу визначаються у відповідній Специфікації, підписаній Сторонами. Підписані Сторонами Специфікації є невід’ємними частинами цього Договору.</w:t>
      </w:r>
    </w:p>
    <w:p w:rsidR="00A20095" w:rsidRPr="00C51DBD" w:rsidRDefault="00050E6F">
      <w:pPr>
        <w:jc w:val="both"/>
        <w:rPr>
          <w:lang w:val="uk-UA"/>
        </w:rPr>
      </w:pPr>
      <w:r>
        <w:t>1.3. Продавець передає Товар за цим Договором вільним від прав третіх осіб, застави, арешту та інших обтяжень.</w:t>
      </w:r>
    </w:p>
    <w:p w:rsidR="00107B2A" w:rsidRDefault="0031576E">
      <w:pPr>
        <w:jc w:val="both"/>
        <w:rPr>
          <w:lang w:val="uk-UA"/>
        </w:rPr>
      </w:pPr>
      <w:r>
        <w:t>1.4. Разом із Товаром Продавець передає Покупцю належності та документи, що стосуються Товару, якщо їх передання передбачене законом, умовами цього Договору, Специфікацією або документацією виробник</w:t>
      </w:r>
      <w:r>
        <w:t>а.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>
        <w:rPr>
          <w:b/>
        </w:rPr>
        <w:t>2. ОПЛАТА ТА ПЕРЕДАЧА ТОВАРУ</w:t>
      </w:r>
    </w:p>
    <w:p w:rsidR="00A20095" w:rsidRPr="00C51DBD" w:rsidRDefault="00050E6F">
      <w:pPr>
        <w:jc w:val="both"/>
        <w:rPr>
          <w:lang w:val="uk-UA"/>
        </w:rPr>
      </w:pPr>
      <w:r>
        <w:t>2.1. Умови, розмір та строк оплати Товару визначаються у відповідній Специфікації. Датою оплати є дата зарахування коштів на рахунок Продавця.</w:t>
      </w:r>
    </w:p>
    <w:p w:rsidR="00A20095" w:rsidRPr="00C51DBD" w:rsidRDefault="00050E6F">
      <w:pPr>
        <w:jc w:val="both"/>
        <w:rPr>
          <w:lang w:val="uk-UA"/>
        </w:rPr>
      </w:pPr>
      <w:r>
        <w:t>2.2. Строк передачі Товару Покупцю визначається у відповідній Специфікації.</w:t>
      </w:r>
    </w:p>
    <w:p w:rsidR="00A20095" w:rsidRPr="00C51DBD" w:rsidRDefault="00050E6F">
      <w:pPr>
        <w:jc w:val="both"/>
        <w:rPr>
          <w:lang w:val="uk-UA"/>
        </w:rPr>
      </w:pPr>
      <w:r>
        <w:t>2.3. Спосіб та місце передачі / доставки Товару визначаються у відповідній Специфікації.</w:t>
      </w:r>
    </w:p>
    <w:p w:rsidR="00A20095" w:rsidRPr="00C51DBD" w:rsidRDefault="00050E6F">
      <w:pPr>
        <w:jc w:val="both"/>
        <w:rPr>
          <w:lang w:val="uk-UA"/>
        </w:rPr>
      </w:pPr>
      <w:r>
        <w:t>2.4. Право власності на Товар переходить до Покупця після його передачі та повної оплати, якщо інше не встановлено відповідною Специфікацією. Ризик випадкової втрати або пошкодження Товару переходить до Покупця з моменту фактичної передачі Товару Покупцю або уповноваженій ним особі.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3. ПРИЙМАННЯ, ЯКІСТЬ ТА ГАРАНТІЯ</w:t>
      </w:r>
    </w:p>
    <w:p w:rsidR="00A20095" w:rsidRPr="00C51DBD" w:rsidRDefault="00050E6F">
      <w:pPr>
        <w:jc w:val="both"/>
        <w:rPr>
          <w:lang w:val="uk-UA"/>
        </w:rPr>
      </w:pPr>
      <w:r>
        <w:t>3.1. При отриманні Товару Покупець перевіряє його кількість, комплектацію, упаковку та очевидні пошкодження. Зауваження зазначаються у видатковій накладній, акті приймання-передачі або іншому документі про передачу Товару.</w:t>
      </w:r>
    </w:p>
    <w:p w:rsidR="00A20095" w:rsidRPr="00C51DBD" w:rsidRDefault="00050E6F">
      <w:pPr>
        <w:jc w:val="both"/>
        <w:rPr>
          <w:lang w:val="uk-UA"/>
        </w:rPr>
      </w:pPr>
      <w:r>
        <w:t>3.2. Якість Товару повинна відповідати умовам цього Договору, відповідної Специфікації, вимогам законодавства України та документації виробника.</w:t>
      </w:r>
    </w:p>
    <w:p w:rsidR="00A20095" w:rsidRPr="00C51DBD" w:rsidRDefault="00050E6F">
      <w:pPr>
        <w:jc w:val="both"/>
        <w:rPr>
          <w:lang w:val="uk-UA"/>
        </w:rPr>
      </w:pPr>
      <w:r>
        <w:t>3.3. Гарантія не поширюється на недоліки, спричинені неправильним транспортуванням після передачі Товару Покупцю, зберіганням, монтажем або експлуатацією,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107B2A" w:rsidRDefault="0031576E">
      <w:pPr>
        <w:jc w:val="both"/>
        <w:rPr>
          <w:lang w:val="uk-UA"/>
        </w:rPr>
      </w:pPr>
      <w:r>
        <w:t>3.4. Якщо Покупець придбаває Товар як споживач, його права, встановлені законодавством про захист прав споживачів, не обмежуються умовами цього Договору.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lastRenderedPageBreak/>
        <w:t>4. ВІДПОВІДАЛЬНІСТЬ</w:t>
      </w:r>
    </w:p>
    <w:p w:rsidR="00A20095" w:rsidRPr="00C51DBD" w:rsidRDefault="00050E6F">
      <w:pPr>
        <w:jc w:val="both"/>
        <w:rPr>
          <w:lang w:val="uk-UA"/>
        </w:rPr>
      </w:pPr>
      <w:r>
        <w:t>4.1. За прострочення оплати Покупець на вимогу Продавця сплачує пеню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A20095" w:rsidRPr="00C51DBD" w:rsidRDefault="00050E6F">
      <w:pPr>
        <w:keepLines/>
        <w:jc w:val="both"/>
        <w:rPr>
          <w:lang w:val="uk-UA"/>
        </w:rPr>
      </w:pPr>
      <w:r>
        <w:t>4.2. У разі безпідставної відмови Покупця від прийняття належним чином переданого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Продавця, крім випадків, коли Покупець має право відмовитися від Договору або Товару відповідно до закону.</w:t>
      </w:r>
    </w:p>
    <w:p w:rsidR="00A20095" w:rsidRPr="00C51DBD" w:rsidRDefault="00050E6F">
      <w:pPr>
        <w:jc w:val="both"/>
        <w:rPr>
          <w:lang w:val="uk-UA"/>
        </w:rPr>
      </w:pPr>
      <w: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допускається законом.</w:t>
      </w:r>
    </w:p>
    <w:p w:rsidR="00A20095" w:rsidRPr="00C51DBD" w:rsidRDefault="00050E6F">
      <w:pPr>
        <w:jc w:val="both"/>
        <w:rPr>
          <w:lang w:val="uk-UA"/>
        </w:rPr>
      </w:pPr>
      <w:r>
        <w:t>4.4. За прострочення передачі Товару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 переданого в строк Товару, якщо інше не передбачено законом.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5. ФОРС-МАЖОР ТА ЗАГАЛЬНІ УМОВИ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C51DBD" w:rsidRDefault="00050E6F">
      <w:pPr>
        <w:jc w:val="both"/>
        <w:rPr>
          <w:lang w:val="uk-UA"/>
        </w:rPr>
      </w:pPr>
      <w:r w:rsidRPr="00C51DBD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C51DBD" w:rsidRDefault="00050E6F">
      <w:pPr>
        <w:jc w:val="both"/>
        <w:rPr>
          <w:lang w:val="uk-UA"/>
        </w:rPr>
      </w:pPr>
      <w:r>
        <w:t>5.6. Цей Договір укладено українською мовою у двох автентичних примірниках, що мають однакову юридичну силу, по одному для кожної зі Сторін. Усі підписані Сторонами Специфікації до цього Договору є його невід’ємними частинами.</w:t>
      </w:r>
    </w:p>
    <w:p w:rsidR="00A20095" w:rsidRPr="00C51DBD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C51DBD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jc w:val="center"/>
              <w:rPr>
                <w:lang w:val="uk-UA"/>
              </w:rPr>
            </w:pPr>
            <w:r>
              <w:rPr>
                <w:b/>
              </w:rPr>
              <w:t>ПРОДАВЕЦЬ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>Найменуван</w:t>
            </w:r>
            <w:r>
              <w:rPr>
                <w:b/>
              </w:rPr>
              <w:t xml:space="preserve">ня / ФОП ПІБ: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Код ЄДРПОУ / РНОКПП: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Адреса: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IBAN: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Банк: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E-mail / телефон: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 xml:space="preserve">__________ / __________ </w:t>
            </w:r>
            <w:r>
              <w:rPr>
                <w:color w:val="008C95"/>
              </w:rPr>
              <w:lastRenderedPageBreak/>
              <w:t>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jc w:val="center"/>
              <w:rPr>
                <w:lang w:val="uk-UA"/>
              </w:rPr>
            </w:pPr>
            <w:r>
              <w:rPr>
                <w:b/>
              </w:rPr>
              <w:lastRenderedPageBreak/>
              <w:t>ПОКУПЕЦЬ — ФІЗИЧНА ОСОБА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ПІБ: </w:t>
            </w:r>
            <w:r>
              <w:rPr>
                <w:color w:val="008C95"/>
              </w:rPr>
              <w:t>__________ [вкажіть повністю]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РНОКПП: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Паспорт / ID-картка: </w:t>
            </w:r>
            <w:r>
              <w:rPr>
                <w:color w:val="008C95"/>
              </w:rPr>
              <w:t>__________ [реквізити]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Адреса проживання: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Телефон / E-mail: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[ПІБ]</w:t>
            </w:r>
          </w:p>
        </w:tc>
      </w:tr>
    </w:tbl>
    <w:p w:rsidR="0011271C" w:rsidRPr="00C51DBD" w:rsidRDefault="00143070">
      <w:pPr>
        <w:pageBreakBefore/>
        <w:jc w:val="center"/>
        <w:rPr>
          <w:lang w:val="uk-UA"/>
        </w:rPr>
      </w:pPr>
      <w:r>
        <w:rPr>
          <w:b/>
        </w:rPr>
        <w:lastRenderedPageBreak/>
        <w:t>СПЕЦИФІКАЦІЯ</w:t>
      </w:r>
    </w:p>
    <w:p w:rsidR="0011271C" w:rsidRPr="00C51DBD" w:rsidRDefault="00143070">
      <w:pPr>
        <w:jc w:val="center"/>
        <w:rPr>
          <w:lang w:val="uk-UA"/>
        </w:rPr>
      </w:pPr>
      <w:r>
        <w:t xml:space="preserve">№ </w:t>
      </w:r>
      <w:r>
        <w:rPr>
          <w:color w:val="008C95"/>
        </w:rPr>
        <w:t>__________ [номер Специфікації]</w:t>
      </w:r>
      <w:r>
        <w:br/>
        <w:t xml:space="preserve">до Договору купівлі-продажу товару № </w:t>
      </w:r>
      <w:r>
        <w:rPr>
          <w:color w:val="008C95"/>
        </w:rPr>
        <w:t>__________ [номер договору]</w:t>
      </w:r>
      <w:r>
        <w:t xml:space="preserve"> від </w:t>
      </w:r>
      <w:r>
        <w:rPr>
          <w:color w:val="008C95"/>
        </w:rPr>
        <w:t>«___» __________ 20__ року</w:t>
      </w:r>
    </w:p>
    <w:p w:rsidR="0011271C" w:rsidRPr="00C51DBD" w:rsidRDefault="00143070">
      <w:pPr>
        <w:jc w:val="both"/>
        <w:rPr>
          <w:lang w:val="uk-UA"/>
        </w:rPr>
      </w:pPr>
      <w:r>
        <w:t>Продавець та Покупець погодили купівлю-продаж Товару на таких умовах: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2061"/>
        <w:gridCol w:w="2388"/>
        <w:gridCol w:w="1456"/>
        <w:gridCol w:w="1669"/>
        <w:gridCol w:w="1669"/>
      </w:tblGrid>
      <w:tr w:rsidR="0011271C" w:rsidRPr="00C51DBD">
        <w:trPr>
          <w:jc w:val="center"/>
        </w:trPr>
        <w:tc>
          <w:tcPr>
            <w:tcW w:w="567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№</w:t>
            </w:r>
          </w:p>
        </w:tc>
        <w:tc>
          <w:tcPr>
            <w:tcW w:w="2098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Найменування / модель / артикул</w:t>
            </w:r>
          </w:p>
        </w:tc>
        <w:tc>
          <w:tcPr>
            <w:tcW w:w="2438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Характеристики / комплектація</w:t>
            </w:r>
          </w:p>
        </w:tc>
        <w:tc>
          <w:tcPr>
            <w:tcW w:w="1474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 xml:space="preserve">Кількість та од. </w:t>
            </w:r>
            <w:proofErr w:type="spellStart"/>
            <w:r w:rsidRPr="00C51DBD">
              <w:rPr>
                <w:b/>
                <w:sz w:val="18"/>
                <w:lang w:val="uk-UA"/>
              </w:rPr>
              <w:t>вим</w:t>
            </w:r>
            <w:proofErr w:type="spellEnd"/>
            <w:r w:rsidRPr="00C51DBD">
              <w:rPr>
                <w:b/>
                <w:sz w:val="18"/>
                <w:lang w:val="uk-UA"/>
              </w:rPr>
              <w:t>.</w:t>
            </w:r>
          </w:p>
        </w:tc>
        <w:tc>
          <w:tcPr>
            <w:tcW w:w="1701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Ціна за одиницю, грн</w:t>
            </w:r>
          </w:p>
        </w:tc>
        <w:tc>
          <w:tcPr>
            <w:tcW w:w="1701" w:type="dxa"/>
            <w:shd w:val="clear" w:color="auto" w:fill="D9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b/>
                <w:sz w:val="18"/>
                <w:lang w:val="uk-UA"/>
              </w:rPr>
              <w:t>Загальна вартість, грн</w:t>
            </w:r>
          </w:p>
        </w:tc>
      </w:tr>
      <w:tr w:rsidR="0011271C" w:rsidRPr="00C51DBD">
        <w:trPr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sz w:val="18"/>
                <w:lang w:val="uk-UA"/>
              </w:rPr>
              <w:t>1</w:t>
            </w:r>
          </w:p>
        </w:tc>
        <w:tc>
          <w:tcPr>
            <w:tcW w:w="20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[вкажіть товар / модель / артикул]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[основні характеристики / комплектація]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 xml:space="preserve">[кількість та од. </w:t>
            </w:r>
            <w:proofErr w:type="spellStart"/>
            <w:r w:rsidRPr="00C51DBD">
              <w:rPr>
                <w:color w:val="008C95"/>
                <w:sz w:val="16"/>
                <w:lang w:val="uk-UA"/>
              </w:rPr>
              <w:t>вим</w:t>
            </w:r>
            <w:proofErr w:type="spellEnd"/>
            <w:r w:rsidRPr="00C51DBD">
              <w:rPr>
                <w:color w:val="008C95"/>
                <w:sz w:val="16"/>
                <w:lang w:val="uk-UA"/>
              </w:rPr>
              <w:t>.]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[ціна, з ПДВ / без ПДВ]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271C" w:rsidRPr="00C51DBD" w:rsidRDefault="00143070">
            <w:pPr>
              <w:jc w:val="center"/>
              <w:rPr>
                <w:lang w:val="uk-UA"/>
              </w:rPr>
            </w:pPr>
            <w:r w:rsidRPr="00C51DBD">
              <w:rPr>
                <w:color w:val="008C95"/>
                <w:sz w:val="18"/>
                <w:lang w:val="uk-UA"/>
              </w:rPr>
              <w:t>__________</w:t>
            </w:r>
            <w:r w:rsidRPr="00C51DBD">
              <w:rPr>
                <w:color w:val="008C95"/>
                <w:sz w:val="16"/>
                <w:lang w:val="uk-UA"/>
              </w:rPr>
              <w:br/>
              <w:t>[сума]</w:t>
            </w:r>
          </w:p>
        </w:tc>
      </w:tr>
    </w:tbl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Загальна вартість Товару за цією Специфікацією: </w:t>
      </w:r>
      <w:r w:rsidRPr="00C51DBD">
        <w:rPr>
          <w:color w:val="008C95"/>
          <w:lang w:val="uk-UA"/>
        </w:rPr>
        <w:t xml:space="preserve">__________,__ грн [сума цифрами; у </w:t>
      </w:r>
      <w:proofErr w:type="spellStart"/>
      <w:r w:rsidRPr="00C51DBD">
        <w:rPr>
          <w:color w:val="008C95"/>
          <w:lang w:val="uk-UA"/>
        </w:rPr>
        <w:t>т.ч</w:t>
      </w:r>
      <w:proofErr w:type="spellEnd"/>
      <w:r w:rsidRPr="00C51DBD">
        <w:rPr>
          <w:color w:val="008C95"/>
          <w:lang w:val="uk-UA"/>
        </w:rPr>
        <w:t>. ПДВ ___ грн / без ПДВ]</w:t>
      </w:r>
    </w:p>
    <w:p w:rsidR="00107B2A" w:rsidRDefault="0031576E">
      <w:pPr>
        <w:rPr>
          <w:lang w:val="uk-UA"/>
        </w:rPr>
      </w:pPr>
      <w:r>
        <w:rPr>
          <w:b/>
        </w:rPr>
        <w:t xml:space="preserve">Стан Товару: </w:t>
      </w:r>
      <w:r>
        <w:rPr>
          <w:color w:val="008C95"/>
        </w:rPr>
        <w:t>__________ [новий / був у використанні / інше]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Умови оплати: </w:t>
      </w:r>
      <w:r w:rsidRPr="00C51DBD">
        <w:rPr>
          <w:color w:val="008C95"/>
          <w:lang w:val="uk-UA"/>
        </w:rPr>
        <w:t>__________ [передплата / післяплата / часткова оплата; розмір, строк та порядок оплати]</w:t>
      </w:r>
    </w:p>
    <w:p w:rsidR="0011271C" w:rsidRPr="00C51DBD" w:rsidRDefault="00143070">
      <w:pPr>
        <w:rPr>
          <w:lang w:val="uk-UA"/>
        </w:rPr>
      </w:pPr>
      <w:r>
        <w:rPr>
          <w:b/>
        </w:rPr>
        <w:t xml:space="preserve">Строк передачі Товару: </w:t>
      </w:r>
      <w:r>
        <w:rPr>
          <w:color w:val="008C95"/>
        </w:rPr>
        <w:t>__________ [конкретна дата або період передачі]</w:t>
      </w:r>
    </w:p>
    <w:p w:rsidR="0011271C" w:rsidRPr="00C51DBD" w:rsidRDefault="00143070">
      <w:pPr>
        <w:rPr>
          <w:lang w:val="uk-UA"/>
        </w:rPr>
      </w:pPr>
      <w:r>
        <w:rPr>
          <w:b/>
        </w:rPr>
        <w:t xml:space="preserve">Спосіб передачі / доставки: </w:t>
      </w:r>
      <w:r>
        <w:rPr>
          <w:color w:val="008C95"/>
        </w:rPr>
        <w:t>__________ [самовивіз / доставка Продавцем / перевізник / інше]</w:t>
      </w:r>
    </w:p>
    <w:p w:rsidR="0011271C" w:rsidRPr="00C51DBD" w:rsidRDefault="00143070">
      <w:pPr>
        <w:rPr>
          <w:lang w:val="uk-UA"/>
        </w:rPr>
      </w:pPr>
      <w:r>
        <w:rPr>
          <w:b/>
        </w:rPr>
        <w:t xml:space="preserve">Місце передачі / доставки: </w:t>
      </w:r>
      <w:r>
        <w:rPr>
          <w:color w:val="008C95"/>
        </w:rPr>
        <w:t>__________ [повна адреса / інше місце]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Гарантійний строк: </w:t>
      </w:r>
      <w:r w:rsidRPr="00C51DBD">
        <w:rPr>
          <w:color w:val="008C95"/>
          <w:lang w:val="uk-UA"/>
        </w:rPr>
        <w:t>__________ [строк / гарантія виробника / не застосовується]</w:t>
      </w:r>
    </w:p>
    <w:p w:rsidR="0011271C" w:rsidRPr="00C51DBD" w:rsidRDefault="00143070">
      <w:pPr>
        <w:rPr>
          <w:lang w:val="uk-UA"/>
        </w:rPr>
      </w:pPr>
      <w:r w:rsidRPr="00C51DBD">
        <w:rPr>
          <w:b/>
          <w:lang w:val="uk-UA"/>
        </w:rPr>
        <w:t xml:space="preserve">Інші умови: </w:t>
      </w:r>
      <w:r w:rsidRPr="00C51DBD">
        <w:rPr>
          <w:color w:val="008C95"/>
          <w:lang w:val="uk-UA"/>
        </w:rPr>
        <w:t>__________ [за потреби: пакування, маркування, документи, особливі вимоги / не застосовується]</w:t>
      </w:r>
    </w:p>
    <w:p w:rsidR="0011271C" w:rsidRPr="00C51DBD" w:rsidRDefault="00143070">
      <w:pPr>
        <w:spacing w:before="80" w:after="100"/>
        <w:rPr>
          <w:lang w:val="uk-UA"/>
        </w:rPr>
      </w:pPr>
      <w:r>
        <w:t>Ця Специфікація є невід’ємною частиною вищезазначеного Договору купівлі-продажу товару та набирає чинності з моменту її підписання Сторонами.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jc w:val="center"/>
              <w:rPr>
                <w:lang w:val="uk-UA"/>
              </w:rPr>
            </w:pPr>
            <w:r>
              <w:rPr>
                <w:b/>
              </w:rPr>
              <w:t>ПРОДАВЕЦЬ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Найменування / ФОП ПІБ: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Код ЄДРПОУ / РНОКПП: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Адреса: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IBAN: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Банк: </w:t>
            </w:r>
            <w:r>
              <w:rPr>
                <w:color w:val="008C95"/>
              </w:rPr>
              <w:t xml:space="preserve">__________ </w:t>
            </w:r>
            <w:r>
              <w:rPr>
                <w:color w:val="008C95"/>
              </w:rPr>
              <w:t>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E-mail / телефон: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80"/>
              <w:jc w:val="center"/>
              <w:rPr>
                <w:lang w:val="uk-UA"/>
              </w:rPr>
            </w:pPr>
            <w:r>
              <w:rPr>
                <w:b/>
              </w:rPr>
              <w:t>ПОКУПЕЦЬ — ФІЗИЧНА ОСОБА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ПІБ: </w:t>
            </w:r>
            <w:r>
              <w:rPr>
                <w:color w:val="008C95"/>
              </w:rPr>
              <w:t>__________ [вкажіть повністю]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РНОКПП: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Паспорт / ID-картка: </w:t>
            </w:r>
            <w:r>
              <w:rPr>
                <w:color w:val="008C95"/>
              </w:rPr>
              <w:t>__________ [реквізити]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Адреса проживання: </w:t>
            </w:r>
            <w:r>
              <w:rPr>
                <w:color w:val="008C95"/>
              </w:rPr>
              <w:t xml:space="preserve">__________ </w:t>
            </w:r>
            <w:r>
              <w:rPr>
                <w:color w:val="008C95"/>
              </w:rPr>
              <w:t>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Телефон / E-mail: </w:t>
            </w:r>
            <w:r>
              <w:rPr>
                <w:color w:val="008C95"/>
              </w:rPr>
              <w:t>__________ [вкажіть]</w:t>
            </w:r>
          </w:p>
          <w:p w:rsidR="00107B2A" w:rsidRDefault="0031576E">
            <w:pPr>
              <w:spacing w:after="20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[ПІБ]</w:t>
            </w:r>
          </w:p>
        </w:tc>
      </w:tr>
    </w:tbl>
    <w:p w:rsidR="00143070" w:rsidRPr="00C51DBD" w:rsidRDefault="00143070">
      <w:pPr>
        <w:rPr>
          <w:lang w:val="uk-UA"/>
        </w:rPr>
      </w:pPr>
    </w:p>
    <w:sectPr w:rsidR="00143070" w:rsidRPr="00C51DBD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76E" w:rsidRDefault="0031576E">
      <w:pPr>
        <w:spacing w:after="0"/>
      </w:pPr>
      <w:r>
        <w:separator/>
      </w:r>
    </w:p>
  </w:endnote>
  <w:endnote w:type="continuationSeparator" w:id="0">
    <w:p w:rsidR="0031576E" w:rsidRDefault="003157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FE2357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76E" w:rsidRDefault="0031576E">
      <w:pPr>
        <w:spacing w:after="0"/>
      </w:pPr>
      <w:r>
        <w:separator/>
      </w:r>
    </w:p>
  </w:footnote>
  <w:footnote w:type="continuationSeparator" w:id="0">
    <w:p w:rsidR="0031576E" w:rsidRDefault="003157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07B2A"/>
    <w:rsid w:val="0011271C"/>
    <w:rsid w:val="00143070"/>
    <w:rsid w:val="0015074B"/>
    <w:rsid w:val="0029639D"/>
    <w:rsid w:val="0031576E"/>
    <w:rsid w:val="00326F90"/>
    <w:rsid w:val="00806D30"/>
    <w:rsid w:val="00A20095"/>
    <w:rsid w:val="00AA1D8D"/>
    <w:rsid w:val="00B47730"/>
    <w:rsid w:val="00C51DBD"/>
    <w:rsid w:val="00CB0664"/>
    <w:rsid w:val="00CE3185"/>
    <w:rsid w:val="00FC693F"/>
    <w:rsid w:val="00FE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2ACAFA-FA2D-47A9-B65A-D2F359C1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1153</Words>
  <Characters>6575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2026-09-24T12:54:00Z</dcterms:created>
  <dcterms:modified xsi:type="dcterms:W3CDTF">2026-09-24T12:54:00Z</dcterms:modified>
</cp:coreProperties>
</file>