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095" w:rsidRPr="00E23FD2" w:rsidRDefault="00050E6F">
      <w:pPr>
        <w:keepNext/>
        <w:spacing w:after="40"/>
        <w:jc w:val="center"/>
        <w:rPr>
          <w:lang w:val="uk-UA"/>
        </w:rPr>
      </w:pPr>
      <w:r w:rsidRPr="00E23FD2">
        <w:rPr>
          <w:b/>
          <w:lang w:val="uk-UA"/>
        </w:rPr>
        <w:t>ДОГОВІР ПОСТАВКИ ТОВАРУ</w:t>
      </w:r>
    </w:p>
    <w:p w:rsidR="00A20095" w:rsidRPr="00E23FD2" w:rsidRDefault="00050E6F">
      <w:pPr>
        <w:keepNext/>
        <w:spacing w:after="100"/>
        <w:jc w:val="center"/>
        <w:rPr>
          <w:lang w:val="uk-UA"/>
        </w:rPr>
      </w:pPr>
      <w:r w:rsidRPr="00E23FD2">
        <w:rPr>
          <w:b/>
          <w:lang w:val="uk-UA"/>
        </w:rPr>
        <w:t xml:space="preserve">№ </w:t>
      </w:r>
      <w:r w:rsidRPr="00E23FD2">
        <w:rPr>
          <w:b/>
          <w:color w:val="008C95"/>
          <w:shd w:val="clear" w:color="auto" w:fill="D8F0F1"/>
          <w:lang w:val="uk-UA"/>
        </w:rPr>
        <w:t>__________</w:t>
      </w:r>
      <w:r w:rsidRPr="00E23FD2">
        <w:rPr>
          <w:b/>
          <w:lang w:val="uk-UA"/>
        </w:rPr>
        <w:t xml:space="preserve"> </w:t>
      </w:r>
      <w:r w:rsidRPr="00E23FD2">
        <w:rPr>
          <w:b/>
          <w:color w:val="008C95"/>
          <w:shd w:val="clear" w:color="auto" w:fill="D8F0F1"/>
          <w:lang w:val="uk-UA"/>
        </w:rPr>
        <w:t>[номер договору]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A20095" w:rsidRPr="00E23FD2">
        <w:trPr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0095" w:rsidRPr="00E23FD2" w:rsidRDefault="00050E6F">
            <w:pPr>
              <w:spacing w:after="80"/>
              <w:rPr>
                <w:lang w:val="uk-UA"/>
              </w:rPr>
            </w:pPr>
            <w:r w:rsidRPr="00E23FD2">
              <w:rPr>
                <w:b/>
                <w:lang w:val="uk-UA"/>
              </w:rPr>
              <w:t xml:space="preserve">м. </w:t>
            </w:r>
            <w:r w:rsidRPr="00E23FD2">
              <w:rPr>
                <w:b/>
                <w:color w:val="008C95"/>
                <w:shd w:val="clear" w:color="auto" w:fill="D8F0F1"/>
                <w:lang w:val="uk-UA"/>
              </w:rPr>
              <w:t>__________</w:t>
            </w:r>
            <w:r w:rsidRPr="00E23FD2">
              <w:rPr>
                <w:b/>
                <w:lang w:val="uk-UA"/>
              </w:rPr>
              <w:t xml:space="preserve"> </w:t>
            </w:r>
            <w:r w:rsidRPr="00E23FD2">
              <w:rPr>
                <w:b/>
                <w:color w:val="008C95"/>
                <w:shd w:val="clear" w:color="auto" w:fill="D8F0F1"/>
                <w:lang w:val="uk-UA"/>
              </w:rPr>
              <w:t>[місто]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0095" w:rsidRPr="00E23FD2" w:rsidRDefault="00050E6F">
            <w:pPr>
              <w:spacing w:after="80"/>
              <w:jc w:val="right"/>
              <w:rPr>
                <w:lang w:val="uk-UA"/>
              </w:rPr>
            </w:pPr>
            <w:r w:rsidRPr="00E23FD2">
              <w:rPr>
                <w:b/>
                <w:lang w:val="uk-UA"/>
              </w:rPr>
              <w:t>«</w:t>
            </w:r>
            <w:r w:rsidRPr="00E23FD2">
              <w:rPr>
                <w:b/>
                <w:color w:val="008C95"/>
                <w:shd w:val="clear" w:color="auto" w:fill="D8F0F1"/>
                <w:lang w:val="uk-UA"/>
              </w:rPr>
              <w:t>___</w:t>
            </w:r>
            <w:r w:rsidRPr="00E23FD2">
              <w:rPr>
                <w:b/>
                <w:lang w:val="uk-UA"/>
              </w:rPr>
              <w:t xml:space="preserve">» </w:t>
            </w:r>
            <w:r w:rsidRPr="00E23FD2">
              <w:rPr>
                <w:b/>
                <w:color w:val="008C95"/>
                <w:shd w:val="clear" w:color="auto" w:fill="D8F0F1"/>
                <w:lang w:val="uk-UA"/>
              </w:rPr>
              <w:t>__________</w:t>
            </w:r>
            <w:r w:rsidRPr="00E23FD2">
              <w:rPr>
                <w:b/>
                <w:lang w:val="uk-UA"/>
              </w:rPr>
              <w:t xml:space="preserve"> 20</w:t>
            </w:r>
            <w:r w:rsidRPr="00E23FD2">
              <w:rPr>
                <w:b/>
                <w:color w:val="008C95"/>
                <w:shd w:val="clear" w:color="auto" w:fill="D8F0F1"/>
                <w:lang w:val="uk-UA"/>
              </w:rPr>
              <w:t>__</w:t>
            </w:r>
            <w:r w:rsidRPr="00E23FD2">
              <w:rPr>
                <w:b/>
                <w:lang w:val="uk-UA"/>
              </w:rPr>
              <w:t xml:space="preserve"> року</w:t>
            </w:r>
          </w:p>
        </w:tc>
      </w:tr>
    </w:tbl>
    <w:p w:rsidR="00A20095" w:rsidRPr="00E23FD2" w:rsidRDefault="00050E6F">
      <w:pPr>
        <w:spacing w:after="40"/>
        <w:jc w:val="both"/>
        <w:rPr>
          <w:lang w:val="uk-UA"/>
        </w:rPr>
      </w:pPr>
      <w:r w:rsidRPr="00E23FD2">
        <w:rPr>
          <w:lang w:val="uk-UA"/>
        </w:rPr>
        <w:t>Товариство з обмеженою відповідальністю «</w:t>
      </w:r>
      <w:r w:rsidRPr="00E23FD2">
        <w:rPr>
          <w:color w:val="008C95"/>
          <w:lang w:val="uk-UA"/>
        </w:rPr>
        <w:t>__________ [найменування ТОВ]</w:t>
      </w:r>
      <w:r w:rsidRPr="00E23FD2">
        <w:rPr>
          <w:lang w:val="uk-UA"/>
        </w:rPr>
        <w:t xml:space="preserve">», код ЄДРПОУ </w:t>
      </w:r>
      <w:r w:rsidRPr="00E23FD2">
        <w:rPr>
          <w:color w:val="008C95"/>
          <w:lang w:val="uk-UA"/>
        </w:rPr>
        <w:t>__________ [код]</w:t>
      </w:r>
      <w:r w:rsidRPr="00E23FD2">
        <w:rPr>
          <w:lang w:val="uk-UA"/>
        </w:rPr>
        <w:t xml:space="preserve">, в особі </w:t>
      </w:r>
      <w:r w:rsidRPr="00E23FD2">
        <w:rPr>
          <w:color w:val="008C95"/>
          <w:lang w:val="uk-UA"/>
        </w:rPr>
        <w:t>__________ [посада, ПІБ]</w:t>
      </w:r>
      <w:r w:rsidRPr="00E23FD2">
        <w:rPr>
          <w:lang w:val="uk-UA"/>
        </w:rPr>
        <w:t xml:space="preserve">, що діє на підставі </w:t>
      </w:r>
      <w:r w:rsidRPr="00E23FD2">
        <w:rPr>
          <w:color w:val="008C95"/>
          <w:lang w:val="uk-UA"/>
        </w:rPr>
        <w:t>__________ [Статут / довіреність]</w:t>
      </w:r>
      <w:r w:rsidRPr="00E23FD2">
        <w:rPr>
          <w:lang w:val="uk-UA"/>
        </w:rPr>
        <w:t>, надалі — «Постачальник», та</w:t>
      </w:r>
    </w:p>
    <w:p w:rsidR="00A20095" w:rsidRPr="00E23FD2" w:rsidRDefault="00050E6F">
      <w:pPr>
        <w:spacing w:after="40"/>
        <w:jc w:val="both"/>
        <w:rPr>
          <w:lang w:val="uk-UA"/>
        </w:rPr>
      </w:pPr>
      <w:r w:rsidRPr="00E23FD2">
        <w:rPr>
          <w:lang w:val="uk-UA"/>
        </w:rPr>
        <w:t xml:space="preserve">ФОП </w:t>
      </w:r>
      <w:r w:rsidRPr="00E23FD2">
        <w:rPr>
          <w:color w:val="008C95"/>
          <w:lang w:val="uk-UA"/>
        </w:rPr>
        <w:t>__________ [ПІБ повністю]</w:t>
      </w:r>
      <w:r w:rsidRPr="00E23FD2">
        <w:rPr>
          <w:lang w:val="uk-UA"/>
        </w:rPr>
        <w:t xml:space="preserve">, РНОКПП </w:t>
      </w:r>
      <w:r w:rsidRPr="00E23FD2">
        <w:rPr>
          <w:color w:val="008C95"/>
          <w:lang w:val="uk-UA"/>
        </w:rPr>
        <w:t>__________ [РНОКПП]</w:t>
      </w:r>
      <w:r w:rsidRPr="00E23FD2">
        <w:rPr>
          <w:lang w:val="uk-UA"/>
        </w:rPr>
        <w:t xml:space="preserve">, система оподаткування: </w:t>
      </w:r>
      <w:r w:rsidRPr="00E23FD2">
        <w:rPr>
          <w:color w:val="008C95"/>
          <w:lang w:val="uk-UA"/>
        </w:rPr>
        <w:t>__________ [єдиний податок / загальна система]</w:t>
      </w:r>
      <w:r w:rsidRPr="00E23FD2">
        <w:rPr>
          <w:lang w:val="uk-UA"/>
        </w:rPr>
        <w:t xml:space="preserve">, група єдиного податку: </w:t>
      </w:r>
      <w:r w:rsidRPr="00E23FD2">
        <w:rPr>
          <w:color w:val="008C95"/>
          <w:lang w:val="uk-UA"/>
        </w:rPr>
        <w:t>__________ [1 / 2 / 3 / не застосовується]</w:t>
      </w:r>
      <w:r w:rsidRPr="00E23FD2">
        <w:rPr>
          <w:lang w:val="uk-UA"/>
        </w:rPr>
        <w:t xml:space="preserve">, ставка: </w:t>
      </w:r>
      <w:r w:rsidRPr="00E23FD2">
        <w:rPr>
          <w:color w:val="008C95"/>
          <w:lang w:val="uk-UA"/>
        </w:rPr>
        <w:t>__________ [% / не застосовується]</w:t>
      </w:r>
      <w:r w:rsidRPr="00E23FD2">
        <w:rPr>
          <w:lang w:val="uk-UA"/>
        </w:rPr>
        <w:t xml:space="preserve">, статус ПДВ: </w:t>
      </w:r>
      <w:r w:rsidRPr="00E23FD2">
        <w:rPr>
          <w:color w:val="008C95"/>
          <w:lang w:val="uk-UA"/>
        </w:rPr>
        <w:t>__________ [платник / неплатник ПДВ]</w:t>
      </w:r>
      <w:r w:rsidRPr="00E23FD2">
        <w:rPr>
          <w:lang w:val="uk-UA"/>
        </w:rPr>
        <w:t>, надалі — «Покупець», разом — «Сторони», уклали цей Договір про таке.</w:t>
      </w:r>
    </w:p>
    <w:p w:rsidR="00A20095" w:rsidRPr="00E23FD2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E23FD2">
        <w:rPr>
          <w:b/>
          <w:lang w:val="uk-UA"/>
        </w:rPr>
        <w:t>1. ПРЕДМЕТ ДОГОВОРУ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1.1. Постачальник зобов’язується поставити Покупцю товар (далі — «Товар»), а Покупець — прийняти та оплатити його на умовах цього Договору.</w:t>
      </w:r>
    </w:p>
    <w:p w:rsidR="00A20095" w:rsidRPr="00E23FD2" w:rsidRDefault="00050E6F">
      <w:pPr>
        <w:keepNext/>
        <w:spacing w:after="40"/>
        <w:jc w:val="both"/>
        <w:rPr>
          <w:lang w:val="uk-UA"/>
        </w:rPr>
      </w:pPr>
      <w:r w:rsidRPr="00E23FD2">
        <w:rPr>
          <w:b/>
          <w:lang w:val="uk-UA"/>
        </w:rPr>
        <w:t>1.2. Товар: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 xml:space="preserve">Найменування / модель / артикул: </w:t>
      </w:r>
      <w:r w:rsidRPr="00E23FD2">
        <w:rPr>
          <w:color w:val="008C95"/>
          <w:shd w:val="clear" w:color="auto" w:fill="D8F0F1"/>
          <w:lang w:val="uk-UA"/>
        </w:rPr>
        <w:t>________________________________</w:t>
      </w:r>
      <w:r w:rsidRPr="00E23FD2">
        <w:rPr>
          <w:lang w:val="uk-UA"/>
        </w:rPr>
        <w:t xml:space="preserve"> </w:t>
      </w:r>
      <w:r w:rsidRPr="00E23FD2">
        <w:rPr>
          <w:color w:val="008C95"/>
          <w:shd w:val="clear" w:color="auto" w:fill="D8F0F1"/>
          <w:lang w:val="uk-UA"/>
        </w:rPr>
        <w:t>[вкажіть]</w:t>
      </w:r>
      <w:r w:rsidRPr="00E23FD2">
        <w:rPr>
          <w:lang w:val="uk-UA"/>
        </w:rPr>
        <w:br/>
        <w:t xml:space="preserve">Характеристики / комплектація: </w:t>
      </w:r>
      <w:r w:rsidRPr="00E23FD2">
        <w:rPr>
          <w:color w:val="008C95"/>
          <w:shd w:val="clear" w:color="auto" w:fill="D8F0F1"/>
          <w:lang w:val="uk-UA"/>
        </w:rPr>
        <w:t>________________________________</w:t>
      </w:r>
      <w:r w:rsidRPr="00E23FD2">
        <w:rPr>
          <w:lang w:val="uk-UA"/>
        </w:rPr>
        <w:t xml:space="preserve"> </w:t>
      </w:r>
      <w:r w:rsidRPr="00E23FD2">
        <w:rPr>
          <w:color w:val="008C95"/>
          <w:shd w:val="clear" w:color="auto" w:fill="D8F0F1"/>
          <w:lang w:val="uk-UA"/>
        </w:rPr>
        <w:t>[вкажіть або «за документацією виробника»]</w:t>
      </w:r>
      <w:r w:rsidRPr="00E23FD2">
        <w:rPr>
          <w:lang w:val="uk-UA"/>
        </w:rPr>
        <w:br/>
        <w:t xml:space="preserve">Кількість: </w:t>
      </w:r>
      <w:r w:rsidRPr="00E23FD2">
        <w:rPr>
          <w:color w:val="008C95"/>
          <w:shd w:val="clear" w:color="auto" w:fill="D8F0F1"/>
          <w:lang w:val="uk-UA"/>
        </w:rPr>
        <w:t>________________</w:t>
      </w:r>
      <w:r w:rsidRPr="00E23FD2">
        <w:rPr>
          <w:lang w:val="uk-UA"/>
        </w:rPr>
        <w:t xml:space="preserve"> </w:t>
      </w:r>
      <w:r w:rsidRPr="00E23FD2">
        <w:rPr>
          <w:color w:val="008C95"/>
          <w:shd w:val="clear" w:color="auto" w:fill="D8F0F1"/>
          <w:lang w:val="uk-UA"/>
        </w:rPr>
        <w:t xml:space="preserve">[кількість та од. </w:t>
      </w:r>
      <w:proofErr w:type="spellStart"/>
      <w:r w:rsidRPr="00E23FD2">
        <w:rPr>
          <w:color w:val="008C95"/>
          <w:shd w:val="clear" w:color="auto" w:fill="D8F0F1"/>
          <w:lang w:val="uk-UA"/>
        </w:rPr>
        <w:t>вим</w:t>
      </w:r>
      <w:proofErr w:type="spellEnd"/>
      <w:r w:rsidRPr="00E23FD2">
        <w:rPr>
          <w:color w:val="008C95"/>
          <w:shd w:val="clear" w:color="auto" w:fill="D8F0F1"/>
          <w:lang w:val="uk-UA"/>
        </w:rPr>
        <w:t>.]</w:t>
      </w:r>
      <w:r w:rsidRPr="00E23FD2">
        <w:rPr>
          <w:lang w:val="uk-UA"/>
        </w:rPr>
        <w:br/>
        <w:t xml:space="preserve">Ціна за одиницю: </w:t>
      </w:r>
      <w:r w:rsidRPr="00E23FD2">
        <w:rPr>
          <w:color w:val="008C95"/>
          <w:shd w:val="clear" w:color="auto" w:fill="D8F0F1"/>
          <w:lang w:val="uk-UA"/>
        </w:rPr>
        <w:t>________________</w:t>
      </w:r>
      <w:r w:rsidRPr="00E23FD2">
        <w:rPr>
          <w:lang w:val="uk-UA"/>
        </w:rPr>
        <w:t xml:space="preserve"> грн </w:t>
      </w:r>
      <w:r w:rsidRPr="00E23FD2">
        <w:rPr>
          <w:color w:val="008C95"/>
          <w:shd w:val="clear" w:color="auto" w:fill="D8F0F1"/>
          <w:lang w:val="uk-UA"/>
        </w:rPr>
        <w:t>[з ПДВ / без ПДВ]</w:t>
      </w:r>
      <w:r w:rsidRPr="00E23FD2">
        <w:rPr>
          <w:lang w:val="uk-UA"/>
        </w:rPr>
        <w:br/>
        <w:t xml:space="preserve">Загальна вартість: </w:t>
      </w:r>
      <w:r w:rsidRPr="00E23FD2">
        <w:rPr>
          <w:color w:val="008C95"/>
          <w:shd w:val="clear" w:color="auto" w:fill="D8F0F1"/>
          <w:lang w:val="uk-UA"/>
        </w:rPr>
        <w:t>________________</w:t>
      </w:r>
      <w:r w:rsidRPr="00E23FD2">
        <w:rPr>
          <w:lang w:val="uk-UA"/>
        </w:rPr>
        <w:t xml:space="preserve"> грн </w:t>
      </w:r>
      <w:r w:rsidRPr="00E23FD2">
        <w:rPr>
          <w:color w:val="008C95"/>
          <w:shd w:val="clear" w:color="auto" w:fill="D8F0F1"/>
          <w:lang w:val="uk-UA"/>
        </w:rPr>
        <w:t xml:space="preserve">[у </w:t>
      </w:r>
      <w:proofErr w:type="spellStart"/>
      <w:r w:rsidRPr="00E23FD2">
        <w:rPr>
          <w:color w:val="008C95"/>
          <w:shd w:val="clear" w:color="auto" w:fill="D8F0F1"/>
          <w:lang w:val="uk-UA"/>
        </w:rPr>
        <w:t>т.ч</w:t>
      </w:r>
      <w:proofErr w:type="spellEnd"/>
      <w:r w:rsidRPr="00E23FD2">
        <w:rPr>
          <w:color w:val="008C95"/>
          <w:shd w:val="clear" w:color="auto" w:fill="D8F0F1"/>
          <w:lang w:val="uk-UA"/>
        </w:rPr>
        <w:t>. ПДВ ___ грн / без ПДВ]</w:t>
      </w:r>
      <w:r w:rsidRPr="00E23FD2">
        <w:rPr>
          <w:lang w:val="uk-UA"/>
        </w:rPr>
        <w:t>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1.3. Постачальник постачає Товар за цим Договором вільним від прав третіх осіб, застави, арешту та інших обтяжень.</w:t>
      </w:r>
    </w:p>
    <w:p w:rsidR="00A20095" w:rsidRPr="00E23FD2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E23FD2">
        <w:rPr>
          <w:b/>
          <w:lang w:val="uk-UA"/>
        </w:rPr>
        <w:t>2. ОПЛАТА ТА ПОСТАВКА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 xml:space="preserve">2.1. Строк оплати Товару: </w:t>
      </w:r>
      <w:r w:rsidRPr="00E23FD2">
        <w:rPr>
          <w:color w:val="008C95"/>
          <w:shd w:val="clear" w:color="auto" w:fill="D8F0F1"/>
          <w:lang w:val="uk-UA"/>
        </w:rPr>
        <w:t>________________________________</w:t>
      </w:r>
      <w:r w:rsidRPr="00E23FD2">
        <w:rPr>
          <w:lang w:val="uk-UA"/>
        </w:rPr>
        <w:br/>
      </w:r>
      <w:r w:rsidRPr="00E23FD2">
        <w:rPr>
          <w:color w:val="008C95"/>
          <w:shd w:val="clear" w:color="auto" w:fill="D8F0F1"/>
          <w:lang w:val="uk-UA"/>
        </w:rPr>
        <w:t>[наприклад: 100 % попередня оплата протягом 2 робочих днів з дати рахунку]</w:t>
      </w:r>
      <w:r w:rsidRPr="00E23FD2">
        <w:rPr>
          <w:lang w:val="uk-UA"/>
        </w:rPr>
        <w:t>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Датою оплати є дата зарахування коштів на рахунок Постачальника.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 xml:space="preserve">2.2. Строк поставки: </w:t>
      </w:r>
      <w:r w:rsidRPr="00E23FD2">
        <w:rPr>
          <w:color w:val="008C95"/>
          <w:shd w:val="clear" w:color="auto" w:fill="D8F0F1"/>
          <w:lang w:val="uk-UA"/>
        </w:rPr>
        <w:t>________________________________</w:t>
      </w:r>
      <w:r w:rsidRPr="00E23FD2">
        <w:rPr>
          <w:lang w:val="uk-UA"/>
        </w:rPr>
        <w:t xml:space="preserve"> </w:t>
      </w:r>
      <w:r w:rsidRPr="00E23FD2">
        <w:rPr>
          <w:color w:val="008C95"/>
          <w:shd w:val="clear" w:color="auto" w:fill="D8F0F1"/>
          <w:lang w:val="uk-UA"/>
        </w:rPr>
        <w:t>[дата або період]</w:t>
      </w:r>
      <w:r w:rsidRPr="00E23FD2">
        <w:rPr>
          <w:lang w:val="uk-UA"/>
        </w:rPr>
        <w:t>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 xml:space="preserve">2.3. Базис поставки: </w:t>
      </w:r>
      <w:r w:rsidRPr="00E23FD2">
        <w:rPr>
          <w:color w:val="008C95"/>
          <w:shd w:val="clear" w:color="auto" w:fill="D8F0F1"/>
          <w:lang w:val="uk-UA"/>
        </w:rPr>
        <w:t>________________________________</w:t>
      </w:r>
      <w:r w:rsidRPr="00E23FD2">
        <w:rPr>
          <w:lang w:val="uk-UA"/>
        </w:rPr>
        <w:t xml:space="preserve"> </w:t>
      </w:r>
      <w:r w:rsidRPr="00E23FD2">
        <w:rPr>
          <w:color w:val="008C95"/>
          <w:shd w:val="clear" w:color="auto" w:fill="D8F0F1"/>
          <w:lang w:val="uk-UA"/>
        </w:rPr>
        <w:t xml:space="preserve">[EXW / FCA / DAP тощо, </w:t>
      </w:r>
      <w:proofErr w:type="spellStart"/>
      <w:r w:rsidRPr="00E23FD2">
        <w:rPr>
          <w:color w:val="008C95"/>
          <w:shd w:val="clear" w:color="auto" w:fill="D8F0F1"/>
          <w:lang w:val="uk-UA"/>
        </w:rPr>
        <w:t>Incoterms</w:t>
      </w:r>
      <w:proofErr w:type="spellEnd"/>
      <w:r w:rsidRPr="00E23FD2">
        <w:rPr>
          <w:color w:val="008C95"/>
          <w:shd w:val="clear" w:color="auto" w:fill="D8F0F1"/>
          <w:lang w:val="uk-UA"/>
        </w:rPr>
        <w:t>® 2020]</w:t>
      </w:r>
      <w:r w:rsidRPr="00E23FD2">
        <w:rPr>
          <w:lang w:val="uk-UA"/>
        </w:rPr>
        <w:t>.</w:t>
      </w:r>
      <w:r w:rsidRPr="00E23FD2">
        <w:rPr>
          <w:lang w:val="uk-UA"/>
        </w:rPr>
        <w:br/>
        <w:t xml:space="preserve">Місце поставки: </w:t>
      </w:r>
      <w:r w:rsidRPr="00E23FD2">
        <w:rPr>
          <w:color w:val="008C95"/>
          <w:shd w:val="clear" w:color="auto" w:fill="D8F0F1"/>
          <w:lang w:val="uk-UA"/>
        </w:rPr>
        <w:t>________________________________</w:t>
      </w:r>
      <w:r w:rsidRPr="00E23FD2">
        <w:rPr>
          <w:lang w:val="uk-UA"/>
        </w:rPr>
        <w:t xml:space="preserve"> </w:t>
      </w:r>
      <w:r w:rsidRPr="00E23FD2">
        <w:rPr>
          <w:color w:val="008C95"/>
          <w:shd w:val="clear" w:color="auto" w:fill="D8F0F1"/>
          <w:lang w:val="uk-UA"/>
        </w:rPr>
        <w:t>[адреса]</w:t>
      </w:r>
      <w:r w:rsidRPr="00E23FD2">
        <w:rPr>
          <w:lang w:val="uk-UA"/>
        </w:rPr>
        <w:t>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 xml:space="preserve">2.4. Право власності на Товар переходить до Покупця після його поставки та повної оплати. Ризик випадкової втрати або пошкодження Товару переходить до Покупця в момент виконання обов’язку Постачальником з поставки Товару відповідно до погодженого правила </w:t>
      </w:r>
      <w:proofErr w:type="spellStart"/>
      <w:r w:rsidRPr="00E23FD2">
        <w:rPr>
          <w:lang w:val="uk-UA"/>
        </w:rPr>
        <w:t>Incoterms</w:t>
      </w:r>
      <w:proofErr w:type="spellEnd"/>
      <w:r w:rsidRPr="00E23FD2">
        <w:rPr>
          <w:lang w:val="uk-UA"/>
        </w:rPr>
        <w:t>® 2020.</w:t>
      </w:r>
    </w:p>
    <w:p w:rsidR="00A20095" w:rsidRPr="00E23FD2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E23FD2">
        <w:rPr>
          <w:b/>
          <w:lang w:val="uk-UA"/>
        </w:rPr>
        <w:t>3. ПРИЙМАННЯ, ЯКІСТЬ ТА ГАРАНТІЯ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3.1. При отриманні Товару Покупець перевіряє його кількість, упаковку та очевидні пошкодження. Зауваження зазначаються у видатковій накладній, транспортному документі або акті.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3.2. Якість Товару повинна відповідати умовам цього Договору, вимогам законодавства України та документації виробника.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 xml:space="preserve">Гарантійний строк: </w:t>
      </w:r>
      <w:r w:rsidRPr="00E23FD2">
        <w:rPr>
          <w:color w:val="008C95"/>
          <w:shd w:val="clear" w:color="auto" w:fill="D8F0F1"/>
          <w:lang w:val="uk-UA"/>
        </w:rPr>
        <w:t>________________________________</w:t>
      </w:r>
      <w:r w:rsidRPr="00E23FD2">
        <w:rPr>
          <w:lang w:val="uk-UA"/>
        </w:rPr>
        <w:t xml:space="preserve"> </w:t>
      </w:r>
      <w:r w:rsidRPr="00E23FD2">
        <w:rPr>
          <w:color w:val="008C95"/>
          <w:shd w:val="clear" w:color="auto" w:fill="D8F0F1"/>
          <w:lang w:val="uk-UA"/>
        </w:rPr>
        <w:t>[строк / гарантія виробника]</w:t>
      </w:r>
      <w:r w:rsidRPr="00E23FD2">
        <w:rPr>
          <w:lang w:val="uk-UA"/>
        </w:rPr>
        <w:t>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3.3. Гарантія не поширюється на недоліки, спричинені неправильним транспортуванням, зберіганням, монтажем або експлуатацією, механічними пошкодженнями, самостійним ремонтом чи нормальним зносом.</w:t>
      </w:r>
    </w:p>
    <w:p w:rsidR="00A20095" w:rsidRPr="00E23FD2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E23FD2">
        <w:rPr>
          <w:b/>
          <w:lang w:val="uk-UA"/>
        </w:rPr>
        <w:lastRenderedPageBreak/>
        <w:t>4. ВІДПОВІДАЛЬНІСТЬ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4.1. За прострочення оплати Покупець на вимогу Постачальника сплачує пеню за кожний день прострочення, розраховану виходячи з подвійної облікової ставки НБУ у річному обчисленні від суми боргу, а також інфляційні втрати у межах, дозволених законодавством України.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4.2. У разі безпідставної відмови Покупця від прийняття належним чином поставленого або готового до передачі Товару Покупець сплачує штраф у розмірі 3 % вартості неприйнятого Товару та відшкодовує документально підтверджені витрати Постачальника.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4.3. Постачальник не відповідає за упущену вигоду, непрямі збитки, простій або штрафи третіх осіб.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4.4. За прострочення поставки Товару Постачальник на вимогу Покупця сплачує штраф за кожний день прострочення, розрахований виходячи з подвійної облікової ставки НБУ у річному обчисленні від вартості непоставленого в строк Товару.</w:t>
      </w:r>
    </w:p>
    <w:p w:rsidR="00A20095" w:rsidRPr="00E23FD2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E23FD2">
        <w:rPr>
          <w:b/>
          <w:lang w:val="uk-UA"/>
        </w:rPr>
        <w:t>5. ФОРС-МАЖОР ТА ЗАГАЛЬНІ УМОВИ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5.1. Сторона звільняється від відповідальності за невиконання зобов’язань унаслідок надзвичайних та невідворотних обставин поза її контролем, про які вона повідомляє іншу Сторону протягом 5 (п’яти) робочих днів. На вимогу іншої Сторони такі обставини підтверджуються сертифікатом ТПП України або уповноваженої регіональної ТПП.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5.2. Договір діє з дня підписання Сторонами до</w:t>
      </w:r>
      <w:r w:rsidR="00E23FD2">
        <w:rPr>
          <w:lang w:val="uk-UA"/>
        </w:rPr>
        <w:t xml:space="preserve"> повного виконання зобов’язань Сторонами, які взяті за ним</w:t>
      </w:r>
      <w:r w:rsidRPr="00E23FD2">
        <w:rPr>
          <w:lang w:val="uk-UA"/>
        </w:rPr>
        <w:t>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5.3. Документи за Договором можуть оформлюватися в електронній формі та підписуватися КЕП. Повідомленн</w:t>
      </w:r>
      <w:bookmarkStart w:id="0" w:name="_GoBack"/>
      <w:bookmarkEnd w:id="0"/>
      <w:r w:rsidRPr="00E23FD2">
        <w:rPr>
          <w:lang w:val="uk-UA"/>
        </w:rPr>
        <w:t>я та рахунки можуть надсилатися на електронні адреси Сторін, зазначені у реквізитах.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5.4. До Договору застосовується право України. Спори передаються на розгляд компетентного суду, визначеного законодавством України, якщо Сторони не врегулювали їх шляхом переговорів.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5.5. Сторони обробляють персональні дані представників і контактних осіб з метою укладення та виконання Договору та зобов’язуються не надавати і не приймати неправомірну вигоду у зв’язку з його виконанням.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5.6. Цей Договір укладено українською мовою у двох автентичних примірниках, що мають однакову юридичну силу, по одному для кожної зі Сторін. ФОП повідомляє Постачальника про зміну системи оподаткування, групи єдиного податку або статусу платника ПДВ протягом 3 (трьох) робочих днів.</w:t>
      </w:r>
    </w:p>
    <w:p w:rsidR="00A20095" w:rsidRPr="00E23FD2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E23FD2">
        <w:rPr>
          <w:b/>
          <w:lang w:val="uk-UA"/>
        </w:rPr>
        <w:t>6. РЕКВІЗИТИ ТА ПІДПИСИ СТОРІН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91"/>
        <w:gridCol w:w="4791"/>
      </w:tblGrid>
      <w:tr w:rsidR="00A20095" w:rsidRPr="00E23FD2">
        <w:trPr>
          <w:cantSplit/>
          <w:jc w:val="center"/>
        </w:trPr>
        <w:tc>
          <w:tcPr>
            <w:tcW w:w="4791" w:type="dxa"/>
            <w:tcBorders>
              <w:top w:val="single" w:sz="10" w:space="0" w:color="008C95"/>
              <w:left w:val="nil"/>
              <w:bottom w:val="nil"/>
              <w:right w:val="nil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:rsidR="00A20095" w:rsidRPr="00E23FD2" w:rsidRDefault="00050E6F">
            <w:pPr>
              <w:spacing w:after="0"/>
              <w:jc w:val="center"/>
              <w:rPr>
                <w:lang w:val="uk-UA"/>
              </w:rPr>
            </w:pPr>
            <w:r w:rsidRPr="00E23FD2">
              <w:rPr>
                <w:b/>
                <w:sz w:val="21"/>
                <w:lang w:val="uk-UA"/>
              </w:rPr>
              <w:t>ПОСТАЧАЛЬНИК — ТОВ</w:t>
            </w:r>
          </w:p>
          <w:p w:rsidR="00A20095" w:rsidRPr="00E23FD2" w:rsidRDefault="00050E6F">
            <w:pPr>
              <w:spacing w:after="0"/>
              <w:rPr>
                <w:lang w:val="uk-UA"/>
              </w:rPr>
            </w:pPr>
            <w:r w:rsidRPr="00E23FD2">
              <w:rPr>
                <w:sz w:val="21"/>
                <w:lang w:val="uk-UA"/>
              </w:rPr>
              <w:t xml:space="preserve">Найменування: </w:t>
            </w:r>
            <w:r w:rsidRPr="00E23FD2">
              <w:rPr>
                <w:color w:val="008C95"/>
                <w:sz w:val="21"/>
                <w:lang w:val="uk-UA"/>
              </w:rPr>
              <w:t>__________ [ТОВ]</w:t>
            </w:r>
          </w:p>
          <w:p w:rsidR="00A20095" w:rsidRPr="00E23FD2" w:rsidRDefault="00050E6F">
            <w:pPr>
              <w:spacing w:after="0"/>
              <w:rPr>
                <w:lang w:val="uk-UA"/>
              </w:rPr>
            </w:pPr>
            <w:r w:rsidRPr="00E23FD2">
              <w:rPr>
                <w:sz w:val="21"/>
                <w:lang w:val="uk-UA"/>
              </w:rPr>
              <w:t xml:space="preserve">Код ЄДРПОУ: </w:t>
            </w:r>
            <w:r w:rsidRPr="00E23FD2">
              <w:rPr>
                <w:color w:val="008C95"/>
                <w:sz w:val="21"/>
                <w:lang w:val="uk-UA"/>
              </w:rPr>
              <w:t>__________ [вкажіть]</w:t>
            </w:r>
          </w:p>
          <w:p w:rsidR="00A20095" w:rsidRPr="00E23FD2" w:rsidRDefault="00050E6F">
            <w:pPr>
              <w:spacing w:after="0"/>
              <w:rPr>
                <w:lang w:val="uk-UA"/>
              </w:rPr>
            </w:pPr>
            <w:r w:rsidRPr="00E23FD2">
              <w:rPr>
                <w:sz w:val="21"/>
                <w:lang w:val="uk-UA"/>
              </w:rPr>
              <w:t xml:space="preserve">Статус ПДВ: </w:t>
            </w:r>
            <w:r w:rsidRPr="00E23FD2">
              <w:rPr>
                <w:color w:val="008C95"/>
                <w:sz w:val="21"/>
                <w:lang w:val="uk-UA"/>
              </w:rPr>
              <w:t>__________ [платник / неплатник]</w:t>
            </w:r>
          </w:p>
          <w:p w:rsidR="00A20095" w:rsidRPr="00E23FD2" w:rsidRDefault="00050E6F">
            <w:pPr>
              <w:spacing w:after="0"/>
              <w:rPr>
                <w:lang w:val="uk-UA"/>
              </w:rPr>
            </w:pPr>
            <w:r w:rsidRPr="00E23FD2">
              <w:rPr>
                <w:sz w:val="21"/>
                <w:lang w:val="uk-UA"/>
              </w:rPr>
              <w:t xml:space="preserve">Адреса: </w:t>
            </w:r>
            <w:r w:rsidRPr="00E23FD2">
              <w:rPr>
                <w:color w:val="008C95"/>
                <w:sz w:val="21"/>
                <w:lang w:val="uk-UA"/>
              </w:rPr>
              <w:t>__________ [вкажіть]</w:t>
            </w:r>
          </w:p>
          <w:p w:rsidR="00A20095" w:rsidRPr="00E23FD2" w:rsidRDefault="00050E6F">
            <w:pPr>
              <w:spacing w:after="0"/>
              <w:rPr>
                <w:lang w:val="uk-UA"/>
              </w:rPr>
            </w:pPr>
            <w:r w:rsidRPr="00E23FD2">
              <w:rPr>
                <w:sz w:val="21"/>
                <w:lang w:val="uk-UA"/>
              </w:rPr>
              <w:t xml:space="preserve">IBAN: </w:t>
            </w:r>
            <w:r w:rsidRPr="00E23FD2">
              <w:rPr>
                <w:color w:val="008C95"/>
                <w:sz w:val="21"/>
                <w:lang w:val="uk-UA"/>
              </w:rPr>
              <w:t>UA________________ [вкажіть]</w:t>
            </w:r>
          </w:p>
          <w:p w:rsidR="00A20095" w:rsidRPr="00E23FD2" w:rsidRDefault="00050E6F">
            <w:pPr>
              <w:spacing w:after="0"/>
              <w:rPr>
                <w:lang w:val="uk-UA"/>
              </w:rPr>
            </w:pPr>
            <w:r w:rsidRPr="00E23FD2">
              <w:rPr>
                <w:sz w:val="21"/>
                <w:lang w:val="uk-UA"/>
              </w:rPr>
              <w:t xml:space="preserve">Банк: </w:t>
            </w:r>
            <w:r w:rsidRPr="00E23FD2">
              <w:rPr>
                <w:color w:val="008C95"/>
                <w:sz w:val="21"/>
                <w:lang w:val="uk-UA"/>
              </w:rPr>
              <w:t>__________ [вкажіть]</w:t>
            </w:r>
          </w:p>
          <w:p w:rsidR="00A20095" w:rsidRPr="00E23FD2" w:rsidRDefault="00050E6F">
            <w:pPr>
              <w:spacing w:after="0"/>
              <w:rPr>
                <w:lang w:val="uk-UA"/>
              </w:rPr>
            </w:pPr>
            <w:r w:rsidRPr="00E23FD2">
              <w:rPr>
                <w:sz w:val="21"/>
                <w:lang w:val="uk-UA"/>
              </w:rPr>
              <w:t>E-</w:t>
            </w:r>
            <w:proofErr w:type="spellStart"/>
            <w:r w:rsidRPr="00E23FD2">
              <w:rPr>
                <w:sz w:val="21"/>
                <w:lang w:val="uk-UA"/>
              </w:rPr>
              <w:t>mail</w:t>
            </w:r>
            <w:proofErr w:type="spellEnd"/>
            <w:r w:rsidRPr="00E23FD2">
              <w:rPr>
                <w:sz w:val="21"/>
                <w:lang w:val="uk-UA"/>
              </w:rPr>
              <w:t xml:space="preserve"> / телефон: </w:t>
            </w:r>
            <w:r w:rsidRPr="00E23FD2">
              <w:rPr>
                <w:color w:val="008C95"/>
                <w:sz w:val="21"/>
                <w:lang w:val="uk-UA"/>
              </w:rPr>
              <w:t>__________ [вкажіть]</w:t>
            </w:r>
          </w:p>
          <w:p w:rsidR="00DC3C87" w:rsidRPr="00E23FD2" w:rsidRDefault="006E7427">
            <w:pPr>
              <w:spacing w:after="0"/>
              <w:rPr>
                <w:lang w:val="uk-UA"/>
              </w:rPr>
            </w:pPr>
            <w:r w:rsidRPr="00E23FD2">
              <w:rPr>
                <w:sz w:val="21"/>
                <w:lang w:val="uk-UA"/>
              </w:rPr>
              <w:t xml:space="preserve">Підписант: </w:t>
            </w:r>
            <w:r w:rsidRPr="00E23FD2">
              <w:rPr>
                <w:color w:val="008C95"/>
                <w:sz w:val="21"/>
                <w:lang w:val="uk-UA"/>
              </w:rPr>
              <w:t>__________ [посада, ПІБ]</w:t>
            </w:r>
          </w:p>
          <w:p w:rsidR="00DC3C87" w:rsidRPr="00E23FD2" w:rsidRDefault="006E7427">
            <w:pPr>
              <w:spacing w:after="0"/>
              <w:rPr>
                <w:lang w:val="uk-UA"/>
              </w:rPr>
            </w:pPr>
            <w:r w:rsidRPr="00E23FD2">
              <w:rPr>
                <w:sz w:val="21"/>
                <w:lang w:val="uk-UA"/>
              </w:rPr>
              <w:t xml:space="preserve">Підпис: </w:t>
            </w:r>
            <w:r w:rsidRPr="00E23FD2">
              <w:rPr>
                <w:color w:val="008C95"/>
                <w:sz w:val="21"/>
                <w:lang w:val="uk-UA"/>
              </w:rPr>
              <w:t>__________ / __________ [ПІБ]</w:t>
            </w:r>
          </w:p>
        </w:tc>
        <w:tc>
          <w:tcPr>
            <w:tcW w:w="4791" w:type="dxa"/>
            <w:tcBorders>
              <w:top w:val="single" w:sz="10" w:space="0" w:color="008C95"/>
              <w:left w:val="nil"/>
              <w:bottom w:val="nil"/>
              <w:right w:val="nil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:rsidR="00A20095" w:rsidRPr="00E23FD2" w:rsidRDefault="00050E6F">
            <w:pPr>
              <w:spacing w:after="0"/>
              <w:jc w:val="center"/>
              <w:rPr>
                <w:lang w:val="uk-UA"/>
              </w:rPr>
            </w:pPr>
            <w:r w:rsidRPr="00E23FD2">
              <w:rPr>
                <w:b/>
                <w:sz w:val="21"/>
                <w:lang w:val="uk-UA"/>
              </w:rPr>
              <w:t>ПОКУПЕЦЬ — ФОП</w:t>
            </w:r>
          </w:p>
          <w:p w:rsidR="00A20095" w:rsidRPr="00E23FD2" w:rsidRDefault="00050E6F">
            <w:pPr>
              <w:spacing w:after="0"/>
              <w:rPr>
                <w:lang w:val="uk-UA"/>
              </w:rPr>
            </w:pPr>
            <w:r w:rsidRPr="00E23FD2">
              <w:rPr>
                <w:sz w:val="21"/>
                <w:lang w:val="uk-UA"/>
              </w:rPr>
              <w:t xml:space="preserve">ФОП: </w:t>
            </w:r>
            <w:r w:rsidRPr="00E23FD2">
              <w:rPr>
                <w:color w:val="008C95"/>
                <w:sz w:val="21"/>
                <w:lang w:val="uk-UA"/>
              </w:rPr>
              <w:t>__________ [ПІБ повністю]</w:t>
            </w:r>
          </w:p>
          <w:p w:rsidR="00A20095" w:rsidRPr="00E23FD2" w:rsidRDefault="00050E6F">
            <w:pPr>
              <w:spacing w:after="0"/>
              <w:rPr>
                <w:lang w:val="uk-UA"/>
              </w:rPr>
            </w:pPr>
            <w:r w:rsidRPr="00E23FD2">
              <w:rPr>
                <w:sz w:val="21"/>
                <w:lang w:val="uk-UA"/>
              </w:rPr>
              <w:t xml:space="preserve">РНОКПП: </w:t>
            </w:r>
            <w:r w:rsidRPr="00E23FD2">
              <w:rPr>
                <w:color w:val="008C95"/>
                <w:sz w:val="21"/>
                <w:lang w:val="uk-UA"/>
              </w:rPr>
              <w:t>__________ [вкажіть]</w:t>
            </w:r>
          </w:p>
          <w:p w:rsidR="00A20095" w:rsidRPr="00E23FD2" w:rsidRDefault="00050E6F">
            <w:pPr>
              <w:spacing w:after="0"/>
              <w:rPr>
                <w:lang w:val="uk-UA"/>
              </w:rPr>
            </w:pPr>
            <w:r w:rsidRPr="00E23FD2">
              <w:rPr>
                <w:sz w:val="21"/>
                <w:lang w:val="uk-UA"/>
              </w:rPr>
              <w:t xml:space="preserve">Система оподаткування: </w:t>
            </w:r>
            <w:r w:rsidRPr="00E23FD2">
              <w:rPr>
                <w:color w:val="008C95"/>
                <w:sz w:val="21"/>
                <w:lang w:val="uk-UA"/>
              </w:rPr>
              <w:t>__________ [єдиний податок / загальна]</w:t>
            </w:r>
          </w:p>
          <w:p w:rsidR="00A20095" w:rsidRPr="00E23FD2" w:rsidRDefault="00050E6F">
            <w:pPr>
              <w:spacing w:after="0"/>
              <w:rPr>
                <w:lang w:val="uk-UA"/>
              </w:rPr>
            </w:pPr>
            <w:r w:rsidRPr="00E23FD2">
              <w:rPr>
                <w:sz w:val="21"/>
                <w:lang w:val="uk-UA"/>
              </w:rPr>
              <w:t xml:space="preserve">Група / ставка ЄП: </w:t>
            </w:r>
            <w:r w:rsidRPr="00E23FD2">
              <w:rPr>
                <w:color w:val="008C95"/>
                <w:sz w:val="21"/>
                <w:lang w:val="uk-UA"/>
              </w:rPr>
              <w:t>__________ [група; % / не застосовується]</w:t>
            </w:r>
          </w:p>
          <w:p w:rsidR="00A20095" w:rsidRPr="00E23FD2" w:rsidRDefault="00050E6F">
            <w:pPr>
              <w:spacing w:after="0"/>
              <w:rPr>
                <w:lang w:val="uk-UA"/>
              </w:rPr>
            </w:pPr>
            <w:r w:rsidRPr="00E23FD2">
              <w:rPr>
                <w:sz w:val="21"/>
                <w:lang w:val="uk-UA"/>
              </w:rPr>
              <w:t xml:space="preserve">Статус ПДВ: </w:t>
            </w:r>
            <w:r w:rsidRPr="00E23FD2">
              <w:rPr>
                <w:color w:val="008C95"/>
                <w:sz w:val="21"/>
                <w:lang w:val="uk-UA"/>
              </w:rPr>
              <w:t>__________ [платник / неплатник]</w:t>
            </w:r>
          </w:p>
          <w:p w:rsidR="00A20095" w:rsidRPr="00E23FD2" w:rsidRDefault="00050E6F">
            <w:pPr>
              <w:spacing w:after="0"/>
              <w:rPr>
                <w:lang w:val="uk-UA"/>
              </w:rPr>
            </w:pPr>
            <w:r w:rsidRPr="00E23FD2">
              <w:rPr>
                <w:sz w:val="21"/>
                <w:lang w:val="uk-UA"/>
              </w:rPr>
              <w:t xml:space="preserve">Адреса: </w:t>
            </w:r>
            <w:r w:rsidRPr="00E23FD2">
              <w:rPr>
                <w:color w:val="008C95"/>
                <w:sz w:val="21"/>
                <w:lang w:val="uk-UA"/>
              </w:rPr>
              <w:t>__________ [вкажіть]</w:t>
            </w:r>
          </w:p>
          <w:p w:rsidR="00A20095" w:rsidRPr="00E23FD2" w:rsidRDefault="00050E6F">
            <w:pPr>
              <w:spacing w:after="0"/>
              <w:rPr>
                <w:lang w:val="uk-UA"/>
              </w:rPr>
            </w:pPr>
            <w:r w:rsidRPr="00E23FD2">
              <w:rPr>
                <w:sz w:val="21"/>
                <w:lang w:val="uk-UA"/>
              </w:rPr>
              <w:t xml:space="preserve">IBAN: </w:t>
            </w:r>
            <w:r w:rsidRPr="00E23FD2">
              <w:rPr>
                <w:color w:val="008C95"/>
                <w:sz w:val="21"/>
                <w:lang w:val="uk-UA"/>
              </w:rPr>
              <w:t>UA________________ [вкажіть]</w:t>
            </w:r>
          </w:p>
          <w:p w:rsidR="00DC3C87" w:rsidRPr="00E23FD2" w:rsidRDefault="006E7427">
            <w:pPr>
              <w:spacing w:after="0"/>
              <w:rPr>
                <w:lang w:val="uk-UA"/>
              </w:rPr>
            </w:pPr>
            <w:r w:rsidRPr="00E23FD2">
              <w:rPr>
                <w:sz w:val="21"/>
                <w:lang w:val="uk-UA"/>
              </w:rPr>
              <w:t xml:space="preserve">Банк: </w:t>
            </w:r>
            <w:r w:rsidRPr="00E23FD2">
              <w:rPr>
                <w:color w:val="008C95"/>
                <w:sz w:val="21"/>
                <w:lang w:val="uk-UA"/>
              </w:rPr>
              <w:t>__________ [вкажіть]</w:t>
            </w:r>
          </w:p>
          <w:p w:rsidR="00DC3C87" w:rsidRPr="00E23FD2" w:rsidRDefault="006E7427">
            <w:pPr>
              <w:spacing w:after="0"/>
              <w:rPr>
                <w:lang w:val="uk-UA"/>
              </w:rPr>
            </w:pPr>
            <w:r w:rsidRPr="00E23FD2">
              <w:rPr>
                <w:sz w:val="21"/>
                <w:lang w:val="uk-UA"/>
              </w:rPr>
              <w:t>E-</w:t>
            </w:r>
            <w:proofErr w:type="spellStart"/>
            <w:r w:rsidRPr="00E23FD2">
              <w:rPr>
                <w:sz w:val="21"/>
                <w:lang w:val="uk-UA"/>
              </w:rPr>
              <w:t>mail</w:t>
            </w:r>
            <w:proofErr w:type="spellEnd"/>
            <w:r w:rsidRPr="00E23FD2">
              <w:rPr>
                <w:sz w:val="21"/>
                <w:lang w:val="uk-UA"/>
              </w:rPr>
              <w:t xml:space="preserve"> / телефон: </w:t>
            </w:r>
            <w:r w:rsidRPr="00E23FD2">
              <w:rPr>
                <w:color w:val="008C95"/>
                <w:sz w:val="21"/>
                <w:lang w:val="uk-UA"/>
              </w:rPr>
              <w:t>__________ [вкажіть]</w:t>
            </w:r>
          </w:p>
          <w:p w:rsidR="00DC3C87" w:rsidRPr="00E23FD2" w:rsidRDefault="006E7427">
            <w:pPr>
              <w:spacing w:after="0"/>
              <w:rPr>
                <w:lang w:val="uk-UA"/>
              </w:rPr>
            </w:pPr>
            <w:r w:rsidRPr="00E23FD2">
              <w:rPr>
                <w:sz w:val="21"/>
                <w:lang w:val="uk-UA"/>
              </w:rPr>
              <w:t xml:space="preserve">Підпис: </w:t>
            </w:r>
            <w:r w:rsidRPr="00E23FD2">
              <w:rPr>
                <w:color w:val="008C95"/>
                <w:sz w:val="21"/>
                <w:lang w:val="uk-UA"/>
              </w:rPr>
              <w:t>__________ / __________ [ПІБ]</w:t>
            </w:r>
          </w:p>
        </w:tc>
      </w:tr>
    </w:tbl>
    <w:p w:rsidR="00050E6F" w:rsidRPr="00E23FD2" w:rsidRDefault="00050E6F">
      <w:pPr>
        <w:spacing w:after="0" w:line="20" w:lineRule="exact"/>
        <w:rPr>
          <w:lang w:val="uk-UA"/>
        </w:rPr>
      </w:pPr>
    </w:p>
    <w:sectPr w:rsidR="00050E6F" w:rsidRPr="00E23FD2" w:rsidSect="00034616">
      <w:footerReference w:type="default" r:id="rId9"/>
      <w:pgSz w:w="11906" w:h="16838"/>
      <w:pgMar w:top="1020" w:right="1134" w:bottom="737" w:left="1134" w:header="39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427" w:rsidRDefault="006E7427">
      <w:pPr>
        <w:spacing w:after="0"/>
      </w:pPr>
      <w:r>
        <w:separator/>
      </w:r>
    </w:p>
  </w:endnote>
  <w:endnote w:type="continuationSeparator" w:id="0">
    <w:p w:rsidR="006E7427" w:rsidRDefault="006E742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095" w:rsidRDefault="00050E6F">
    <w:pPr>
      <w:pStyle w:val="a7"/>
      <w:jc w:val="right"/>
    </w:pPr>
    <w:r>
      <w:rPr>
        <w:color w:val="777777"/>
        <w:sz w:val="17"/>
      </w:rPr>
      <w:fldChar w:fldCharType="begin"/>
    </w:r>
    <w:r>
      <w:rPr>
        <w:color w:val="777777"/>
        <w:sz w:val="17"/>
      </w:rPr>
      <w:instrText xml:space="preserve"> PAGE </w:instrText>
    </w:r>
    <w:r>
      <w:rPr>
        <w:color w:val="777777"/>
        <w:sz w:val="17"/>
      </w:rPr>
      <w:fldChar w:fldCharType="separate"/>
    </w:r>
    <w:r w:rsidR="00E23FD2">
      <w:rPr>
        <w:noProof/>
        <w:color w:val="777777"/>
        <w:sz w:val="17"/>
      </w:rPr>
      <w:t>2</w:t>
    </w:r>
    <w:r>
      <w:rPr>
        <w:color w:val="777777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427" w:rsidRDefault="006E7427">
      <w:pPr>
        <w:spacing w:after="0"/>
      </w:pPr>
      <w:r>
        <w:separator/>
      </w:r>
    </w:p>
  </w:footnote>
  <w:footnote w:type="continuationSeparator" w:id="0">
    <w:p w:rsidR="006E7427" w:rsidRDefault="006E742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0E6F"/>
    <w:rsid w:val="0006063C"/>
    <w:rsid w:val="0015074B"/>
    <w:rsid w:val="0029639D"/>
    <w:rsid w:val="00326F90"/>
    <w:rsid w:val="006E7427"/>
    <w:rsid w:val="00806D30"/>
    <w:rsid w:val="00A20095"/>
    <w:rsid w:val="00AA1D8D"/>
    <w:rsid w:val="00B47730"/>
    <w:rsid w:val="00CB0664"/>
    <w:rsid w:val="00CE3185"/>
    <w:rsid w:val="00DC3C87"/>
    <w:rsid w:val="00E23F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eastAsia="Arial" w:hAnsi="Arial"/>
      <w:color w:val="222222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CE3185"/>
    <w:pPr>
      <w:spacing w:after="0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CE3185"/>
    <w:rPr>
      <w:rFonts w:ascii="Tahoma" w:eastAsia="Arial" w:hAnsi="Tahoma" w:cs="Tahoma"/>
      <w:color w:val="22222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eastAsia="Arial" w:hAnsi="Arial"/>
      <w:color w:val="222222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CE3185"/>
    <w:pPr>
      <w:spacing w:after="0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CE3185"/>
    <w:rPr>
      <w:rFonts w:ascii="Tahoma" w:eastAsia="Arial" w:hAnsi="Tahoma" w:cs="Tahoma"/>
      <w:color w:val="22222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955941-18AE-43FF-AADD-0CCC8C99B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838</Words>
  <Characters>4783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5610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Слава</cp:lastModifiedBy>
  <cp:revision>2</cp:revision>
  <dcterms:created xsi:type="dcterms:W3CDTF">2026-09-24T09:27:00Z</dcterms:created>
  <dcterms:modified xsi:type="dcterms:W3CDTF">2026-09-24T09:27:00Z</dcterms:modified>
</cp:coreProperties>
</file>