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2DA" w:rsidRDefault="001D32DA"/>
    <w:p w:rsidR="001D32DA" w:rsidRPr="00240010" w:rsidRDefault="001F2CD9">
      <w:pPr>
        <w:keepNext/>
        <w:jc w:val="center"/>
        <w:rPr>
          <w:lang w:val="ru-RU"/>
        </w:rPr>
      </w:pPr>
      <w:r>
        <w:rPr>
          <w:b/>
          <w:sz w:val="28"/>
          <w:lang w:val="uk-UA"/>
        </w:rPr>
        <w:t xml:space="preserve">ДОГОВІР ПОСТАВКИ ПРОДУКТІВ ХАРЧУВАННЯ № </w:t>
      </w:r>
      <w:r>
        <w:rPr>
          <w:color w:val="008C95"/>
          <w:sz w:val="23"/>
          <w:shd w:val="clear" w:color="auto" w:fill="D9F1F2"/>
          <w:lang w:val="uk-UA"/>
        </w:rPr>
        <w:t>__________ [вкажіть номер договору]</w:t>
      </w:r>
    </w:p>
    <w:p w:rsidR="001D32DA" w:rsidRPr="00240010" w:rsidRDefault="001F2CD9">
      <w:pPr>
        <w:spacing w:after="20"/>
        <w:jc w:val="both"/>
        <w:rPr>
          <w:lang w:val="ru-RU"/>
        </w:rPr>
      </w:pPr>
      <w:r>
        <w:rPr>
          <w:lang w:val="uk-UA"/>
        </w:rPr>
        <w:t xml:space="preserve">м. </w:t>
      </w:r>
      <w:r>
        <w:rPr>
          <w:color w:val="008C95"/>
          <w:shd w:val="clear" w:color="auto" w:fill="D9F1F2"/>
          <w:lang w:val="uk-UA"/>
        </w:rPr>
        <w:t>__________ [вкажіть місто]</w:t>
      </w:r>
      <w:r>
        <w:rPr>
          <w:lang w:val="uk-UA"/>
        </w:rPr>
        <w:t xml:space="preserve">   «</w:t>
      </w:r>
      <w:r>
        <w:rPr>
          <w:color w:val="008C95"/>
          <w:shd w:val="clear" w:color="auto" w:fill="D9F1F2"/>
          <w:lang w:val="uk-UA"/>
        </w:rPr>
        <w:t>___ [число]</w:t>
      </w:r>
      <w:r>
        <w:rPr>
          <w:lang w:val="uk-UA"/>
        </w:rPr>
        <w:t xml:space="preserve">» </w:t>
      </w:r>
      <w:r>
        <w:rPr>
          <w:color w:val="008C95"/>
          <w:shd w:val="clear" w:color="auto" w:fill="D9F1F2"/>
          <w:lang w:val="uk-UA"/>
        </w:rPr>
        <w:t>__________ [місяць]</w:t>
      </w:r>
      <w:r>
        <w:rPr>
          <w:lang w:val="uk-UA"/>
        </w:rPr>
        <w:t xml:space="preserve"> 20</w:t>
      </w:r>
      <w:r>
        <w:rPr>
          <w:color w:val="008C95"/>
          <w:shd w:val="clear" w:color="auto" w:fill="D9F1F2"/>
          <w:lang w:val="uk-UA"/>
        </w:rPr>
        <w:t>__ [рік]</w:t>
      </w:r>
      <w:r>
        <w:rPr>
          <w:lang w:val="uk-UA"/>
        </w:rPr>
        <w:t xml:space="preserve"> р.</w:t>
      </w:r>
    </w:p>
    <w:p w:rsidR="001D32DA" w:rsidRDefault="001F2CD9">
      <w:pPr>
        <w:jc w:val="both"/>
      </w:pPr>
      <w:r>
        <w:rPr>
          <w:lang w:val="uk-UA"/>
        </w:rPr>
        <w:t xml:space="preserve">[Для </w:t>
      </w:r>
      <w:proofErr w:type="spellStart"/>
      <w:r>
        <w:rPr>
          <w:lang w:val="uk-UA"/>
        </w:rPr>
        <w:t>юрособи</w:t>
      </w:r>
      <w:proofErr w:type="spellEnd"/>
      <w:r>
        <w:rPr>
          <w:lang w:val="uk-UA"/>
        </w:rPr>
        <w:t xml:space="preserve">: </w:t>
      </w:r>
      <w:r>
        <w:rPr>
          <w:color w:val="008C95"/>
          <w:shd w:val="clear" w:color="auto" w:fill="D9F1F2"/>
          <w:lang w:val="uk-UA"/>
        </w:rPr>
        <w:t>__________ [найменування Постачальника]</w:t>
      </w:r>
      <w:r>
        <w:rPr>
          <w:lang w:val="uk-UA"/>
        </w:rPr>
        <w:t xml:space="preserve">, код ЄДРПОУ </w:t>
      </w:r>
      <w:r>
        <w:rPr>
          <w:color w:val="008C95"/>
          <w:shd w:val="clear" w:color="auto" w:fill="D9F1F2"/>
          <w:lang w:val="uk-UA"/>
        </w:rPr>
        <w:t>__________</w:t>
      </w:r>
      <w:r>
        <w:rPr>
          <w:color w:val="008C95"/>
          <w:shd w:val="clear" w:color="auto" w:fill="D9F1F2"/>
          <w:lang w:val="uk-UA"/>
        </w:rPr>
        <w:t xml:space="preserve"> [код]</w:t>
      </w:r>
      <w:r>
        <w:rPr>
          <w:lang w:val="uk-UA"/>
        </w:rPr>
        <w:t xml:space="preserve">, в особі </w:t>
      </w:r>
      <w:r>
        <w:rPr>
          <w:color w:val="008C95"/>
          <w:shd w:val="clear" w:color="auto" w:fill="D9F1F2"/>
          <w:lang w:val="uk-UA"/>
        </w:rPr>
        <w:t>__________ [посада, ПІБ]</w:t>
      </w:r>
      <w:r>
        <w:rPr>
          <w:lang w:val="uk-UA"/>
        </w:rPr>
        <w:t xml:space="preserve">, що діє на підставі </w:t>
      </w:r>
      <w:r>
        <w:rPr>
          <w:color w:val="008C95"/>
          <w:shd w:val="clear" w:color="auto" w:fill="D9F1F2"/>
          <w:lang w:val="uk-UA"/>
        </w:rPr>
        <w:t>__________ [Статут / довіреність]</w:t>
      </w:r>
      <w:r>
        <w:rPr>
          <w:lang w:val="uk-UA"/>
        </w:rPr>
        <w:t xml:space="preserve">; для ФОП: </w:t>
      </w:r>
      <w:r>
        <w:rPr>
          <w:color w:val="008C95"/>
          <w:shd w:val="clear" w:color="auto" w:fill="D9F1F2"/>
          <w:lang w:val="uk-UA"/>
        </w:rPr>
        <w:t>__________ [ПІБ ФОП]</w:t>
      </w:r>
      <w:r>
        <w:rPr>
          <w:lang w:val="uk-UA"/>
        </w:rPr>
        <w:t xml:space="preserve">, РНОКПП </w:t>
      </w:r>
      <w:r>
        <w:rPr>
          <w:color w:val="008C95"/>
          <w:shd w:val="clear" w:color="auto" w:fill="D9F1F2"/>
          <w:lang w:val="uk-UA"/>
        </w:rPr>
        <w:t>__________ [РНОКПП]</w:t>
      </w:r>
      <w:r>
        <w:rPr>
          <w:lang w:val="uk-UA"/>
        </w:rPr>
        <w:t xml:space="preserve">], надалі — «Постачальник», та [для юрособи: </w:t>
      </w:r>
      <w:r>
        <w:rPr>
          <w:color w:val="008C95"/>
          <w:shd w:val="clear" w:color="auto" w:fill="D9F1F2"/>
          <w:lang w:val="uk-UA"/>
        </w:rPr>
        <w:t>__________ [найменування Покупця]</w:t>
      </w:r>
      <w:r>
        <w:rPr>
          <w:lang w:val="uk-UA"/>
        </w:rPr>
        <w:t xml:space="preserve">, код ЄДРПОУ </w:t>
      </w:r>
      <w:r>
        <w:rPr>
          <w:color w:val="008C95"/>
          <w:shd w:val="clear" w:color="auto" w:fill="D9F1F2"/>
          <w:lang w:val="uk-UA"/>
        </w:rPr>
        <w:t>__________ [</w:t>
      </w:r>
      <w:r>
        <w:rPr>
          <w:color w:val="008C95"/>
          <w:shd w:val="clear" w:color="auto" w:fill="D9F1F2"/>
          <w:lang w:val="uk-UA"/>
        </w:rPr>
        <w:t>код]</w:t>
      </w:r>
      <w:r>
        <w:rPr>
          <w:lang w:val="uk-UA"/>
        </w:rPr>
        <w:t xml:space="preserve">, в особі </w:t>
      </w:r>
      <w:r>
        <w:rPr>
          <w:color w:val="008C95"/>
          <w:shd w:val="clear" w:color="auto" w:fill="D9F1F2"/>
          <w:lang w:val="uk-UA"/>
        </w:rPr>
        <w:t>__________ [посада, ПІБ]</w:t>
      </w:r>
      <w:r>
        <w:rPr>
          <w:lang w:val="uk-UA"/>
        </w:rPr>
        <w:t xml:space="preserve">, що діє на підставі </w:t>
      </w:r>
      <w:r>
        <w:rPr>
          <w:color w:val="008C95"/>
          <w:shd w:val="clear" w:color="auto" w:fill="D9F1F2"/>
          <w:lang w:val="uk-UA"/>
        </w:rPr>
        <w:t>__________ [Статут / довіреність]</w:t>
      </w:r>
      <w:r>
        <w:rPr>
          <w:lang w:val="uk-UA"/>
        </w:rPr>
        <w:t xml:space="preserve">; для ФОП: </w:t>
      </w:r>
      <w:r>
        <w:rPr>
          <w:color w:val="008C95"/>
          <w:shd w:val="clear" w:color="auto" w:fill="D9F1F2"/>
          <w:lang w:val="uk-UA"/>
        </w:rPr>
        <w:t>__________ [ПІБ ФОП]</w:t>
      </w:r>
      <w:r>
        <w:rPr>
          <w:lang w:val="uk-UA"/>
        </w:rPr>
        <w:t xml:space="preserve">, РНОКПП </w:t>
      </w:r>
      <w:r>
        <w:rPr>
          <w:color w:val="008C95"/>
          <w:shd w:val="clear" w:color="auto" w:fill="D9F1F2"/>
          <w:lang w:val="uk-UA"/>
        </w:rPr>
        <w:t>__________ [РНОКПП]</w:t>
      </w:r>
      <w:r>
        <w:rPr>
          <w:lang w:val="uk-UA"/>
        </w:rPr>
        <w:t>], надалі — «Покупець», разом — «Сторони», уклали цей Договір про таке:</w:t>
      </w:r>
    </w:p>
    <w:p w:rsidR="001D32DA" w:rsidRPr="00240010" w:rsidRDefault="001F2CD9">
      <w:pPr>
        <w:keepNext/>
        <w:pBdr>
          <w:bottom w:val="single" w:sz="8" w:space="2" w:color="008C95"/>
        </w:pBdr>
        <w:spacing w:before="40" w:after="20"/>
        <w:rPr>
          <w:lang w:val="ru-RU"/>
        </w:rPr>
      </w:pPr>
      <w:r>
        <w:rPr>
          <w:b/>
          <w:sz w:val="23"/>
          <w:lang w:val="uk-UA"/>
        </w:rPr>
        <w:t>1. ПРЕДМЕТ ДОГОВОРУ</w:t>
      </w:r>
    </w:p>
    <w:p w:rsidR="001D32DA" w:rsidRPr="00240010" w:rsidRDefault="001F2CD9">
      <w:pPr>
        <w:jc w:val="both"/>
        <w:rPr>
          <w:lang w:val="ru-RU"/>
        </w:rPr>
      </w:pPr>
      <w:r>
        <w:rPr>
          <w:lang w:val="uk-UA"/>
        </w:rPr>
        <w:t>1.1. Постачал</w:t>
      </w:r>
      <w:r>
        <w:rPr>
          <w:lang w:val="uk-UA"/>
        </w:rPr>
        <w:t>ьник зобов’язується поставити і передати у власність Покупця продукти харчування (далі — «Товар»), а Покупець — прийняти та оплатити Товар на умовах цього Договору.</w:t>
      </w:r>
    </w:p>
    <w:p w:rsidR="001D32DA" w:rsidRPr="00240010" w:rsidRDefault="001F2CD9">
      <w:pPr>
        <w:jc w:val="both"/>
        <w:rPr>
          <w:lang w:val="ru-RU"/>
        </w:rPr>
      </w:pPr>
      <w:r>
        <w:rPr>
          <w:lang w:val="uk-UA"/>
        </w:rPr>
        <w:t>1.2. Найменування, асортимент, кількість та ціна Товару погоджуються Сторонами нижче: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2"/>
        <w:gridCol w:w="2891"/>
        <w:gridCol w:w="680"/>
        <w:gridCol w:w="709"/>
        <w:gridCol w:w="935"/>
        <w:gridCol w:w="624"/>
        <w:gridCol w:w="964"/>
      </w:tblGrid>
      <w:tr w:rsidR="001D32DA">
        <w:trPr>
          <w:tblHeader/>
          <w:jc w:val="center"/>
        </w:trPr>
        <w:tc>
          <w:tcPr>
            <w:tcW w:w="312" w:type="dxa"/>
            <w:shd w:val="clear" w:color="auto" w:fill="EEF3F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1D32DA" w:rsidRDefault="001F2CD9">
            <w:pPr>
              <w:jc w:val="center"/>
            </w:pPr>
            <w:r>
              <w:rPr>
                <w:b/>
                <w:sz w:val="16"/>
              </w:rPr>
              <w:t>№</w:t>
            </w:r>
          </w:p>
        </w:tc>
        <w:tc>
          <w:tcPr>
            <w:tcW w:w="2891" w:type="dxa"/>
            <w:shd w:val="clear" w:color="auto" w:fill="EEF3F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1D32DA" w:rsidRDefault="001F2CD9">
            <w:pPr>
              <w:jc w:val="center"/>
            </w:pPr>
            <w:r>
              <w:rPr>
                <w:b/>
                <w:sz w:val="16"/>
              </w:rPr>
              <w:t>Найменування / асортимент</w:t>
            </w:r>
          </w:p>
        </w:tc>
        <w:tc>
          <w:tcPr>
            <w:tcW w:w="680" w:type="dxa"/>
            <w:shd w:val="clear" w:color="auto" w:fill="EEF3F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1D32DA" w:rsidRDefault="001F2CD9">
            <w:pPr>
              <w:jc w:val="center"/>
            </w:pPr>
            <w:r>
              <w:rPr>
                <w:b/>
                <w:sz w:val="16"/>
              </w:rPr>
              <w:t>Од. вим.</w:t>
            </w:r>
          </w:p>
        </w:tc>
        <w:tc>
          <w:tcPr>
            <w:tcW w:w="709" w:type="dxa"/>
            <w:shd w:val="clear" w:color="auto" w:fill="EEF3F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1D32DA" w:rsidRDefault="001F2CD9">
            <w:pPr>
              <w:jc w:val="center"/>
            </w:pPr>
            <w:r>
              <w:rPr>
                <w:b/>
                <w:sz w:val="16"/>
              </w:rPr>
              <w:t>Кількість</w:t>
            </w:r>
          </w:p>
        </w:tc>
        <w:tc>
          <w:tcPr>
            <w:tcW w:w="935" w:type="dxa"/>
            <w:shd w:val="clear" w:color="auto" w:fill="EEF3F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1D32DA" w:rsidRDefault="001F2CD9">
            <w:pPr>
              <w:jc w:val="center"/>
            </w:pPr>
            <w:r>
              <w:rPr>
                <w:b/>
                <w:sz w:val="16"/>
              </w:rPr>
              <w:t>Ціна за од., грн</w:t>
            </w:r>
          </w:p>
        </w:tc>
        <w:tc>
          <w:tcPr>
            <w:tcW w:w="624" w:type="dxa"/>
            <w:shd w:val="clear" w:color="auto" w:fill="EEF3F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1D32DA" w:rsidRDefault="001F2CD9">
            <w:pPr>
              <w:jc w:val="center"/>
            </w:pPr>
            <w:r>
              <w:rPr>
                <w:b/>
                <w:sz w:val="16"/>
              </w:rPr>
              <w:t>ПДВ</w:t>
            </w:r>
          </w:p>
        </w:tc>
        <w:tc>
          <w:tcPr>
            <w:tcW w:w="964" w:type="dxa"/>
            <w:shd w:val="clear" w:color="auto" w:fill="EEF3F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1D32DA" w:rsidRDefault="001F2CD9">
            <w:pPr>
              <w:jc w:val="center"/>
            </w:pPr>
            <w:r>
              <w:rPr>
                <w:b/>
                <w:sz w:val="16"/>
              </w:rPr>
              <w:t>Сума, грн</w:t>
            </w:r>
          </w:p>
        </w:tc>
      </w:tr>
      <w:tr w:rsidR="001D32DA">
        <w:trPr>
          <w:cantSplit/>
          <w:jc w:val="center"/>
        </w:trPr>
        <w:tc>
          <w:tcPr>
            <w:tcW w:w="31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1D32DA" w:rsidRDefault="001F2CD9">
            <w:pPr>
              <w:jc w:val="center"/>
            </w:pPr>
            <w:r>
              <w:rPr>
                <w:color w:val="008C95"/>
                <w:sz w:val="16"/>
                <w:shd w:val="clear" w:color="auto" w:fill="D9F1F2"/>
              </w:rPr>
              <w:t>1</w:t>
            </w:r>
          </w:p>
        </w:tc>
        <w:tc>
          <w:tcPr>
            <w:tcW w:w="289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1D32DA" w:rsidRDefault="001F2CD9">
            <w:pPr>
              <w:jc w:val="center"/>
            </w:pPr>
            <w:r>
              <w:rPr>
                <w:color w:val="008C95"/>
                <w:sz w:val="16"/>
                <w:shd w:val="clear" w:color="auto" w:fill="D9F1F2"/>
              </w:rPr>
              <w:t>__________</w:t>
            </w:r>
            <w:r>
              <w:br/>
            </w:r>
            <w:r>
              <w:rPr>
                <w:color w:val="008C95"/>
                <w:sz w:val="16"/>
                <w:shd w:val="clear" w:color="auto" w:fill="D9F1F2"/>
              </w:rPr>
              <w:t>[найменування / асортимент]</w:t>
            </w:r>
          </w:p>
        </w:tc>
        <w:tc>
          <w:tcPr>
            <w:tcW w:w="6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1D32DA" w:rsidRDefault="001F2CD9">
            <w:pPr>
              <w:jc w:val="center"/>
            </w:pPr>
            <w:r>
              <w:rPr>
                <w:color w:val="008C95"/>
                <w:sz w:val="16"/>
                <w:shd w:val="clear" w:color="auto" w:fill="D9F1F2"/>
              </w:rPr>
              <w:t>_____</w:t>
            </w:r>
            <w:r>
              <w:br/>
            </w:r>
            <w:r>
              <w:rPr>
                <w:color w:val="008C95"/>
                <w:sz w:val="16"/>
                <w:shd w:val="clear" w:color="auto" w:fill="D9F1F2"/>
              </w:rPr>
              <w:t>[од.]</w:t>
            </w:r>
          </w:p>
        </w:tc>
        <w:tc>
          <w:tcPr>
            <w:tcW w:w="70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1D32DA" w:rsidRDefault="001F2CD9">
            <w:pPr>
              <w:jc w:val="center"/>
            </w:pPr>
            <w:r>
              <w:rPr>
                <w:color w:val="008C95"/>
                <w:sz w:val="16"/>
                <w:shd w:val="clear" w:color="auto" w:fill="D9F1F2"/>
              </w:rPr>
              <w:t>_____</w:t>
            </w:r>
            <w:r>
              <w:br/>
            </w:r>
            <w:r>
              <w:rPr>
                <w:color w:val="008C95"/>
                <w:sz w:val="16"/>
                <w:shd w:val="clear" w:color="auto" w:fill="D9F1F2"/>
              </w:rPr>
              <w:t>[кількість]</w:t>
            </w:r>
          </w:p>
        </w:tc>
        <w:tc>
          <w:tcPr>
            <w:tcW w:w="93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1D32DA" w:rsidRDefault="001F2CD9">
            <w:pPr>
              <w:jc w:val="center"/>
            </w:pPr>
            <w:r>
              <w:rPr>
                <w:color w:val="008C95"/>
                <w:sz w:val="16"/>
                <w:shd w:val="clear" w:color="auto" w:fill="D9F1F2"/>
              </w:rPr>
              <w:t>__________</w:t>
            </w:r>
            <w:r>
              <w:br/>
            </w:r>
            <w:r>
              <w:rPr>
                <w:color w:val="008C95"/>
                <w:sz w:val="16"/>
                <w:shd w:val="clear" w:color="auto" w:fill="D9F1F2"/>
              </w:rPr>
              <w:t>[ціна]</w:t>
            </w:r>
          </w:p>
        </w:tc>
        <w:tc>
          <w:tcPr>
            <w:tcW w:w="62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1D32DA" w:rsidRDefault="001F2CD9">
            <w:pPr>
              <w:jc w:val="center"/>
            </w:pPr>
            <w:r>
              <w:rPr>
                <w:color w:val="008C95"/>
                <w:sz w:val="16"/>
                <w:shd w:val="clear" w:color="auto" w:fill="D9F1F2"/>
              </w:rPr>
              <w:t>_____</w:t>
            </w:r>
            <w:r>
              <w:br/>
            </w:r>
            <w:r>
              <w:rPr>
                <w:color w:val="008C95"/>
                <w:sz w:val="16"/>
                <w:shd w:val="clear" w:color="auto" w:fill="D9F1F2"/>
              </w:rPr>
              <w:t>[ПДВ / без]</w:t>
            </w:r>
          </w:p>
        </w:tc>
        <w:tc>
          <w:tcPr>
            <w:tcW w:w="96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1D32DA" w:rsidRDefault="001F2CD9">
            <w:pPr>
              <w:jc w:val="center"/>
            </w:pPr>
            <w:r>
              <w:rPr>
                <w:color w:val="008C95"/>
                <w:sz w:val="16"/>
                <w:shd w:val="clear" w:color="auto" w:fill="D9F1F2"/>
              </w:rPr>
              <w:t>__________</w:t>
            </w:r>
            <w:r>
              <w:br/>
            </w:r>
            <w:r>
              <w:rPr>
                <w:color w:val="008C95"/>
                <w:sz w:val="16"/>
                <w:shd w:val="clear" w:color="auto" w:fill="D9F1F2"/>
              </w:rPr>
              <w:t>[сума]</w:t>
            </w:r>
          </w:p>
        </w:tc>
      </w:tr>
      <w:tr w:rsidR="001D32DA">
        <w:trPr>
          <w:cantSplit/>
          <w:jc w:val="center"/>
        </w:trPr>
        <w:tc>
          <w:tcPr>
            <w:tcW w:w="31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1D32DA" w:rsidRDefault="001F2CD9">
            <w:pPr>
              <w:jc w:val="center"/>
            </w:pPr>
            <w:r>
              <w:rPr>
                <w:color w:val="008C95"/>
                <w:sz w:val="16"/>
                <w:shd w:val="clear" w:color="auto" w:fill="D9F1F2"/>
              </w:rPr>
              <w:t>2</w:t>
            </w:r>
          </w:p>
        </w:tc>
        <w:tc>
          <w:tcPr>
            <w:tcW w:w="289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1D32DA" w:rsidRDefault="001F2CD9">
            <w:pPr>
              <w:jc w:val="center"/>
            </w:pPr>
            <w:r>
              <w:rPr>
                <w:color w:val="008C95"/>
                <w:sz w:val="16"/>
                <w:shd w:val="clear" w:color="auto" w:fill="D9F1F2"/>
              </w:rPr>
              <w:t>__________</w:t>
            </w:r>
            <w:r>
              <w:br/>
            </w:r>
            <w:r>
              <w:rPr>
                <w:color w:val="008C95"/>
                <w:sz w:val="16"/>
                <w:shd w:val="clear" w:color="auto" w:fill="D9F1F2"/>
              </w:rPr>
              <w:t>[найменування / асортимент]</w:t>
            </w:r>
          </w:p>
        </w:tc>
        <w:tc>
          <w:tcPr>
            <w:tcW w:w="6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1D32DA" w:rsidRDefault="001F2CD9">
            <w:pPr>
              <w:jc w:val="center"/>
            </w:pPr>
            <w:r>
              <w:rPr>
                <w:color w:val="008C95"/>
                <w:sz w:val="16"/>
                <w:shd w:val="clear" w:color="auto" w:fill="D9F1F2"/>
              </w:rPr>
              <w:t>_____</w:t>
            </w:r>
            <w:r>
              <w:br/>
            </w:r>
            <w:r>
              <w:rPr>
                <w:color w:val="008C95"/>
                <w:sz w:val="16"/>
                <w:shd w:val="clear" w:color="auto" w:fill="D9F1F2"/>
              </w:rPr>
              <w:t>[од.]</w:t>
            </w:r>
          </w:p>
        </w:tc>
        <w:tc>
          <w:tcPr>
            <w:tcW w:w="70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1D32DA" w:rsidRDefault="001F2CD9">
            <w:pPr>
              <w:jc w:val="center"/>
            </w:pPr>
            <w:r>
              <w:rPr>
                <w:color w:val="008C95"/>
                <w:sz w:val="16"/>
                <w:shd w:val="clear" w:color="auto" w:fill="D9F1F2"/>
              </w:rPr>
              <w:t>_____</w:t>
            </w:r>
            <w:r>
              <w:br/>
            </w:r>
            <w:r>
              <w:rPr>
                <w:color w:val="008C95"/>
                <w:sz w:val="16"/>
                <w:shd w:val="clear" w:color="auto" w:fill="D9F1F2"/>
              </w:rPr>
              <w:t>[кількість]</w:t>
            </w:r>
          </w:p>
        </w:tc>
        <w:tc>
          <w:tcPr>
            <w:tcW w:w="93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1D32DA" w:rsidRDefault="001F2CD9">
            <w:pPr>
              <w:jc w:val="center"/>
            </w:pPr>
            <w:r>
              <w:rPr>
                <w:color w:val="008C95"/>
                <w:sz w:val="16"/>
                <w:shd w:val="clear" w:color="auto" w:fill="D9F1F2"/>
              </w:rPr>
              <w:t>__________</w:t>
            </w:r>
            <w:r>
              <w:br/>
            </w:r>
            <w:r>
              <w:rPr>
                <w:color w:val="008C95"/>
                <w:sz w:val="16"/>
                <w:shd w:val="clear" w:color="auto" w:fill="D9F1F2"/>
              </w:rPr>
              <w:t>[ціна]</w:t>
            </w:r>
          </w:p>
        </w:tc>
        <w:tc>
          <w:tcPr>
            <w:tcW w:w="62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1D32DA" w:rsidRDefault="001F2CD9">
            <w:pPr>
              <w:jc w:val="center"/>
            </w:pPr>
            <w:r>
              <w:rPr>
                <w:color w:val="008C95"/>
                <w:sz w:val="16"/>
                <w:shd w:val="clear" w:color="auto" w:fill="D9F1F2"/>
              </w:rPr>
              <w:t>_____</w:t>
            </w:r>
            <w:r>
              <w:br/>
            </w:r>
            <w:r>
              <w:rPr>
                <w:color w:val="008C95"/>
                <w:sz w:val="16"/>
                <w:shd w:val="clear" w:color="auto" w:fill="D9F1F2"/>
              </w:rPr>
              <w:t>[ПДВ / без]</w:t>
            </w:r>
          </w:p>
        </w:tc>
        <w:tc>
          <w:tcPr>
            <w:tcW w:w="96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1D32DA" w:rsidRDefault="001F2CD9">
            <w:pPr>
              <w:jc w:val="center"/>
            </w:pPr>
            <w:r>
              <w:rPr>
                <w:color w:val="008C95"/>
                <w:sz w:val="16"/>
                <w:shd w:val="clear" w:color="auto" w:fill="D9F1F2"/>
              </w:rPr>
              <w:t>__________</w:t>
            </w:r>
            <w:r>
              <w:br/>
            </w:r>
            <w:r>
              <w:rPr>
                <w:color w:val="008C95"/>
                <w:sz w:val="16"/>
                <w:shd w:val="clear" w:color="auto" w:fill="D9F1F2"/>
              </w:rPr>
              <w:t>[сума]</w:t>
            </w:r>
          </w:p>
        </w:tc>
      </w:tr>
      <w:tr w:rsidR="001D32DA">
        <w:trPr>
          <w:cantSplit/>
          <w:jc w:val="center"/>
        </w:trPr>
        <w:tc>
          <w:tcPr>
            <w:tcW w:w="31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1D32DA" w:rsidRDefault="001F2CD9">
            <w:pPr>
              <w:jc w:val="center"/>
            </w:pPr>
            <w:r>
              <w:rPr>
                <w:color w:val="008C95"/>
                <w:sz w:val="16"/>
                <w:shd w:val="clear" w:color="auto" w:fill="D9F1F2"/>
              </w:rPr>
              <w:t>3</w:t>
            </w:r>
          </w:p>
        </w:tc>
        <w:tc>
          <w:tcPr>
            <w:tcW w:w="289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1D32DA" w:rsidRDefault="001F2CD9">
            <w:pPr>
              <w:jc w:val="center"/>
            </w:pPr>
            <w:r>
              <w:rPr>
                <w:color w:val="008C95"/>
                <w:sz w:val="16"/>
                <w:shd w:val="clear" w:color="auto" w:fill="D9F1F2"/>
              </w:rPr>
              <w:t>__________</w:t>
            </w:r>
            <w:r>
              <w:br/>
            </w:r>
            <w:r>
              <w:rPr>
                <w:color w:val="008C95"/>
                <w:sz w:val="16"/>
                <w:shd w:val="clear" w:color="auto" w:fill="D9F1F2"/>
              </w:rPr>
              <w:t>[найменування / асортимент]</w:t>
            </w:r>
          </w:p>
        </w:tc>
        <w:tc>
          <w:tcPr>
            <w:tcW w:w="6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1D32DA" w:rsidRDefault="001F2CD9">
            <w:pPr>
              <w:jc w:val="center"/>
            </w:pPr>
            <w:r>
              <w:rPr>
                <w:color w:val="008C95"/>
                <w:sz w:val="16"/>
                <w:shd w:val="clear" w:color="auto" w:fill="D9F1F2"/>
              </w:rPr>
              <w:t>_____</w:t>
            </w:r>
            <w:r>
              <w:br/>
            </w:r>
            <w:r>
              <w:rPr>
                <w:color w:val="008C95"/>
                <w:sz w:val="16"/>
                <w:shd w:val="clear" w:color="auto" w:fill="D9F1F2"/>
              </w:rPr>
              <w:t>[од.]</w:t>
            </w:r>
          </w:p>
        </w:tc>
        <w:tc>
          <w:tcPr>
            <w:tcW w:w="70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1D32DA" w:rsidRDefault="001F2CD9">
            <w:pPr>
              <w:jc w:val="center"/>
            </w:pPr>
            <w:r>
              <w:rPr>
                <w:color w:val="008C95"/>
                <w:sz w:val="16"/>
                <w:shd w:val="clear" w:color="auto" w:fill="D9F1F2"/>
              </w:rPr>
              <w:t>_____</w:t>
            </w:r>
            <w:r>
              <w:br/>
            </w:r>
            <w:r>
              <w:rPr>
                <w:color w:val="008C95"/>
                <w:sz w:val="16"/>
                <w:shd w:val="clear" w:color="auto" w:fill="D9F1F2"/>
              </w:rPr>
              <w:t>[кількість]</w:t>
            </w:r>
          </w:p>
        </w:tc>
        <w:tc>
          <w:tcPr>
            <w:tcW w:w="93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1D32DA" w:rsidRDefault="001F2CD9">
            <w:pPr>
              <w:jc w:val="center"/>
            </w:pPr>
            <w:r>
              <w:rPr>
                <w:color w:val="008C95"/>
                <w:sz w:val="16"/>
                <w:shd w:val="clear" w:color="auto" w:fill="D9F1F2"/>
              </w:rPr>
              <w:t>__________</w:t>
            </w:r>
            <w:r>
              <w:br/>
            </w:r>
            <w:r>
              <w:rPr>
                <w:color w:val="008C95"/>
                <w:sz w:val="16"/>
                <w:shd w:val="clear" w:color="auto" w:fill="D9F1F2"/>
              </w:rPr>
              <w:t>[ціна]</w:t>
            </w:r>
          </w:p>
        </w:tc>
        <w:tc>
          <w:tcPr>
            <w:tcW w:w="62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1D32DA" w:rsidRDefault="001F2CD9">
            <w:pPr>
              <w:jc w:val="center"/>
            </w:pPr>
            <w:r>
              <w:rPr>
                <w:color w:val="008C95"/>
                <w:sz w:val="16"/>
                <w:shd w:val="clear" w:color="auto" w:fill="D9F1F2"/>
              </w:rPr>
              <w:t>_____</w:t>
            </w:r>
            <w:r>
              <w:br/>
            </w:r>
            <w:r>
              <w:rPr>
                <w:color w:val="008C95"/>
                <w:sz w:val="16"/>
                <w:shd w:val="clear" w:color="auto" w:fill="D9F1F2"/>
              </w:rPr>
              <w:t>[ПДВ / без]</w:t>
            </w:r>
          </w:p>
        </w:tc>
        <w:tc>
          <w:tcPr>
            <w:tcW w:w="96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1D32DA" w:rsidRDefault="001F2CD9">
            <w:pPr>
              <w:jc w:val="center"/>
            </w:pPr>
            <w:r>
              <w:rPr>
                <w:color w:val="008C95"/>
                <w:sz w:val="16"/>
                <w:shd w:val="clear" w:color="auto" w:fill="D9F1F2"/>
              </w:rPr>
              <w:t>__________</w:t>
            </w:r>
            <w:r>
              <w:br/>
            </w:r>
            <w:r>
              <w:rPr>
                <w:color w:val="008C95"/>
                <w:sz w:val="16"/>
                <w:shd w:val="clear" w:color="auto" w:fill="D9F1F2"/>
              </w:rPr>
              <w:t>[сума]</w:t>
            </w:r>
          </w:p>
        </w:tc>
      </w:tr>
    </w:tbl>
    <w:p w:rsidR="001D32DA" w:rsidRPr="00240010" w:rsidRDefault="001F2CD9">
      <w:pPr>
        <w:jc w:val="both"/>
        <w:rPr>
          <w:lang w:val="ru-RU"/>
        </w:rPr>
      </w:pPr>
      <w:r>
        <w:rPr>
          <w:lang w:val="uk-UA"/>
        </w:rPr>
        <w:t xml:space="preserve">Загальна вартість Товару: </w:t>
      </w:r>
      <w:r>
        <w:rPr>
          <w:color w:val="008C95"/>
          <w:shd w:val="clear" w:color="auto" w:fill="D9F1F2"/>
          <w:lang w:val="uk-UA"/>
        </w:rPr>
        <w:t>__________,__ [сума цифрами]</w:t>
      </w:r>
      <w:r>
        <w:rPr>
          <w:lang w:val="uk-UA"/>
        </w:rPr>
        <w:t xml:space="preserve"> грн, у т.ч. ПДВ </w:t>
      </w:r>
      <w:r>
        <w:rPr>
          <w:color w:val="008C95"/>
          <w:shd w:val="clear" w:color="auto" w:fill="D9F1F2"/>
          <w:lang w:val="uk-UA"/>
        </w:rPr>
        <w:t>__________ [сума ПДВ або «без ПДВ»]</w:t>
      </w:r>
      <w:r>
        <w:rPr>
          <w:lang w:val="uk-UA"/>
        </w:rPr>
        <w:t>. Одноразова упаковка та маркування включаються у ціну Товару.</w:t>
      </w:r>
    </w:p>
    <w:p w:rsidR="001D32DA" w:rsidRPr="00240010" w:rsidRDefault="001F2CD9">
      <w:pPr>
        <w:keepNext/>
        <w:pBdr>
          <w:bottom w:val="single" w:sz="8" w:space="2" w:color="008C95"/>
        </w:pBdr>
        <w:spacing w:before="40" w:after="20"/>
        <w:rPr>
          <w:lang w:val="ru-RU"/>
        </w:rPr>
      </w:pPr>
      <w:r>
        <w:rPr>
          <w:b/>
          <w:sz w:val="23"/>
          <w:lang w:val="uk-UA"/>
        </w:rPr>
        <w:t>2. ЯКІСТЬ, БЕЗПЕЧНІСТЬ ТА УМОВИ ЗБЕРІГАННЯ</w:t>
      </w:r>
    </w:p>
    <w:p w:rsidR="001D32DA" w:rsidRPr="00240010" w:rsidRDefault="001F2CD9">
      <w:pPr>
        <w:jc w:val="both"/>
        <w:rPr>
          <w:lang w:val="ru-RU"/>
        </w:rPr>
      </w:pPr>
      <w:r>
        <w:rPr>
          <w:lang w:val="uk-UA"/>
        </w:rPr>
        <w:t xml:space="preserve">2.1. </w:t>
      </w:r>
      <w:r>
        <w:rPr>
          <w:lang w:val="uk-UA"/>
        </w:rPr>
        <w:t xml:space="preserve">Якість, безпечність і маркування Товару мають відповідати документації виробника та вимогам законодавства України. Мінімальний залишковий строк придатності на дату поставки: </w:t>
      </w:r>
      <w:r>
        <w:rPr>
          <w:color w:val="008C95"/>
          <w:shd w:val="clear" w:color="auto" w:fill="D9F1F2"/>
          <w:lang w:val="uk-UA"/>
        </w:rPr>
        <w:t>__________ [вкажіть строк / частку строку або «не встановлюється»]</w:t>
      </w:r>
      <w:r>
        <w:rPr>
          <w:lang w:val="uk-UA"/>
        </w:rPr>
        <w:t xml:space="preserve">. Температурний </w:t>
      </w:r>
      <w:r>
        <w:rPr>
          <w:lang w:val="uk-UA"/>
        </w:rPr>
        <w:t xml:space="preserve">режим / спеціальні умови зберігання чи перевезення: </w:t>
      </w:r>
      <w:r>
        <w:rPr>
          <w:color w:val="008C95"/>
          <w:shd w:val="clear" w:color="auto" w:fill="D9F1F2"/>
          <w:lang w:val="uk-UA"/>
        </w:rPr>
        <w:t>__________ [вкажіть або «за маркуванням виробника»]</w:t>
      </w:r>
      <w:r>
        <w:rPr>
          <w:lang w:val="uk-UA"/>
        </w:rPr>
        <w:t>.</w:t>
      </w:r>
    </w:p>
    <w:p w:rsidR="001D32DA" w:rsidRPr="00240010" w:rsidRDefault="001F2CD9">
      <w:pPr>
        <w:jc w:val="both"/>
        <w:rPr>
          <w:lang w:val="ru-RU"/>
        </w:rPr>
      </w:pPr>
      <w:r>
        <w:rPr>
          <w:lang w:val="uk-UA"/>
        </w:rPr>
        <w:t>2.2. Після поставки Покупець забезпечує дотримання встановлених умов зберігання, перевезення та реалізації Товару. Постачальник не відповідає за погірш</w:t>
      </w:r>
      <w:r>
        <w:rPr>
          <w:lang w:val="uk-UA"/>
        </w:rPr>
        <w:t>ення якості або безпечності Товару, спричинене порушенням Покупцем таких умов.</w:t>
      </w:r>
    </w:p>
    <w:p w:rsidR="001D32DA" w:rsidRPr="00240010" w:rsidRDefault="001F2CD9">
      <w:pPr>
        <w:keepNext/>
        <w:pBdr>
          <w:bottom w:val="single" w:sz="8" w:space="2" w:color="008C95"/>
        </w:pBdr>
        <w:spacing w:before="40" w:after="20"/>
        <w:rPr>
          <w:lang w:val="ru-RU"/>
        </w:rPr>
      </w:pPr>
      <w:r>
        <w:rPr>
          <w:b/>
          <w:sz w:val="23"/>
          <w:lang w:val="uk-UA"/>
        </w:rPr>
        <w:t>3. ПОСТАВКА ТА ПРИЙМАННЯ ТОВАРУ</w:t>
      </w:r>
    </w:p>
    <w:p w:rsidR="001D32DA" w:rsidRPr="00240010" w:rsidRDefault="001F2CD9">
      <w:pPr>
        <w:jc w:val="both"/>
        <w:rPr>
          <w:lang w:val="ru-RU"/>
        </w:rPr>
      </w:pPr>
      <w:r>
        <w:rPr>
          <w:lang w:val="uk-UA"/>
        </w:rPr>
        <w:t>3.1. Покупець може направляти заявки на поставку Товару електронною поштою або іншим погодженим каналом зв’язку. Замовлення підтверджується виста</w:t>
      </w:r>
      <w:r>
        <w:rPr>
          <w:lang w:val="uk-UA"/>
        </w:rPr>
        <w:t xml:space="preserve">вленням Постачальником рахунку. Строк / графік поставки: </w:t>
      </w:r>
      <w:r>
        <w:rPr>
          <w:color w:val="008C95"/>
          <w:shd w:val="clear" w:color="auto" w:fill="D9F1F2"/>
          <w:lang w:val="uk-UA"/>
        </w:rPr>
        <w:t>__________ [вкажіть дату, період або графік]</w:t>
      </w:r>
      <w:r>
        <w:rPr>
          <w:lang w:val="uk-UA"/>
        </w:rPr>
        <w:t>.</w:t>
      </w:r>
    </w:p>
    <w:p w:rsidR="001D32DA" w:rsidRPr="00240010" w:rsidRDefault="001F2CD9">
      <w:pPr>
        <w:jc w:val="both"/>
        <w:rPr>
          <w:lang w:val="ru-RU"/>
        </w:rPr>
      </w:pPr>
      <w:r>
        <w:rPr>
          <w:lang w:val="uk-UA"/>
        </w:rPr>
        <w:t xml:space="preserve">3.2. Товар поставляється на умовах DDP, </w:t>
      </w:r>
      <w:r>
        <w:rPr>
          <w:color w:val="008C95"/>
          <w:shd w:val="clear" w:color="auto" w:fill="D9F1F2"/>
          <w:lang w:val="uk-UA"/>
        </w:rPr>
        <w:t>__________ [точне місце / повна адреса поставки]</w:t>
      </w:r>
      <w:r>
        <w:rPr>
          <w:lang w:val="uk-UA"/>
        </w:rPr>
        <w:t>, Incoterms® 2020. Вартість доставки до погодженого місця включен</w:t>
      </w:r>
      <w:r>
        <w:rPr>
          <w:lang w:val="uk-UA"/>
        </w:rPr>
        <w:t>а у ціну Товару. Інший базис або місце поставки встановлюються лише письмовою додатковою угодою Сторін.</w:t>
      </w:r>
    </w:p>
    <w:p w:rsidR="001D32DA" w:rsidRPr="00240010" w:rsidRDefault="001F2CD9">
      <w:pPr>
        <w:jc w:val="both"/>
        <w:rPr>
          <w:lang w:val="ru-RU"/>
        </w:rPr>
      </w:pPr>
      <w:r>
        <w:rPr>
          <w:lang w:val="uk-UA"/>
        </w:rPr>
        <w:t>3.3. Датою поставки є момент виконання Постачальником обов’язку з поставки відповідно до DDP (Incoterms® 2020). Право власності та ризик випадкового зни</w:t>
      </w:r>
      <w:r>
        <w:rPr>
          <w:lang w:val="uk-UA"/>
        </w:rPr>
        <w:t>щення чи пошкодження Товару переходять до Покупця з моменту поставки.</w:t>
      </w:r>
    </w:p>
    <w:p w:rsidR="001D32DA" w:rsidRPr="00240010" w:rsidRDefault="001F2CD9">
      <w:pPr>
        <w:jc w:val="both"/>
        <w:rPr>
          <w:lang w:val="ru-RU"/>
        </w:rPr>
      </w:pPr>
      <w:r>
        <w:rPr>
          <w:lang w:val="uk-UA"/>
        </w:rPr>
        <w:t>3.4. Покупець при отриманні перевіряє кількість, асортимент, упаковку та очевидні пошкодження. Зауваження зазначаються у видатковій накладній, товарно-транспортній накладній або окремому</w:t>
      </w:r>
      <w:r>
        <w:rPr>
          <w:lang w:val="uk-UA"/>
        </w:rPr>
        <w:t xml:space="preserve"> акті. Передача Товару підтверджується видатковою накладною та, за потреби, транспортним документом.</w:t>
      </w:r>
    </w:p>
    <w:p w:rsidR="001D32DA" w:rsidRPr="00240010" w:rsidRDefault="001F2CD9">
      <w:pPr>
        <w:keepNext/>
        <w:pBdr>
          <w:bottom w:val="single" w:sz="8" w:space="2" w:color="008C95"/>
        </w:pBdr>
        <w:spacing w:before="40" w:after="20"/>
        <w:rPr>
          <w:lang w:val="ru-RU"/>
        </w:rPr>
      </w:pPr>
      <w:r>
        <w:rPr>
          <w:b/>
          <w:sz w:val="23"/>
          <w:lang w:val="uk-UA"/>
        </w:rPr>
        <w:t>4. ОПЛАТА ТА ВІДПОВІДАЛЬНІСТЬ</w:t>
      </w:r>
    </w:p>
    <w:p w:rsidR="001D32DA" w:rsidRPr="00240010" w:rsidRDefault="001F2CD9">
      <w:pPr>
        <w:jc w:val="both"/>
        <w:rPr>
          <w:lang w:val="ru-RU"/>
        </w:rPr>
      </w:pPr>
      <w:r>
        <w:rPr>
          <w:lang w:val="uk-UA"/>
        </w:rPr>
        <w:t xml:space="preserve">4.1. Порядок та строк оплати Товару: </w:t>
      </w:r>
      <w:r>
        <w:rPr>
          <w:color w:val="008C95"/>
          <w:shd w:val="clear" w:color="auto" w:fill="D9F1F2"/>
          <w:lang w:val="uk-UA"/>
        </w:rPr>
        <w:t>__________ [передоплата / відстрочка, відсоток, строк або графік]</w:t>
      </w:r>
      <w:r>
        <w:rPr>
          <w:lang w:val="uk-UA"/>
        </w:rPr>
        <w:t>. Датою оплати є дата з</w:t>
      </w:r>
      <w:r>
        <w:rPr>
          <w:lang w:val="uk-UA"/>
        </w:rPr>
        <w:t>арахування коштів на рахунок Постачальника.</w:t>
      </w:r>
    </w:p>
    <w:p w:rsidR="001D32DA" w:rsidRPr="00240010" w:rsidRDefault="001F2CD9">
      <w:pPr>
        <w:jc w:val="both"/>
        <w:rPr>
          <w:lang w:val="ru-RU"/>
        </w:rPr>
      </w:pPr>
      <w:r>
        <w:rPr>
          <w:lang w:val="uk-UA"/>
        </w:rPr>
        <w:lastRenderedPageBreak/>
        <w:t xml:space="preserve">4.2. </w:t>
      </w:r>
      <w:r>
        <w:rPr>
          <w:lang w:val="uk-UA"/>
        </w:rPr>
        <w:t>За прострочення оплати Покупець на вимогу Постачальника сплачує пеню в розмірі подвійної облікової ставки НБУ, що діяла у відповідний пе</w:t>
      </w:r>
      <w:r>
        <w:rPr>
          <w:lang w:val="uk-UA"/>
        </w:rPr>
        <w:t>ріод, від суми боргу за кожний день прострочення. Якщо Покупець не прийме належним чином поставлений Товар, він відшкодовує документально підтверджені витрати на доставку, повернення та зберігання Товару.</w:t>
      </w:r>
    </w:p>
    <w:p w:rsidR="001D32DA" w:rsidRPr="00240010" w:rsidRDefault="001F2CD9">
      <w:pPr>
        <w:keepNext/>
        <w:pBdr>
          <w:bottom w:val="single" w:sz="8" w:space="2" w:color="008C95"/>
        </w:pBdr>
        <w:spacing w:before="40" w:after="20"/>
        <w:rPr>
          <w:lang w:val="ru-RU"/>
        </w:rPr>
      </w:pPr>
      <w:r>
        <w:rPr>
          <w:b/>
          <w:sz w:val="23"/>
          <w:lang w:val="uk-UA"/>
        </w:rPr>
        <w:t>5. ПРЕТЕНЗІЇ</w:t>
      </w:r>
    </w:p>
    <w:p w:rsidR="001D32DA" w:rsidRPr="00240010" w:rsidRDefault="001F2CD9">
      <w:pPr>
        <w:jc w:val="both"/>
        <w:rPr>
          <w:lang w:val="ru-RU"/>
        </w:rPr>
      </w:pPr>
      <w:r>
        <w:rPr>
          <w:lang w:val="uk-UA"/>
        </w:rPr>
        <w:t>5.1. Невідповідність кількості, асорти</w:t>
      </w:r>
      <w:r>
        <w:rPr>
          <w:lang w:val="uk-UA"/>
        </w:rPr>
        <w:t>менту або видимі пошкодження фіксуються Покупцем не пізніше наступного робочого дня з дня отримання Товару актом та фотофіксацією і направляються Постачальнику. Письмова претензія подається протягом 7 (семи) календарних днів з дня приймання Товару.</w:t>
      </w:r>
    </w:p>
    <w:p w:rsidR="001D32DA" w:rsidRPr="00240010" w:rsidRDefault="001F2CD9">
      <w:pPr>
        <w:jc w:val="both"/>
        <w:rPr>
          <w:lang w:val="ru-RU"/>
        </w:rPr>
      </w:pPr>
      <w:r>
        <w:rPr>
          <w:lang w:val="uk-UA"/>
        </w:rPr>
        <w:t>5.2. Пр</w:t>
      </w:r>
      <w:r>
        <w:rPr>
          <w:lang w:val="uk-UA"/>
        </w:rPr>
        <w:t>и виявленні протягом строку придатності неналежної якості Товару за умови належного зберігання Покупець негайно повідомляє Постачальника та забезпечує можливість огляду. У разі підтвердження претензії Постачальник протягом 20 (двадцяти) календарних днів за</w:t>
      </w:r>
      <w:r>
        <w:rPr>
          <w:lang w:val="uk-UA"/>
        </w:rPr>
        <w:t xml:space="preserve"> власним вибором замінює неякісний Товар або повертає його сплачену вартість.</w:t>
      </w:r>
    </w:p>
    <w:p w:rsidR="001D32DA" w:rsidRPr="00240010" w:rsidRDefault="001F2CD9">
      <w:pPr>
        <w:keepNext/>
        <w:pBdr>
          <w:bottom w:val="single" w:sz="8" w:space="2" w:color="008C95"/>
        </w:pBdr>
        <w:spacing w:before="40" w:after="20"/>
        <w:rPr>
          <w:lang w:val="ru-RU"/>
        </w:rPr>
      </w:pPr>
      <w:r>
        <w:rPr>
          <w:b/>
          <w:sz w:val="23"/>
          <w:lang w:val="uk-UA"/>
        </w:rPr>
        <w:t>6. ФОРС-МАЖОР ТА ЗАГАЛЬНІ ПОЛОЖЕННЯ</w:t>
      </w:r>
    </w:p>
    <w:p w:rsidR="001D32DA" w:rsidRPr="00240010" w:rsidRDefault="001F2CD9">
      <w:pPr>
        <w:jc w:val="both"/>
        <w:rPr>
          <w:lang w:val="ru-RU"/>
        </w:rPr>
      </w:pPr>
      <w:r>
        <w:rPr>
          <w:lang w:val="uk-UA"/>
        </w:rPr>
        <w:t xml:space="preserve">6.1. Сторона звільняється від відповідальності за порушення зобов’язань унаслідок надзвичайних і невідворотних обставин поза її контролем, що </w:t>
      </w:r>
      <w:r>
        <w:rPr>
          <w:lang w:val="uk-UA"/>
        </w:rPr>
        <w:t>безпосередньо впливають на виконання Договору, за умови повідомлення іншої Сторони протягом 5 (п’яти) календарних днів. Якщо такі обставини тривають понад 30 (тридцять) календарних днів, кожна зі Сторін має право припинити невиконану частину зобов’язань; к</w:t>
      </w:r>
      <w:r>
        <w:rPr>
          <w:lang w:val="uk-UA"/>
        </w:rPr>
        <w:t>ошти за непоставлений Товар повертаються Покупцю протягом 10 (десяти) робочих днів.</w:t>
      </w:r>
    </w:p>
    <w:p w:rsidR="001D32DA" w:rsidRPr="00240010" w:rsidRDefault="001F2CD9">
      <w:pPr>
        <w:jc w:val="both"/>
        <w:rPr>
          <w:lang w:val="ru-RU"/>
        </w:rPr>
      </w:pPr>
      <w:r>
        <w:rPr>
          <w:lang w:val="uk-UA"/>
        </w:rPr>
        <w:t xml:space="preserve">6.2. Договір діє з дати підписання до 31 грудня року його укладення, а в частині невиконаних зобов’язань — до їх повного виконання. Якщо жодна зі Сторін не повідомить іншу </w:t>
      </w:r>
      <w:r>
        <w:rPr>
          <w:lang w:val="uk-UA"/>
        </w:rPr>
        <w:t>про припинення не пізніше ніж за 30 календарних днів до закінчення строку, Договір автоматично продовжується на наступний календарний рік.</w:t>
      </w:r>
    </w:p>
    <w:p w:rsidR="001D32DA" w:rsidRPr="00240010" w:rsidRDefault="001F2CD9">
      <w:pPr>
        <w:jc w:val="both"/>
        <w:rPr>
          <w:lang w:val="ru-RU"/>
        </w:rPr>
      </w:pPr>
      <w:r>
        <w:rPr>
          <w:lang w:val="uk-UA"/>
        </w:rPr>
        <w:t xml:space="preserve">6.3. Заявки, рахунки та повідомлення можуть направлятися електронною поштою або іншими погодженими каналами зв’язку. </w:t>
      </w:r>
      <w:r>
        <w:rPr>
          <w:lang w:val="uk-UA"/>
        </w:rPr>
        <w:t xml:space="preserve">Документи, підписані КЕП, мають силу паперових документів. Зміни до Договору дійсні у письмовій формі </w:t>
      </w:r>
      <w:bookmarkStart w:id="0" w:name="_GoBack"/>
      <w:bookmarkEnd w:id="0"/>
      <w:r>
        <w:rPr>
          <w:lang w:val="uk-UA"/>
        </w:rPr>
        <w:t>за погодженням Сторін. Спори вирішуються шляхом переговорів, а за відсутності згоди — у судовому порядку відповідно до законодавства України.</w:t>
      </w:r>
    </w:p>
    <w:p w:rsidR="001D32DA" w:rsidRDefault="001F2CD9">
      <w:pPr>
        <w:keepNext/>
        <w:pBdr>
          <w:bottom w:val="single" w:sz="8" w:space="2" w:color="008C95"/>
        </w:pBdr>
        <w:spacing w:before="40" w:after="20"/>
      </w:pPr>
      <w:r>
        <w:rPr>
          <w:b/>
          <w:sz w:val="23"/>
          <w:lang w:val="uk-UA"/>
        </w:rPr>
        <w:t>7. РЕКВІЗИТИ</w:t>
      </w:r>
      <w:r>
        <w:rPr>
          <w:b/>
          <w:sz w:val="23"/>
          <w:lang w:val="uk-UA"/>
        </w:rPr>
        <w:t xml:space="preserve"> ТА ПІДПИСИ СТОРІН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1D32DA">
        <w:trPr>
          <w:jc w:val="center"/>
        </w:trPr>
        <w:tc>
          <w:tcPr>
            <w:tcW w:w="4762" w:type="dxa"/>
            <w:shd w:val="clear" w:color="auto" w:fill="EEF3F4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D32DA" w:rsidRDefault="001F2CD9">
            <w:pPr>
              <w:jc w:val="center"/>
            </w:pPr>
            <w:r>
              <w:rPr>
                <w:b/>
                <w:sz w:val="19"/>
              </w:rPr>
              <w:t>ПОСТАЧАЛЬНИК</w:t>
            </w:r>
          </w:p>
        </w:tc>
        <w:tc>
          <w:tcPr>
            <w:tcW w:w="4762" w:type="dxa"/>
            <w:shd w:val="clear" w:color="auto" w:fill="EEF3F4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D32DA" w:rsidRDefault="001F2CD9">
            <w:pPr>
              <w:jc w:val="center"/>
            </w:pPr>
            <w:r>
              <w:rPr>
                <w:b/>
                <w:sz w:val="19"/>
              </w:rPr>
              <w:t>ПОКУПЕЦЬ</w:t>
            </w:r>
          </w:p>
        </w:tc>
      </w:tr>
      <w:tr w:rsidR="001D32DA">
        <w:trPr>
          <w:jc w:val="center"/>
        </w:trPr>
        <w:tc>
          <w:tcPr>
            <w:tcW w:w="4762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1D32DA" w:rsidRDefault="001F2CD9">
            <w:r>
              <w:rPr>
                <w:sz w:val="18"/>
              </w:rPr>
              <w:t xml:space="preserve">Найменування / ПІБ: </w:t>
            </w:r>
            <w:r>
              <w:rPr>
                <w:color w:val="008C95"/>
                <w:sz w:val="18"/>
                <w:shd w:val="clear" w:color="auto" w:fill="D9F1F2"/>
              </w:rPr>
              <w:t>__________ [вкажіть]</w:t>
            </w:r>
          </w:p>
          <w:p w:rsidR="001D32DA" w:rsidRDefault="001F2CD9">
            <w:r>
              <w:rPr>
                <w:sz w:val="18"/>
              </w:rPr>
              <w:t xml:space="preserve">Код ЄДРПОУ / РНОКПП: </w:t>
            </w:r>
            <w:r>
              <w:rPr>
                <w:color w:val="008C95"/>
                <w:sz w:val="18"/>
                <w:shd w:val="clear" w:color="auto" w:fill="D9F1F2"/>
              </w:rPr>
              <w:t>__________ [вкажіть]</w:t>
            </w:r>
          </w:p>
          <w:p w:rsidR="001D32DA" w:rsidRPr="00240010" w:rsidRDefault="001F2CD9">
            <w:pPr>
              <w:rPr>
                <w:lang w:val="ru-RU"/>
              </w:rPr>
            </w:pPr>
            <w:proofErr w:type="spellStart"/>
            <w:proofErr w:type="gramStart"/>
            <w:r w:rsidRPr="00240010">
              <w:rPr>
                <w:sz w:val="18"/>
                <w:lang w:val="ru-RU"/>
              </w:rPr>
              <w:t>П</w:t>
            </w:r>
            <w:proofErr w:type="gramEnd"/>
            <w:r w:rsidRPr="00240010">
              <w:rPr>
                <w:sz w:val="18"/>
                <w:lang w:val="ru-RU"/>
              </w:rPr>
              <w:t>ідписант</w:t>
            </w:r>
            <w:proofErr w:type="spellEnd"/>
            <w:r w:rsidRPr="00240010">
              <w:rPr>
                <w:sz w:val="18"/>
                <w:lang w:val="ru-RU"/>
              </w:rPr>
              <w:t xml:space="preserve"> (для </w:t>
            </w:r>
            <w:proofErr w:type="spellStart"/>
            <w:r w:rsidRPr="00240010">
              <w:rPr>
                <w:sz w:val="18"/>
                <w:lang w:val="ru-RU"/>
              </w:rPr>
              <w:t>юрособи</w:t>
            </w:r>
            <w:proofErr w:type="spellEnd"/>
            <w:r w:rsidRPr="00240010">
              <w:rPr>
                <w:sz w:val="18"/>
                <w:lang w:val="ru-RU"/>
              </w:rPr>
              <w:t xml:space="preserve">): </w:t>
            </w:r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 xml:space="preserve">__________ [посада, ПІБ, </w:t>
            </w:r>
            <w:proofErr w:type="spellStart"/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підстава</w:t>
            </w:r>
            <w:proofErr w:type="spellEnd"/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]</w:t>
            </w:r>
          </w:p>
          <w:p w:rsidR="001D32DA" w:rsidRPr="00240010" w:rsidRDefault="001F2CD9">
            <w:pPr>
              <w:rPr>
                <w:lang w:val="ru-RU"/>
              </w:rPr>
            </w:pPr>
            <w:r w:rsidRPr="00240010">
              <w:rPr>
                <w:sz w:val="18"/>
                <w:lang w:val="ru-RU"/>
              </w:rPr>
              <w:t xml:space="preserve">Адреса: </w:t>
            </w:r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__________ [</w:t>
            </w:r>
            <w:proofErr w:type="spellStart"/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вкажіть</w:t>
            </w:r>
            <w:proofErr w:type="spellEnd"/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]</w:t>
            </w:r>
          </w:p>
          <w:p w:rsidR="001D32DA" w:rsidRPr="00240010" w:rsidRDefault="001F2CD9">
            <w:pPr>
              <w:rPr>
                <w:lang w:val="ru-RU"/>
              </w:rPr>
            </w:pPr>
            <w:r>
              <w:rPr>
                <w:sz w:val="18"/>
              </w:rPr>
              <w:t>IBAN</w:t>
            </w:r>
            <w:r w:rsidRPr="00240010">
              <w:rPr>
                <w:sz w:val="18"/>
                <w:lang w:val="ru-RU"/>
              </w:rPr>
              <w:t xml:space="preserve">: </w:t>
            </w:r>
            <w:r>
              <w:rPr>
                <w:color w:val="008C95"/>
                <w:sz w:val="18"/>
                <w:shd w:val="clear" w:color="auto" w:fill="D9F1F2"/>
              </w:rPr>
              <w:t>UA</w:t>
            </w:r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________________________ [</w:t>
            </w:r>
            <w:proofErr w:type="spellStart"/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вкажіть</w:t>
            </w:r>
            <w:proofErr w:type="spellEnd"/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]</w:t>
            </w:r>
          </w:p>
          <w:p w:rsidR="001D32DA" w:rsidRPr="00240010" w:rsidRDefault="001F2CD9">
            <w:pPr>
              <w:rPr>
                <w:lang w:val="ru-RU"/>
              </w:rPr>
            </w:pPr>
            <w:r w:rsidRPr="00240010">
              <w:rPr>
                <w:sz w:val="18"/>
                <w:lang w:val="ru-RU"/>
              </w:rPr>
              <w:t xml:space="preserve">Банк: </w:t>
            </w:r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__________ [</w:t>
            </w:r>
            <w:proofErr w:type="spellStart"/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вкажіть</w:t>
            </w:r>
            <w:proofErr w:type="spellEnd"/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]</w:t>
            </w:r>
          </w:p>
          <w:p w:rsidR="001D32DA" w:rsidRPr="00240010" w:rsidRDefault="001F2CD9">
            <w:pPr>
              <w:rPr>
                <w:lang w:val="ru-RU"/>
              </w:rPr>
            </w:pPr>
            <w:r w:rsidRPr="00240010">
              <w:rPr>
                <w:sz w:val="18"/>
                <w:lang w:val="ru-RU"/>
              </w:rPr>
              <w:t xml:space="preserve">ПДВ: </w:t>
            </w:r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__________ [</w:t>
            </w:r>
            <w:proofErr w:type="spellStart"/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платник</w:t>
            </w:r>
            <w:proofErr w:type="spellEnd"/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 xml:space="preserve"> / </w:t>
            </w:r>
            <w:proofErr w:type="spellStart"/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неплатник</w:t>
            </w:r>
            <w:proofErr w:type="spellEnd"/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]</w:t>
            </w:r>
          </w:p>
          <w:p w:rsidR="001D32DA" w:rsidRPr="00240010" w:rsidRDefault="001F2CD9">
            <w:pPr>
              <w:rPr>
                <w:lang w:val="ru-RU"/>
              </w:rPr>
            </w:pPr>
            <w:r w:rsidRPr="00240010">
              <w:rPr>
                <w:sz w:val="18"/>
                <w:lang w:val="ru-RU"/>
              </w:rPr>
              <w:t xml:space="preserve">Тел.: </w:t>
            </w:r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__________ [</w:t>
            </w:r>
            <w:proofErr w:type="spellStart"/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вкажіть</w:t>
            </w:r>
            <w:proofErr w:type="spellEnd"/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]</w:t>
            </w:r>
          </w:p>
          <w:p w:rsidR="001D32DA" w:rsidRPr="00240010" w:rsidRDefault="001F2CD9">
            <w:pPr>
              <w:rPr>
                <w:lang w:val="ru-RU"/>
              </w:rPr>
            </w:pPr>
            <w:r>
              <w:rPr>
                <w:sz w:val="18"/>
              </w:rPr>
              <w:t>E</w:t>
            </w:r>
            <w:r w:rsidRPr="00240010">
              <w:rPr>
                <w:sz w:val="18"/>
                <w:lang w:val="ru-RU"/>
              </w:rPr>
              <w:t>-</w:t>
            </w:r>
            <w:r>
              <w:rPr>
                <w:sz w:val="18"/>
              </w:rPr>
              <w:t>mail</w:t>
            </w:r>
            <w:r w:rsidRPr="00240010">
              <w:rPr>
                <w:sz w:val="18"/>
                <w:lang w:val="ru-RU"/>
              </w:rPr>
              <w:t xml:space="preserve">: </w:t>
            </w:r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__________ [</w:t>
            </w:r>
            <w:proofErr w:type="spellStart"/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вкажіть</w:t>
            </w:r>
            <w:proofErr w:type="spellEnd"/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]</w:t>
            </w:r>
          </w:p>
          <w:p w:rsidR="001D32DA" w:rsidRDefault="001F2CD9">
            <w:pPr>
              <w:spacing w:before="60"/>
            </w:pPr>
            <w:r>
              <w:rPr>
                <w:sz w:val="18"/>
              </w:rPr>
              <w:t xml:space="preserve">________________ / </w:t>
            </w:r>
            <w:r>
              <w:rPr>
                <w:color w:val="008C95"/>
                <w:sz w:val="18"/>
                <w:shd w:val="clear" w:color="auto" w:fill="D9F1F2"/>
              </w:rPr>
              <w:t>__________ [ПІБ підписанта]</w:t>
            </w:r>
            <w:r>
              <w:rPr>
                <w:sz w:val="17"/>
              </w:rPr>
              <w:br/>
              <w:t>(підпис, КЕП)</w:t>
            </w:r>
          </w:p>
        </w:tc>
        <w:tc>
          <w:tcPr>
            <w:tcW w:w="4762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1D32DA" w:rsidRDefault="001F2CD9">
            <w:r>
              <w:rPr>
                <w:sz w:val="18"/>
              </w:rPr>
              <w:t xml:space="preserve">Найменування / ПІБ: </w:t>
            </w:r>
            <w:r>
              <w:rPr>
                <w:color w:val="008C95"/>
                <w:sz w:val="18"/>
                <w:shd w:val="clear" w:color="auto" w:fill="D9F1F2"/>
              </w:rPr>
              <w:t>__________ [вкажіть]</w:t>
            </w:r>
          </w:p>
          <w:p w:rsidR="001D32DA" w:rsidRDefault="001F2CD9">
            <w:r>
              <w:rPr>
                <w:sz w:val="18"/>
              </w:rPr>
              <w:t xml:space="preserve">Код ЄДРПОУ / РНОКПП: </w:t>
            </w:r>
            <w:r>
              <w:rPr>
                <w:color w:val="008C95"/>
                <w:sz w:val="18"/>
                <w:shd w:val="clear" w:color="auto" w:fill="D9F1F2"/>
              </w:rPr>
              <w:t xml:space="preserve">__________ </w:t>
            </w:r>
            <w:r>
              <w:rPr>
                <w:color w:val="008C95"/>
                <w:sz w:val="18"/>
                <w:shd w:val="clear" w:color="auto" w:fill="D9F1F2"/>
              </w:rPr>
              <w:t>[вкажіть]</w:t>
            </w:r>
          </w:p>
          <w:p w:rsidR="001D32DA" w:rsidRPr="00240010" w:rsidRDefault="001F2CD9">
            <w:pPr>
              <w:rPr>
                <w:lang w:val="ru-RU"/>
              </w:rPr>
            </w:pPr>
            <w:proofErr w:type="spellStart"/>
            <w:proofErr w:type="gramStart"/>
            <w:r w:rsidRPr="00240010">
              <w:rPr>
                <w:sz w:val="18"/>
                <w:lang w:val="ru-RU"/>
              </w:rPr>
              <w:t>П</w:t>
            </w:r>
            <w:proofErr w:type="gramEnd"/>
            <w:r w:rsidRPr="00240010">
              <w:rPr>
                <w:sz w:val="18"/>
                <w:lang w:val="ru-RU"/>
              </w:rPr>
              <w:t>ідписант</w:t>
            </w:r>
            <w:proofErr w:type="spellEnd"/>
            <w:r w:rsidRPr="00240010">
              <w:rPr>
                <w:sz w:val="18"/>
                <w:lang w:val="ru-RU"/>
              </w:rPr>
              <w:t xml:space="preserve"> (для </w:t>
            </w:r>
            <w:proofErr w:type="spellStart"/>
            <w:r w:rsidRPr="00240010">
              <w:rPr>
                <w:sz w:val="18"/>
                <w:lang w:val="ru-RU"/>
              </w:rPr>
              <w:t>юрособи</w:t>
            </w:r>
            <w:proofErr w:type="spellEnd"/>
            <w:r w:rsidRPr="00240010">
              <w:rPr>
                <w:sz w:val="18"/>
                <w:lang w:val="ru-RU"/>
              </w:rPr>
              <w:t xml:space="preserve">): </w:t>
            </w:r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 xml:space="preserve">__________ [посада, ПІБ, </w:t>
            </w:r>
            <w:proofErr w:type="spellStart"/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підстава</w:t>
            </w:r>
            <w:proofErr w:type="spellEnd"/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]</w:t>
            </w:r>
          </w:p>
          <w:p w:rsidR="001D32DA" w:rsidRPr="00240010" w:rsidRDefault="001F2CD9">
            <w:pPr>
              <w:rPr>
                <w:lang w:val="ru-RU"/>
              </w:rPr>
            </w:pPr>
            <w:r w:rsidRPr="00240010">
              <w:rPr>
                <w:sz w:val="18"/>
                <w:lang w:val="ru-RU"/>
              </w:rPr>
              <w:t xml:space="preserve">Адреса: </w:t>
            </w:r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__________ [</w:t>
            </w:r>
            <w:proofErr w:type="spellStart"/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вкажіть</w:t>
            </w:r>
            <w:proofErr w:type="spellEnd"/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]</w:t>
            </w:r>
          </w:p>
          <w:p w:rsidR="001D32DA" w:rsidRPr="00240010" w:rsidRDefault="001F2CD9">
            <w:pPr>
              <w:rPr>
                <w:lang w:val="ru-RU"/>
              </w:rPr>
            </w:pPr>
            <w:r>
              <w:rPr>
                <w:sz w:val="18"/>
              </w:rPr>
              <w:t>IBAN</w:t>
            </w:r>
            <w:r w:rsidRPr="00240010">
              <w:rPr>
                <w:sz w:val="18"/>
                <w:lang w:val="ru-RU"/>
              </w:rPr>
              <w:t xml:space="preserve">: </w:t>
            </w:r>
            <w:r>
              <w:rPr>
                <w:color w:val="008C95"/>
                <w:sz w:val="18"/>
                <w:shd w:val="clear" w:color="auto" w:fill="D9F1F2"/>
              </w:rPr>
              <w:t>UA</w:t>
            </w:r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________________________ [</w:t>
            </w:r>
            <w:proofErr w:type="spellStart"/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вкажіть</w:t>
            </w:r>
            <w:proofErr w:type="spellEnd"/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]</w:t>
            </w:r>
          </w:p>
          <w:p w:rsidR="001D32DA" w:rsidRPr="00240010" w:rsidRDefault="001F2CD9">
            <w:pPr>
              <w:rPr>
                <w:lang w:val="ru-RU"/>
              </w:rPr>
            </w:pPr>
            <w:r w:rsidRPr="00240010">
              <w:rPr>
                <w:sz w:val="18"/>
                <w:lang w:val="ru-RU"/>
              </w:rPr>
              <w:t xml:space="preserve">Банк: </w:t>
            </w:r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__________ [</w:t>
            </w:r>
            <w:proofErr w:type="spellStart"/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вкажіть</w:t>
            </w:r>
            <w:proofErr w:type="spellEnd"/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]</w:t>
            </w:r>
          </w:p>
          <w:p w:rsidR="001D32DA" w:rsidRPr="00240010" w:rsidRDefault="001F2CD9">
            <w:pPr>
              <w:rPr>
                <w:lang w:val="ru-RU"/>
              </w:rPr>
            </w:pPr>
            <w:r w:rsidRPr="00240010">
              <w:rPr>
                <w:sz w:val="18"/>
                <w:lang w:val="ru-RU"/>
              </w:rPr>
              <w:t xml:space="preserve">ПДВ: </w:t>
            </w:r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__________ [</w:t>
            </w:r>
            <w:proofErr w:type="spellStart"/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платник</w:t>
            </w:r>
            <w:proofErr w:type="spellEnd"/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 xml:space="preserve"> / </w:t>
            </w:r>
            <w:proofErr w:type="spellStart"/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неплатник</w:t>
            </w:r>
            <w:proofErr w:type="spellEnd"/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]</w:t>
            </w:r>
          </w:p>
          <w:p w:rsidR="001D32DA" w:rsidRPr="00240010" w:rsidRDefault="001F2CD9">
            <w:pPr>
              <w:rPr>
                <w:lang w:val="ru-RU"/>
              </w:rPr>
            </w:pPr>
            <w:r w:rsidRPr="00240010">
              <w:rPr>
                <w:sz w:val="18"/>
                <w:lang w:val="ru-RU"/>
              </w:rPr>
              <w:t xml:space="preserve">Тел.: </w:t>
            </w:r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__________ [</w:t>
            </w:r>
            <w:proofErr w:type="spellStart"/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вкажіть</w:t>
            </w:r>
            <w:proofErr w:type="spellEnd"/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]</w:t>
            </w:r>
          </w:p>
          <w:p w:rsidR="001D32DA" w:rsidRPr="00240010" w:rsidRDefault="001F2CD9">
            <w:pPr>
              <w:rPr>
                <w:lang w:val="ru-RU"/>
              </w:rPr>
            </w:pPr>
            <w:r>
              <w:rPr>
                <w:sz w:val="18"/>
              </w:rPr>
              <w:t>E</w:t>
            </w:r>
            <w:r w:rsidRPr="00240010">
              <w:rPr>
                <w:sz w:val="18"/>
                <w:lang w:val="ru-RU"/>
              </w:rPr>
              <w:t>-</w:t>
            </w:r>
            <w:r>
              <w:rPr>
                <w:sz w:val="18"/>
              </w:rPr>
              <w:t>mail</w:t>
            </w:r>
            <w:r w:rsidRPr="00240010">
              <w:rPr>
                <w:sz w:val="18"/>
                <w:lang w:val="ru-RU"/>
              </w:rPr>
              <w:t xml:space="preserve">: </w:t>
            </w:r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__________ [</w:t>
            </w:r>
            <w:proofErr w:type="spellStart"/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вк</w:t>
            </w:r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ажіть</w:t>
            </w:r>
            <w:proofErr w:type="spellEnd"/>
            <w:r w:rsidRPr="00240010">
              <w:rPr>
                <w:color w:val="008C95"/>
                <w:sz w:val="18"/>
                <w:shd w:val="clear" w:color="auto" w:fill="D9F1F2"/>
                <w:lang w:val="ru-RU"/>
              </w:rPr>
              <w:t>]</w:t>
            </w:r>
          </w:p>
          <w:p w:rsidR="001D32DA" w:rsidRDefault="001F2CD9">
            <w:pPr>
              <w:spacing w:before="60"/>
            </w:pPr>
            <w:r>
              <w:rPr>
                <w:sz w:val="18"/>
              </w:rPr>
              <w:t xml:space="preserve">________________ / </w:t>
            </w:r>
            <w:r>
              <w:rPr>
                <w:color w:val="008C95"/>
                <w:sz w:val="18"/>
                <w:shd w:val="clear" w:color="auto" w:fill="D9F1F2"/>
              </w:rPr>
              <w:t>__________ [ПІБ підписанта]</w:t>
            </w:r>
            <w:r>
              <w:rPr>
                <w:sz w:val="17"/>
              </w:rPr>
              <w:br/>
              <w:t>(підпис, КЕП)</w:t>
            </w:r>
          </w:p>
        </w:tc>
      </w:tr>
    </w:tbl>
    <w:p w:rsidR="001F2CD9" w:rsidRDefault="001F2CD9"/>
    <w:sectPr w:rsidR="001F2CD9" w:rsidSect="00034616">
      <w:footerReference w:type="default" r:id="rId9"/>
      <w:pgSz w:w="12240" w:h="15840"/>
      <w:pgMar w:top="822" w:right="935" w:bottom="822" w:left="93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CD9" w:rsidRDefault="001F2CD9">
      <w:r>
        <w:separator/>
      </w:r>
    </w:p>
  </w:endnote>
  <w:endnote w:type="continuationSeparator" w:id="0">
    <w:p w:rsidR="001F2CD9" w:rsidRDefault="001F2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2DA" w:rsidRDefault="001F2CD9">
    <w:pPr>
      <w:pStyle w:val="a7"/>
      <w:jc w:val="right"/>
    </w:pPr>
    <w:r>
      <w:fldChar w:fldCharType="begin"/>
    </w:r>
    <w:r>
      <w:instrText>PAGE</w:instrText>
    </w:r>
    <w:r>
      <w:fldChar w:fldCharType="separate"/>
    </w:r>
    <w:r w:rsidR="00240010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CD9" w:rsidRDefault="001F2CD9">
      <w:r>
        <w:separator/>
      </w:r>
    </w:p>
  </w:footnote>
  <w:footnote w:type="continuationSeparator" w:id="0">
    <w:p w:rsidR="001F2CD9" w:rsidRDefault="001F2C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D32DA"/>
    <w:rsid w:val="001F2CD9"/>
    <w:rsid w:val="00240010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240010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240010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240010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240010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5A3DE60-CF8B-47C9-98EF-40C826A40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975</Words>
  <Characters>5558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Договір поставки продуктів харчування — короткий шаблон</vt:lpstr>
      <vt:lpstr/>
    </vt:vector>
  </TitlesOfParts>
  <Company/>
  <LinksUpToDate>false</LinksUpToDate>
  <CharactersWithSpaces>6520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Договір поставки продуктів харчування — короткий шаблон</dc:title>
  <dc:subject>Еталон 1</dc:subject>
  <dc:creator>Слава</dc:creator>
  <dc:description>generated by python-docx</dc:description>
  <cp:lastModifiedBy>Слава</cp:lastModifiedBy>
  <cp:revision>2</cp:revision>
  <dcterms:created xsi:type="dcterms:W3CDTF">2026-08-24T17:33:00Z</dcterms:created>
  <dcterms:modified xsi:type="dcterms:W3CDTF">2026-08-24T17:33:00Z</dcterms:modified>
</cp:coreProperties>
</file>