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after="40"/>
        <w:jc w:val="center"/>
        <w:rPr>
          <w:lang w:val="uk-UA"/>
        </w:rPr>
      </w:pPr>
      <w:r w:rsidRPr="00C51DBD">
        <w:rPr>
          <w:b/>
          <w:sz w:val="30"/>
          <w:lang w:val="uk-UA"/>
        </w:rPr>
        <w:t>ДОГОВІР ПОСТАВКИ ТОВАРУ</w:t>
      </w:r>
    </w:p>
    <w:p w:rsidR="00A20095" w:rsidRPr="00C51DBD" w:rsidRDefault="00050E6F">
      <w:pPr>
        <w:keepNext/>
        <w:spacing w:after="100"/>
        <w:jc w:val="center"/>
        <w:rPr>
          <w:lang w:val="uk-UA"/>
        </w:rPr>
      </w:pPr>
      <w:r w:rsidRPr="00C51DBD">
        <w:rPr>
          <w:b/>
          <w:lang w:val="uk-UA"/>
        </w:rPr>
        <w:t xml:space="preserve">№ </w:t>
      </w:r>
      <w:r w:rsidRPr="00C51DBD">
        <w:rPr>
          <w:b/>
          <w:color w:val="008C95"/>
          <w:shd w:val="clear" w:color="auto" w:fill="D8F0F1"/>
          <w:lang w:val="uk-UA"/>
        </w:rPr>
        <w:t>__________</w:t>
      </w:r>
      <w:r w:rsidRPr="00C51DBD">
        <w:rPr>
          <w:b/>
          <w:lang w:val="uk-UA"/>
        </w:rPr>
        <w:t xml:space="preserve"> </w:t>
      </w:r>
      <w:r w:rsidRPr="00C51DBD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C51DBD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lang w:val="uk-UA"/>
              </w:rPr>
              <w:t xml:space="preserve">м.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80"/>
              <w:jc w:val="right"/>
              <w:rPr>
                <w:lang w:val="uk-UA"/>
              </w:rPr>
            </w:pPr>
            <w:r w:rsidRPr="00C51DBD">
              <w:rPr>
                <w:b/>
                <w:lang w:val="uk-UA"/>
              </w:rPr>
              <w:t>«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C51DBD">
              <w:rPr>
                <w:b/>
                <w:lang w:val="uk-UA"/>
              </w:rPr>
              <w:t xml:space="preserve">»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20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C51DBD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C51DBD" w:rsidRDefault="00050E6F">
      <w:pPr>
        <w:spacing w:after="40"/>
        <w:jc w:val="both"/>
        <w:rPr>
          <w:lang w:val="uk-UA"/>
        </w:rPr>
      </w:pP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[найменування / ПІБ ФОП Постачальника]</w:t>
      </w:r>
      <w:r w:rsidRPr="00C51DBD">
        <w:rPr>
          <w:lang w:val="uk-UA"/>
        </w:rPr>
        <w:t xml:space="preserve">, код ЄДРПОУ/РНОКПП </w:t>
      </w:r>
      <w:r w:rsidRPr="00C51DBD">
        <w:rPr>
          <w:color w:val="008C95"/>
          <w:shd w:val="clear" w:color="auto" w:fill="D8F0F1"/>
          <w:lang w:val="uk-UA"/>
        </w:rPr>
        <w:t>__________</w:t>
      </w:r>
      <w:r w:rsidRPr="00C51DBD">
        <w:rPr>
          <w:lang w:val="uk-UA"/>
        </w:rPr>
        <w:t xml:space="preserve">, в особі </w:t>
      </w: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C51DBD">
        <w:rPr>
          <w:lang w:val="uk-UA"/>
        </w:rPr>
        <w:t xml:space="preserve">, що діє на підставі </w:t>
      </w: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[статут / довіреність / інша підстава]</w:t>
      </w:r>
      <w:r w:rsidRPr="00C51DBD">
        <w:rPr>
          <w:lang w:val="uk-UA"/>
        </w:rPr>
        <w:t>, надалі — «Постачальник», та</w:t>
      </w:r>
    </w:p>
    <w:p w:rsidR="00A20095" w:rsidRPr="00C51DBD" w:rsidRDefault="00050E6F">
      <w:pPr>
        <w:spacing w:after="100"/>
        <w:jc w:val="both"/>
        <w:rPr>
          <w:lang w:val="uk-UA"/>
        </w:rPr>
      </w:pP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[найменування / ПІБ ФОП Покупця]</w:t>
      </w:r>
      <w:r w:rsidRPr="00C51DBD">
        <w:rPr>
          <w:lang w:val="uk-UA"/>
        </w:rPr>
        <w:t xml:space="preserve">, код ЄДРПОУ/РНОКПП </w:t>
      </w:r>
      <w:r w:rsidRPr="00C51DBD">
        <w:rPr>
          <w:color w:val="008C95"/>
          <w:shd w:val="clear" w:color="auto" w:fill="D8F0F1"/>
          <w:lang w:val="uk-UA"/>
        </w:rPr>
        <w:t>__________</w:t>
      </w:r>
      <w:r w:rsidRPr="00C51DBD">
        <w:rPr>
          <w:lang w:val="uk-UA"/>
        </w:rPr>
        <w:t xml:space="preserve">, в особі </w:t>
      </w: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[ПІБ, посада / для ФОП — особисто]</w:t>
      </w:r>
      <w:r w:rsidRPr="00C51DBD">
        <w:rPr>
          <w:lang w:val="uk-UA"/>
        </w:rPr>
        <w:t xml:space="preserve">, що діє на підставі </w:t>
      </w:r>
      <w:r w:rsidRPr="00C51DBD">
        <w:rPr>
          <w:color w:val="008C95"/>
          <w:shd w:val="clear" w:color="auto" w:fill="D8F0F1"/>
          <w:lang w:val="uk-UA"/>
        </w:rPr>
        <w:t>________________________________</w:t>
      </w:r>
      <w:r w:rsidRPr="00C51DBD">
        <w:rPr>
          <w:lang w:val="uk-UA"/>
        </w:rPr>
        <w:t xml:space="preserve"> </w:t>
      </w:r>
      <w:r w:rsidRPr="00C51DBD">
        <w:rPr>
          <w:color w:val="008C95"/>
          <w:shd w:val="clear" w:color="auto" w:fill="D8F0F1"/>
          <w:lang w:val="uk-UA"/>
        </w:rPr>
        <w:t>[підстава]</w:t>
      </w:r>
      <w:r w:rsidRPr="00C51DBD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1. ПРЕДМЕТ ДОГОВОРУ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1.1. Постачальник зобов’язується поставити Покупцю товар (далі — «Товар»), а Покупець — прийняти та оплатити його на умовах цього Договору.</w:t>
      </w:r>
    </w:p>
    <w:p w:rsidR="00A20095" w:rsidRPr="00C51DBD" w:rsidRDefault="00050E6F">
      <w:pPr>
        <w:keepNext/>
        <w:spacing w:after="40"/>
        <w:jc w:val="both"/>
        <w:rPr>
          <w:lang w:val="uk-UA"/>
        </w:rPr>
      </w:pPr>
      <w:r w:rsidRPr="00C51DBD">
        <w:rPr>
          <w:lang w:val="uk-UA"/>
        </w:rPr>
        <w:t>1.2. Найменування, модель / артикул, характеристики, комплектація, кількість, ціна, загальна вартість Товару, а також інші умови конкретної поставки визначаються у відповідній Специфікації, підписаній Сторонами. Підписані Сторонами Специфікації є невід’ємними частинами цього Договору.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1.3. Постачальник постачає Товар за цим Договором вільним від прав третіх осіб, застави, арешту та інших обтяжень.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2. ОПЛАТА ТА ПОСТАВКА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2.1. Умови, розмір та строк оплати Товару визначаються у відповідній Специфікації. Датою оплати є дата зарахування коштів на рахунок Постачальника.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2.2. Строк поставки Товару визначається у відповідній Специфікації.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2.3. Баз</w:t>
      </w:r>
      <w:r w:rsidR="00C51DBD">
        <w:rPr>
          <w:lang w:val="uk-UA"/>
        </w:rPr>
        <w:t>ові</w:t>
      </w:r>
      <w:r w:rsidRPr="00C51DBD">
        <w:rPr>
          <w:lang w:val="uk-UA"/>
        </w:rPr>
        <w:t xml:space="preserve"> </w:t>
      </w:r>
      <w:r w:rsidR="00C51DBD">
        <w:rPr>
          <w:lang w:val="uk-UA"/>
        </w:rPr>
        <w:t xml:space="preserve">умови </w:t>
      </w:r>
      <w:r w:rsidRPr="00C51DBD">
        <w:rPr>
          <w:lang w:val="uk-UA"/>
        </w:rPr>
        <w:t>та місце поставки Товару визначаються у відповідній Специфікації.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 xml:space="preserve">2.4. Право власності на Товар переходить до Покупця після його поставки та повної оплати. Ризик випадкової втрати або пошкодження Товару переходить до Покупця в момент виконання обов’язку Постачальником з поставки Товару відповідно до погодженого у Специфікації правила </w:t>
      </w:r>
      <w:proofErr w:type="spellStart"/>
      <w:r w:rsidRPr="00C51DBD">
        <w:rPr>
          <w:lang w:val="uk-UA"/>
        </w:rPr>
        <w:t>Incoterms</w:t>
      </w:r>
      <w:proofErr w:type="spellEnd"/>
      <w:r w:rsidRPr="00C51DBD">
        <w:rPr>
          <w:lang w:val="uk-UA"/>
        </w:rPr>
        <w:t>® 2020.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3. ПРИЙМАННЯ, ЯКІСТЬ ТА ГАРАНТІЯ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3.1. При отриманні Товару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3.2. Якість Товару повинна відповідати умовам цього Договору, відповідної Специфікації, вимогам законодавства України та документації виробника.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3.3. Гарантія не поширюється на недоліки, спричинені неправильним транспортуванням, зберіганням, монтажем або експлуатацією, механічними пошкодженнями, самостійним ремонтом чи нормальним зносом.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4. ВІДПОВІДАЛЬНІСТЬ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4.1. За прострочення оплати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A20095" w:rsidRPr="00C51DBD" w:rsidRDefault="00050E6F">
      <w:pPr>
        <w:keepLines/>
        <w:jc w:val="both"/>
        <w:rPr>
          <w:lang w:val="uk-UA"/>
        </w:rPr>
      </w:pPr>
      <w:r w:rsidRPr="00C51DBD">
        <w:rPr>
          <w:lang w:val="uk-UA"/>
        </w:rPr>
        <w:lastRenderedPageBreak/>
        <w:t>4.2. У разі безпідставної відмови Покупця від прийняття належним чином поставленого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Постачальника.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4.3. Постачальник не відповідає за упущену вигоду, непрямі збитки, простій або штрафи третіх осіб.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4.4. За прострочення поставки Товару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Товару.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5. ФОРС-МАЖОР ТА ЗАГАЛЬНІ УМОВИ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 Усі підписані Сторонами Специфікації до цього Договору є його невід’ємними частинами.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ПОСТАЧАЛЬНИК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lang w:val="uk-UA"/>
              </w:rPr>
              <w:t>Найменування / ФОП ПІБ: 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Код ЄДРПОУ / РНОКПП: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Адреса: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IBAN: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Банк: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E-</w:t>
            </w:r>
            <w:proofErr w:type="spellStart"/>
            <w:r w:rsidRPr="00C51DBD">
              <w:rPr>
                <w:b/>
                <w:sz w:val="22"/>
                <w:lang w:val="uk-UA"/>
              </w:rPr>
              <w:t>mail</w:t>
            </w:r>
            <w:proofErr w:type="spellEnd"/>
            <w:r w:rsidRPr="00C51DBD">
              <w:rPr>
                <w:b/>
                <w:sz w:val="22"/>
                <w:lang w:val="uk-UA"/>
              </w:rPr>
              <w:t xml:space="preserve"> / телефон: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before="140" w:after="0"/>
              <w:rPr>
                <w:lang w:val="uk-UA"/>
              </w:rPr>
            </w:pPr>
            <w:r w:rsidRPr="00C51DBD">
              <w:rPr>
                <w:sz w:val="22"/>
                <w:lang w:val="uk-UA"/>
              </w:rPr>
              <w:t xml:space="preserve">Підпис: __________ /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ПОКУПЕЦЬ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lang w:val="uk-UA"/>
              </w:rPr>
              <w:t>Найменування / ФОП ПІБ: 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Код ЄДРПОУ / РНОКПП: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Адреса: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IBAN: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Банк: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E-</w:t>
            </w:r>
            <w:proofErr w:type="spellStart"/>
            <w:r w:rsidRPr="00C51DBD">
              <w:rPr>
                <w:b/>
                <w:sz w:val="22"/>
                <w:lang w:val="uk-UA"/>
              </w:rPr>
              <w:t>mail</w:t>
            </w:r>
            <w:proofErr w:type="spellEnd"/>
            <w:r w:rsidRPr="00C51DBD">
              <w:rPr>
                <w:b/>
                <w:sz w:val="22"/>
                <w:lang w:val="uk-UA"/>
              </w:rPr>
              <w:t xml:space="preserve"> / телефон: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before="140" w:after="0"/>
              <w:rPr>
                <w:lang w:val="uk-UA"/>
              </w:rPr>
            </w:pPr>
            <w:r w:rsidRPr="00C51DBD">
              <w:rPr>
                <w:sz w:val="22"/>
                <w:lang w:val="uk-UA"/>
              </w:rPr>
              <w:t xml:space="preserve">Підпис: __________ /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</w:tr>
    </w:tbl>
    <w:p w:rsidR="00050E6F" w:rsidRPr="00C51DBD" w:rsidRDefault="00050E6F">
      <w:pPr>
        <w:rPr>
          <w:lang w:val="uk-UA"/>
        </w:rPr>
      </w:pPr>
    </w:p>
    <w:p w:rsidR="0011271C" w:rsidRPr="00C51DBD" w:rsidRDefault="0011271C">
      <w:pPr>
        <w:rPr>
          <w:lang w:val="uk-UA"/>
        </w:rPr>
      </w:pPr>
    </w:p>
    <w:p w:rsidR="0011271C" w:rsidRPr="00C51DBD" w:rsidRDefault="0011271C">
      <w:pPr>
        <w:pageBreakBefore/>
        <w:rPr>
          <w:lang w:val="uk-UA"/>
        </w:rPr>
      </w:pPr>
    </w:p>
    <w:p w:rsidR="0011271C" w:rsidRPr="00C51DBD" w:rsidRDefault="00143070">
      <w:pPr>
        <w:jc w:val="center"/>
        <w:rPr>
          <w:lang w:val="uk-UA"/>
        </w:rPr>
      </w:pPr>
      <w:r w:rsidRPr="00C51DBD">
        <w:rPr>
          <w:b/>
          <w:sz w:val="30"/>
          <w:lang w:val="uk-UA"/>
        </w:rPr>
        <w:t>СПЕЦИФІКАЦІЯ</w:t>
      </w:r>
    </w:p>
    <w:p w:rsidR="0011271C" w:rsidRPr="00C51DBD" w:rsidRDefault="00143070">
      <w:pPr>
        <w:jc w:val="center"/>
        <w:rPr>
          <w:lang w:val="uk-UA"/>
        </w:rPr>
      </w:pPr>
      <w:r w:rsidRPr="00C51DBD">
        <w:rPr>
          <w:lang w:val="uk-UA"/>
        </w:rPr>
        <w:t xml:space="preserve">№ </w:t>
      </w:r>
      <w:r w:rsidRPr="00C51DBD">
        <w:rPr>
          <w:color w:val="008C95"/>
          <w:lang w:val="uk-UA"/>
        </w:rPr>
        <w:t>__________ [номер Специфікації]</w:t>
      </w:r>
      <w:r w:rsidRPr="00C51DBD">
        <w:rPr>
          <w:lang w:val="uk-UA"/>
        </w:rPr>
        <w:br/>
        <w:t xml:space="preserve">до Договору поставки товару № </w:t>
      </w:r>
      <w:r w:rsidRPr="00C51DBD">
        <w:rPr>
          <w:color w:val="008C95"/>
          <w:lang w:val="uk-UA"/>
        </w:rPr>
        <w:t>__________ [номер договору]</w:t>
      </w:r>
      <w:r w:rsidRPr="00C51DBD">
        <w:rPr>
          <w:lang w:val="uk-UA"/>
        </w:rPr>
        <w:t xml:space="preserve"> від </w:t>
      </w:r>
      <w:r w:rsidRPr="00C51DBD">
        <w:rPr>
          <w:color w:val="008C95"/>
          <w:lang w:val="uk-UA"/>
        </w:rPr>
        <w:t>«___» __________ 20__ року</w:t>
      </w:r>
    </w:p>
    <w:p w:rsidR="0011271C" w:rsidRPr="00C51DBD" w:rsidRDefault="00143070">
      <w:pPr>
        <w:jc w:val="both"/>
        <w:rPr>
          <w:lang w:val="uk-UA"/>
        </w:rPr>
      </w:pPr>
      <w:r w:rsidRPr="00C51DBD">
        <w:rPr>
          <w:lang w:val="uk-UA"/>
        </w:rPr>
        <w:t>Постачальник та Покупець погодили поставку Товару на таких умовах: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2061"/>
        <w:gridCol w:w="2388"/>
        <w:gridCol w:w="1456"/>
        <w:gridCol w:w="1669"/>
        <w:gridCol w:w="1669"/>
      </w:tblGrid>
      <w:tr w:rsidR="0011271C" w:rsidRPr="00C51DBD">
        <w:trPr>
          <w:jc w:val="center"/>
        </w:trPr>
        <w:tc>
          <w:tcPr>
            <w:tcW w:w="567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№</w:t>
            </w:r>
          </w:p>
        </w:tc>
        <w:tc>
          <w:tcPr>
            <w:tcW w:w="2098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Найменування / модель / артикул</w:t>
            </w:r>
          </w:p>
        </w:tc>
        <w:tc>
          <w:tcPr>
            <w:tcW w:w="2438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Характеристики / комплектація</w:t>
            </w:r>
          </w:p>
        </w:tc>
        <w:tc>
          <w:tcPr>
            <w:tcW w:w="1474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 xml:space="preserve">Кількість та од. </w:t>
            </w:r>
            <w:proofErr w:type="spellStart"/>
            <w:r w:rsidRPr="00C51DBD">
              <w:rPr>
                <w:b/>
                <w:sz w:val="18"/>
                <w:lang w:val="uk-UA"/>
              </w:rPr>
              <w:t>вим</w:t>
            </w:r>
            <w:proofErr w:type="spellEnd"/>
            <w:r w:rsidRPr="00C51DBD">
              <w:rPr>
                <w:b/>
                <w:sz w:val="18"/>
                <w:lang w:val="uk-UA"/>
              </w:rPr>
              <w:t>.</w:t>
            </w:r>
          </w:p>
        </w:tc>
        <w:tc>
          <w:tcPr>
            <w:tcW w:w="1701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Ціна за одиницю, грн</w:t>
            </w:r>
          </w:p>
        </w:tc>
        <w:tc>
          <w:tcPr>
            <w:tcW w:w="1701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Загальна вартість, грн</w:t>
            </w:r>
          </w:p>
        </w:tc>
      </w:tr>
      <w:tr w:rsidR="0011271C" w:rsidRPr="00C51DBD">
        <w:trPr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sz w:val="18"/>
                <w:lang w:val="uk-UA"/>
              </w:rPr>
              <w:t>1</w:t>
            </w:r>
          </w:p>
        </w:tc>
        <w:tc>
          <w:tcPr>
            <w:tcW w:w="20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[вкажіть товар / модель / артикул]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[основні характеристики / комплектація]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 xml:space="preserve">[кількість та од. </w:t>
            </w:r>
            <w:proofErr w:type="spellStart"/>
            <w:r w:rsidRPr="00C51DBD">
              <w:rPr>
                <w:color w:val="008C95"/>
                <w:sz w:val="16"/>
                <w:lang w:val="uk-UA"/>
              </w:rPr>
              <w:t>вим</w:t>
            </w:r>
            <w:proofErr w:type="spellEnd"/>
            <w:r w:rsidRPr="00C51DBD">
              <w:rPr>
                <w:color w:val="008C95"/>
                <w:sz w:val="16"/>
                <w:lang w:val="uk-UA"/>
              </w:rPr>
              <w:t>.]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[ціна, з ПДВ /</w:t>
            </w:r>
            <w:r w:rsidRPr="00C51DBD">
              <w:rPr>
                <w:color w:val="008C95"/>
                <w:sz w:val="16"/>
                <w:lang w:val="uk-UA"/>
              </w:rPr>
              <w:t xml:space="preserve"> без ПДВ]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[сума]</w:t>
            </w:r>
          </w:p>
        </w:tc>
      </w:tr>
    </w:tbl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Загальна вартість Товару за цією Специфікацією: </w:t>
      </w:r>
      <w:r w:rsidRPr="00C51DBD">
        <w:rPr>
          <w:color w:val="008C95"/>
          <w:lang w:val="uk-UA"/>
        </w:rPr>
        <w:t xml:space="preserve">__________,__ грн [сума цифрами; у </w:t>
      </w:r>
      <w:proofErr w:type="spellStart"/>
      <w:r w:rsidRPr="00C51DBD">
        <w:rPr>
          <w:color w:val="008C95"/>
          <w:lang w:val="uk-UA"/>
        </w:rPr>
        <w:t>т.ч</w:t>
      </w:r>
      <w:proofErr w:type="spellEnd"/>
      <w:r w:rsidRPr="00C51DBD">
        <w:rPr>
          <w:color w:val="008C95"/>
          <w:lang w:val="uk-UA"/>
        </w:rPr>
        <w:t>. ПДВ ___ грн / без ПДВ]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Умови оплати: </w:t>
      </w:r>
      <w:r w:rsidRPr="00C51DBD">
        <w:rPr>
          <w:color w:val="008C95"/>
          <w:lang w:val="uk-UA"/>
        </w:rPr>
        <w:t>__________ [передплата / післяплата / часткова оплата; розмір, строк та порядок оплати]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Строк поставки: </w:t>
      </w:r>
      <w:r w:rsidRPr="00C51DBD">
        <w:rPr>
          <w:color w:val="008C95"/>
          <w:lang w:val="uk-UA"/>
        </w:rPr>
        <w:t>__________ [конкретна дата або період поставки]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Базис поставки: </w:t>
      </w:r>
      <w:r w:rsidRPr="00C51DBD">
        <w:rPr>
          <w:color w:val="008C95"/>
          <w:lang w:val="uk-UA"/>
        </w:rPr>
        <w:t xml:space="preserve">__________ [EXW / FCA / DAP тощо, </w:t>
      </w:r>
      <w:proofErr w:type="spellStart"/>
      <w:r w:rsidRPr="00C51DBD">
        <w:rPr>
          <w:color w:val="008C95"/>
          <w:lang w:val="uk-UA"/>
        </w:rPr>
        <w:t>Incoterms</w:t>
      </w:r>
      <w:proofErr w:type="spellEnd"/>
      <w:r w:rsidRPr="00C51DBD">
        <w:rPr>
          <w:color w:val="008C95"/>
          <w:lang w:val="uk-UA"/>
        </w:rPr>
        <w:t>® 2020]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Місце поставки: </w:t>
      </w:r>
      <w:r w:rsidRPr="00C51DBD">
        <w:rPr>
          <w:color w:val="008C95"/>
          <w:lang w:val="uk-UA"/>
        </w:rPr>
        <w:t>__________ [повна адреса / склад / інше місце]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Гарантійний строк: </w:t>
      </w:r>
      <w:r w:rsidRPr="00C51DBD">
        <w:rPr>
          <w:color w:val="008C95"/>
          <w:lang w:val="uk-UA"/>
        </w:rPr>
        <w:t>__________ [строк / гарантія виробника / не</w:t>
      </w:r>
      <w:r w:rsidRPr="00C51DBD">
        <w:rPr>
          <w:color w:val="008C95"/>
          <w:lang w:val="uk-UA"/>
        </w:rPr>
        <w:t xml:space="preserve"> застосовується]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Інші умови: </w:t>
      </w:r>
      <w:r w:rsidRPr="00C51DBD">
        <w:rPr>
          <w:color w:val="008C95"/>
          <w:lang w:val="uk-UA"/>
        </w:rPr>
        <w:t>__________ [за потреби: пакування, маркування, документи, особливі вимоги / не застосовується]</w:t>
      </w:r>
    </w:p>
    <w:p w:rsidR="0011271C" w:rsidRPr="00C51DBD" w:rsidRDefault="00143070">
      <w:pPr>
        <w:spacing w:before="80" w:after="100"/>
        <w:rPr>
          <w:lang w:val="uk-UA"/>
        </w:rPr>
      </w:pPr>
      <w:r w:rsidRPr="00C51DBD">
        <w:rPr>
          <w:lang w:val="uk-UA"/>
        </w:rPr>
        <w:t xml:space="preserve">Ця Специфікація є невід’ємною частиною </w:t>
      </w:r>
      <w:r w:rsidR="00C51DBD">
        <w:rPr>
          <w:lang w:val="uk-UA"/>
        </w:rPr>
        <w:t xml:space="preserve">вищезазначеного Договору </w:t>
      </w:r>
      <w:r w:rsidRPr="00C51DBD">
        <w:rPr>
          <w:lang w:val="uk-UA"/>
        </w:rPr>
        <w:t xml:space="preserve">поставки товару </w:t>
      </w:r>
      <w:bookmarkStart w:id="0" w:name="_GoBack"/>
      <w:bookmarkEnd w:id="0"/>
      <w:r w:rsidRPr="00C51DBD">
        <w:rPr>
          <w:lang w:val="uk-UA"/>
        </w:rPr>
        <w:t>та наби</w:t>
      </w:r>
      <w:r w:rsidRPr="00C51DBD">
        <w:rPr>
          <w:lang w:val="uk-UA"/>
        </w:rPr>
        <w:t>рає чинності з моменту її підписання Сторонами.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ПОСТАЧАЛЬНИК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lang w:val="uk-UA"/>
              </w:rPr>
              <w:t>Найменування / ФОП ПІБ: 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Код ЄДРПОУ / РНОКПП: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Адреса: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IBAN: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Банк: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E-</w:t>
            </w:r>
            <w:proofErr w:type="spellStart"/>
            <w:r w:rsidRPr="00C51DBD">
              <w:rPr>
                <w:b/>
                <w:sz w:val="22"/>
                <w:lang w:val="uk-UA"/>
              </w:rPr>
              <w:t>mail</w:t>
            </w:r>
            <w:proofErr w:type="spellEnd"/>
            <w:r w:rsidRPr="00C51DBD">
              <w:rPr>
                <w:b/>
                <w:sz w:val="22"/>
                <w:lang w:val="uk-UA"/>
              </w:rPr>
              <w:t xml:space="preserve"> / телефон: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before="140" w:after="0"/>
              <w:rPr>
                <w:lang w:val="uk-UA"/>
              </w:rPr>
            </w:pPr>
            <w:r w:rsidRPr="00C51DBD">
              <w:rPr>
                <w:sz w:val="22"/>
                <w:lang w:val="uk-UA"/>
              </w:rPr>
              <w:t xml:space="preserve">Підпис: __________ /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ПОКУПЕЦЬ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lang w:val="uk-UA"/>
              </w:rPr>
              <w:t>Найменування / ФОП ПІБ: 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Код ЄДРПОУ / РНОКПП: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Адреса: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IBAN: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 xml:space="preserve">Банк: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after="20"/>
              <w:rPr>
                <w:lang w:val="uk-UA"/>
              </w:rPr>
            </w:pPr>
            <w:r w:rsidRPr="00C51DBD">
              <w:rPr>
                <w:b/>
                <w:sz w:val="22"/>
                <w:lang w:val="uk-UA"/>
              </w:rPr>
              <w:t>E-</w:t>
            </w:r>
            <w:proofErr w:type="spellStart"/>
            <w:r w:rsidRPr="00C51DBD">
              <w:rPr>
                <w:b/>
                <w:sz w:val="22"/>
                <w:lang w:val="uk-UA"/>
              </w:rPr>
              <w:t>mail</w:t>
            </w:r>
            <w:proofErr w:type="spellEnd"/>
            <w:r w:rsidRPr="00C51DBD">
              <w:rPr>
                <w:b/>
                <w:sz w:val="22"/>
                <w:lang w:val="uk-UA"/>
              </w:rPr>
              <w:t xml:space="preserve"> / телефон: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  <w:p w:rsidR="00A20095" w:rsidRPr="00C51DBD" w:rsidRDefault="00050E6F">
            <w:pPr>
              <w:spacing w:before="140" w:after="0"/>
              <w:rPr>
                <w:lang w:val="uk-UA"/>
              </w:rPr>
            </w:pPr>
            <w:r w:rsidRPr="00C51DBD">
              <w:rPr>
                <w:sz w:val="22"/>
                <w:lang w:val="uk-UA"/>
              </w:rPr>
              <w:t xml:space="preserve">Підпис: __________ / </w:t>
            </w:r>
            <w:r w:rsidRPr="00C51DBD">
              <w:rPr>
                <w:color w:val="008C95"/>
                <w:sz w:val="22"/>
                <w:shd w:val="clear" w:color="auto" w:fill="D8F0F1"/>
                <w:lang w:val="uk-UA"/>
              </w:rPr>
              <w:t>__________ [вкажіть]</w:t>
            </w:r>
          </w:p>
        </w:tc>
      </w:tr>
    </w:tbl>
    <w:p w:rsidR="00143070" w:rsidRPr="00C51DBD" w:rsidRDefault="00143070">
      <w:pPr>
        <w:rPr>
          <w:lang w:val="uk-UA"/>
        </w:rPr>
      </w:pPr>
    </w:p>
    <w:sectPr w:rsidR="00143070" w:rsidRPr="00C51DBD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070" w:rsidRDefault="00143070">
      <w:pPr>
        <w:spacing w:after="0"/>
      </w:pPr>
      <w:r>
        <w:separator/>
      </w:r>
    </w:p>
  </w:endnote>
  <w:endnote w:type="continuationSeparator" w:id="0">
    <w:p w:rsidR="00143070" w:rsidRDefault="001430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C51DBD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070" w:rsidRDefault="00143070">
      <w:pPr>
        <w:spacing w:after="0"/>
      </w:pPr>
      <w:r>
        <w:separator/>
      </w:r>
    </w:p>
  </w:footnote>
  <w:footnote w:type="continuationSeparator" w:id="0">
    <w:p w:rsidR="00143070" w:rsidRDefault="001430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1271C"/>
    <w:rsid w:val="00143070"/>
    <w:rsid w:val="0015074B"/>
    <w:rsid w:val="0029639D"/>
    <w:rsid w:val="00326F90"/>
    <w:rsid w:val="00806D30"/>
    <w:rsid w:val="00A20095"/>
    <w:rsid w:val="00AA1D8D"/>
    <w:rsid w:val="00B47730"/>
    <w:rsid w:val="00C51DBD"/>
    <w:rsid w:val="00CB0664"/>
    <w:rsid w:val="00CE3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5852BE-5C59-45A7-909B-7A2670E01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2026-09-24T09:14:00Z</dcterms:created>
  <dcterms:modified xsi:type="dcterms:W3CDTF">2026-09-24T09:14:00Z</dcterms:modified>
</cp:coreProperties>
</file>