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6F3011" w:rsidRDefault="00050E6F">
      <w:pPr>
        <w:keepNext/>
        <w:spacing w:after="40"/>
        <w:jc w:val="center"/>
        <w:rPr>
          <w:lang w:val="uk-UA"/>
        </w:rPr>
      </w:pPr>
      <w:r w:rsidRPr="006F3011">
        <w:rPr>
          <w:b/>
          <w:sz w:val="30"/>
          <w:lang w:val="uk-UA"/>
        </w:rPr>
        <w:t>ДОГОВІР ПОСТАВКИ ТОВАРУ З ПЕРЕДПЛАТОЮ</w:t>
      </w:r>
    </w:p>
    <w:p w:rsidR="00A20095" w:rsidRPr="006F3011" w:rsidRDefault="00050E6F">
      <w:pPr>
        <w:keepNext/>
        <w:spacing w:after="100"/>
        <w:jc w:val="center"/>
        <w:rPr>
          <w:lang w:val="uk-UA"/>
        </w:rPr>
      </w:pPr>
      <w:r w:rsidRPr="006F3011">
        <w:rPr>
          <w:b/>
          <w:lang w:val="uk-UA"/>
        </w:rPr>
        <w:t xml:space="preserve">№ </w:t>
      </w:r>
      <w:r w:rsidRPr="006F3011">
        <w:rPr>
          <w:b/>
          <w:color w:val="008C95"/>
          <w:shd w:val="clear" w:color="auto" w:fill="D8F0F1"/>
          <w:lang w:val="uk-UA"/>
        </w:rPr>
        <w:t>__________</w:t>
      </w:r>
      <w:r w:rsidRPr="006F3011">
        <w:rPr>
          <w:b/>
          <w:lang w:val="uk-UA"/>
        </w:rPr>
        <w:t xml:space="preserve"> </w:t>
      </w:r>
      <w:r w:rsidRPr="006F3011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6F3011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lang w:val="uk-UA"/>
              </w:rPr>
              <w:t xml:space="preserve">м.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jc w:val="right"/>
              <w:rPr>
                <w:lang w:val="uk-UA"/>
              </w:rPr>
            </w:pPr>
            <w:r w:rsidRPr="006F3011">
              <w:rPr>
                <w:b/>
                <w:lang w:val="uk-UA"/>
              </w:rPr>
              <w:t>«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6F3011">
              <w:rPr>
                <w:b/>
                <w:lang w:val="uk-UA"/>
              </w:rPr>
              <w:t xml:space="preserve">»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20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6F3011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6F3011" w:rsidRDefault="00050E6F">
      <w:pPr>
        <w:spacing w:after="4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Постачальника]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[статут / довіреність / інша підстава]</w:t>
      </w:r>
      <w:r w:rsidRPr="006F3011">
        <w:rPr>
          <w:lang w:val="uk-UA"/>
        </w:rPr>
        <w:t>, надалі — «Постачальник», та</w:t>
      </w:r>
    </w:p>
    <w:p w:rsidR="00A20095" w:rsidRPr="006F3011" w:rsidRDefault="00050E6F">
      <w:pPr>
        <w:spacing w:after="10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Покупця]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[підстава]</w:t>
      </w:r>
      <w:r w:rsidRPr="006F3011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1. ПРЕДМЕТ ДОГОВОРУ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1.1. Постачальник зобов’язується поставити Покупцю товар (далі — «Товар»), а Покупець — прийняти та оплатити його на умовах цього Договору.</w:t>
      </w:r>
    </w:p>
    <w:p w:rsidR="00A20095" w:rsidRPr="006F3011" w:rsidRDefault="00050E6F">
      <w:pPr>
        <w:keepNext/>
        <w:spacing w:after="40"/>
        <w:jc w:val="both"/>
        <w:rPr>
          <w:lang w:val="uk-UA"/>
        </w:rPr>
      </w:pPr>
      <w:r w:rsidRPr="006F3011">
        <w:rPr>
          <w:b/>
          <w:lang w:val="uk-UA"/>
        </w:rPr>
        <w:t>1.2. Товар: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Найменування / модель / артикул: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[вкажіть]</w:t>
      </w:r>
      <w:r w:rsidRPr="006F3011">
        <w:rPr>
          <w:lang w:val="uk-UA"/>
        </w:rPr>
        <w:br/>
        <w:t xml:space="preserve">Характеристики / комплектація: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[вкажіть або «за документацією виробника»]</w:t>
      </w:r>
      <w:r w:rsidRPr="006F3011">
        <w:rPr>
          <w:lang w:val="uk-UA"/>
        </w:rPr>
        <w:br/>
        <w:t xml:space="preserve">Кількість: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 xml:space="preserve">[кількість та од. </w:t>
      </w:r>
      <w:proofErr w:type="spellStart"/>
      <w:r w:rsidRPr="006F3011">
        <w:rPr>
          <w:color w:val="008C95"/>
          <w:shd w:val="clear" w:color="auto" w:fill="D8F0F1"/>
          <w:lang w:val="uk-UA"/>
        </w:rPr>
        <w:t>вим</w:t>
      </w:r>
      <w:proofErr w:type="spellEnd"/>
      <w:r w:rsidRPr="006F3011">
        <w:rPr>
          <w:color w:val="008C95"/>
          <w:shd w:val="clear" w:color="auto" w:fill="D8F0F1"/>
          <w:lang w:val="uk-UA"/>
        </w:rPr>
        <w:t>.]</w:t>
      </w:r>
      <w:r w:rsidRPr="006F3011">
        <w:rPr>
          <w:lang w:val="uk-UA"/>
        </w:rPr>
        <w:br/>
        <w:t xml:space="preserve">Ціна за одиницю: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грн </w:t>
      </w:r>
      <w:r w:rsidRPr="006F3011">
        <w:rPr>
          <w:color w:val="008C95"/>
          <w:shd w:val="clear" w:color="auto" w:fill="D8F0F1"/>
          <w:lang w:val="uk-UA"/>
        </w:rPr>
        <w:t>[з ПДВ / без ПДВ]</w:t>
      </w:r>
      <w:r w:rsidRPr="006F3011">
        <w:rPr>
          <w:lang w:val="uk-UA"/>
        </w:rPr>
        <w:br/>
        <w:t xml:space="preserve">Загальна вартість: </w:t>
      </w:r>
      <w:r w:rsidRPr="006F3011">
        <w:rPr>
          <w:color w:val="008C95"/>
          <w:shd w:val="clear" w:color="auto" w:fill="D8F0F1"/>
          <w:lang w:val="uk-UA"/>
        </w:rPr>
        <w:t>________________</w:t>
      </w:r>
      <w:r w:rsidRPr="006F3011">
        <w:rPr>
          <w:lang w:val="uk-UA"/>
        </w:rPr>
        <w:t xml:space="preserve"> грн </w:t>
      </w:r>
      <w:r w:rsidRPr="006F3011">
        <w:rPr>
          <w:color w:val="008C95"/>
          <w:shd w:val="clear" w:color="auto" w:fill="D8F0F1"/>
          <w:lang w:val="uk-UA"/>
        </w:rPr>
        <w:t xml:space="preserve">[у </w:t>
      </w:r>
      <w:proofErr w:type="spellStart"/>
      <w:r w:rsidRPr="006F3011">
        <w:rPr>
          <w:color w:val="008C95"/>
          <w:shd w:val="clear" w:color="auto" w:fill="D8F0F1"/>
          <w:lang w:val="uk-UA"/>
        </w:rPr>
        <w:t>т.ч</w:t>
      </w:r>
      <w:proofErr w:type="spellEnd"/>
      <w:r w:rsidRPr="006F3011">
        <w:rPr>
          <w:color w:val="008C95"/>
          <w:shd w:val="clear" w:color="auto" w:fill="D8F0F1"/>
          <w:lang w:val="uk-UA"/>
        </w:rPr>
        <w:t>. ПДВ ___ грн / без ПДВ]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1.3. Постачальник постачає Товар за цим Договором вільним від прав третіх осіб, застави, арешту та інших обтяжень.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2. ОПЛАТА ТА ПОСТАВКА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2.1. Покупець сплачує 100 % передплату протягом 3 робочих днів з</w:t>
      </w:r>
      <w:r w:rsidR="006F3011">
        <w:rPr>
          <w:lang w:val="uk-UA"/>
        </w:rPr>
        <w:t xml:space="preserve"> дня</w:t>
      </w:r>
      <w:r w:rsidRPr="006F3011">
        <w:rPr>
          <w:lang w:val="uk-UA"/>
        </w:rPr>
        <w:t xml:space="preserve"> підписання Договору. Дата оплати — дата зарахування всієї суми на рахунок Постачальника.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2.2. До отримання 100 % передплати Постачальник Товар не поста</w:t>
      </w:r>
      <w:r w:rsidR="006F3011">
        <w:rPr>
          <w:lang w:val="uk-UA"/>
        </w:rPr>
        <w:t>ча</w:t>
      </w:r>
      <w:r w:rsidRPr="006F3011">
        <w:rPr>
          <w:lang w:val="uk-UA"/>
        </w:rPr>
        <w:t xml:space="preserve">є. Часткова оплата не зобов’язує </w:t>
      </w:r>
      <w:r w:rsidR="006F3011">
        <w:rPr>
          <w:lang w:val="uk-UA"/>
        </w:rPr>
        <w:t xml:space="preserve">Постачальника </w:t>
      </w:r>
      <w:r w:rsidRPr="006F3011">
        <w:rPr>
          <w:lang w:val="uk-UA"/>
        </w:rPr>
        <w:t>до часткової поставки</w:t>
      </w:r>
      <w:r w:rsidR="006F3011">
        <w:rPr>
          <w:lang w:val="uk-UA"/>
        </w:rPr>
        <w:t xml:space="preserve"> Товару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2.3. Строк поставки: </w:t>
      </w:r>
      <w:r w:rsidRPr="006F3011">
        <w:rPr>
          <w:color w:val="008C95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lang w:val="uk-UA"/>
        </w:rPr>
        <w:t>[дата / період]</w:t>
      </w:r>
      <w:r w:rsidRPr="006F3011">
        <w:rPr>
          <w:lang w:val="uk-UA"/>
        </w:rPr>
        <w:t>. Строк поставки переноситься на строк прострочення передплати; це не є простроченням Постачальника.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2.4. Базис поставки: </w:t>
      </w:r>
      <w:r w:rsidRPr="006F3011">
        <w:rPr>
          <w:color w:val="008C95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lang w:val="uk-UA"/>
        </w:rPr>
        <w:t xml:space="preserve">[EXW/FCA/DAP, </w:t>
      </w:r>
      <w:proofErr w:type="spellStart"/>
      <w:r w:rsidRPr="006F3011">
        <w:rPr>
          <w:color w:val="008C95"/>
          <w:lang w:val="uk-UA"/>
        </w:rPr>
        <w:t>Incoterms</w:t>
      </w:r>
      <w:proofErr w:type="spellEnd"/>
      <w:r w:rsidRPr="006F3011">
        <w:rPr>
          <w:color w:val="008C95"/>
          <w:lang w:val="uk-UA"/>
        </w:rPr>
        <w:t>® 2020]</w:t>
      </w:r>
      <w:r w:rsidRPr="006F3011">
        <w:rPr>
          <w:lang w:val="uk-UA"/>
        </w:rPr>
        <w:t>.</w:t>
      </w:r>
      <w:r w:rsidRPr="006F3011">
        <w:rPr>
          <w:lang w:val="uk-UA"/>
        </w:rPr>
        <w:br/>
        <w:t xml:space="preserve">Місце поставки: </w:t>
      </w:r>
      <w:r w:rsidRPr="006F3011">
        <w:rPr>
          <w:color w:val="008C95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lang w:val="uk-UA"/>
        </w:rPr>
        <w:t>[адреса]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2.5. Право власності на Товар переходить до Покупця після його поставки та повної оплати. Ризик випадкової втрати або пошкодження Товару переходить до Покупця в момент виконання обов’язку Постачальником з поставки Товару відповідно до погодженого правила </w:t>
      </w:r>
      <w:proofErr w:type="spellStart"/>
      <w:r w:rsidRPr="006F3011">
        <w:rPr>
          <w:lang w:val="uk-UA"/>
        </w:rPr>
        <w:t>Incoterms</w:t>
      </w:r>
      <w:proofErr w:type="spellEnd"/>
      <w:r w:rsidRPr="006F3011">
        <w:rPr>
          <w:lang w:val="uk-UA"/>
        </w:rPr>
        <w:t>® 2020.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3. ПРИЙМАННЯ, ЯКІСТЬ ТА ГАРАНТІЯ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3.1. При отриманні Товару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3.2. Якість Товару повинна відповідати умовам цього Договору, вимогам законодавства України та документації виробника.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 xml:space="preserve">Гарантійний строк: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[строк / гарантія виробника]</w:t>
      </w:r>
      <w:r w:rsidRPr="006F3011">
        <w:rPr>
          <w:lang w:val="uk-UA"/>
        </w:rPr>
        <w:t>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lastRenderedPageBreak/>
        <w:t>3.3. Гарантія не поширюється на недоліки, спричинені неправильним транспортуванням, зберіганням, монтажем або експлуатацією, механічними пошкодженнями, самостійним ремонтом чи нормальним зносом.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4. ВІДПОВІДАЛЬНІСТЬ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4.1. За прострочення передплати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несплаченої суми, а також інфляційні втрати у межах, дозволених законодавством України.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4.2. У разі безпідставної відмови Покупця від прийняття належним чином поставленого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Постачальника.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4.3. Постачальник не відповідає за упущену вигоду, непрямі збитки, простій або штрафи третіх осіб.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4.4. За прострочення поставки Товару з вини Постачальника (з урахуванням п. 2.3)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Товару.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5. ФОРС-МАЖОР ТА ЗАГАЛЬНІ УМОВИ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5.2. Договір діє з дня підписання Сторонами до повного виконання</w:t>
      </w:r>
      <w:r w:rsidR="006F3011">
        <w:rPr>
          <w:lang w:val="uk-UA"/>
        </w:rPr>
        <w:t xml:space="preserve"> повного виконання зобов’язань Сторонами взятих на себе за ним.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6F3011" w:rsidRDefault="00050E6F">
      <w:pPr>
        <w:jc w:val="both"/>
        <w:rPr>
          <w:lang w:val="uk-UA"/>
        </w:rPr>
      </w:pPr>
      <w:r w:rsidRPr="006F3011">
        <w:rPr>
          <w:lang w:val="uk-UA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6F3011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ПОСТАЧАЛЬНИК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bookmarkStart w:id="0" w:name="_GoBack"/>
            <w:bookmarkEnd w:id="0"/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ПОКУПЕЦЬ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</w:tr>
    </w:tbl>
    <w:p w:rsidR="00050E6F" w:rsidRPr="006F3011" w:rsidRDefault="00050E6F">
      <w:pPr>
        <w:rPr>
          <w:lang w:val="uk-UA"/>
        </w:rPr>
      </w:pPr>
    </w:p>
    <w:sectPr w:rsidR="00050E6F" w:rsidRPr="006F3011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DF" w:rsidRDefault="008276DF">
      <w:pPr>
        <w:spacing w:after="0"/>
      </w:pPr>
      <w:r>
        <w:separator/>
      </w:r>
    </w:p>
  </w:endnote>
  <w:endnote w:type="continuationSeparator" w:id="0">
    <w:p w:rsidR="008276DF" w:rsidRDefault="008276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6F3011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DF" w:rsidRDefault="008276DF">
      <w:pPr>
        <w:spacing w:after="0"/>
      </w:pPr>
      <w:r>
        <w:separator/>
      </w:r>
    </w:p>
  </w:footnote>
  <w:footnote w:type="continuationSeparator" w:id="0">
    <w:p w:rsidR="008276DF" w:rsidRDefault="008276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5074B"/>
    <w:rsid w:val="0029639D"/>
    <w:rsid w:val="00326F90"/>
    <w:rsid w:val="006F3011"/>
    <w:rsid w:val="00806D30"/>
    <w:rsid w:val="008276DF"/>
    <w:rsid w:val="00A20095"/>
    <w:rsid w:val="00AA1D8D"/>
    <w:rsid w:val="00B47730"/>
    <w:rsid w:val="00CB0664"/>
    <w:rsid w:val="00CE3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E35F38-10A5-4DE7-BFD7-E0709988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2026-09-24T08:35:00Z</dcterms:created>
  <dcterms:modified xsi:type="dcterms:W3CDTF">2026-09-24T08:35:00Z</dcterms:modified>
</cp:coreProperties>
</file>