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FE1A23" w:rsidRDefault="00FE1A23">
      <w:pPr>
        <w:keepNext/>
        <w:spacing w:after="40"/>
        <w:jc w:val="center"/>
        <w:rPr>
          <w:lang w:val="uk-UA"/>
        </w:rPr>
      </w:pPr>
      <w:r>
        <w:rPr>
          <w:b/>
        </w:rPr>
        <w:t>ДОГОВІР ПОСТАВКИ ТОВАРУ</w:t>
      </w:r>
      <w:bookmarkStart w:id="0" w:name="_GoBack"/>
      <w:bookmarkEnd w:id="0"/>
    </w:p>
    <w:p w:rsidR="00A20095" w:rsidRPr="00E23FD2" w:rsidRDefault="00050E6F">
      <w:pPr>
        <w:keepNext/>
        <w:spacing w:after="100"/>
        <w:jc w:val="center"/>
        <w:rPr>
          <w:lang w:val="uk-UA"/>
        </w:rPr>
      </w:pPr>
      <w:r w:rsidRPr="00E23FD2">
        <w:rPr>
          <w:b/>
          <w:lang w:val="uk-UA"/>
        </w:rPr>
        <w:t xml:space="preserve">№ </w:t>
      </w:r>
      <w:r w:rsidRPr="00E23FD2">
        <w:rPr>
          <w:b/>
          <w:color w:val="008C95"/>
          <w:shd w:val="clear" w:color="auto" w:fill="D8F0F1"/>
          <w:lang w:val="uk-UA"/>
        </w:rPr>
        <w:t>__________</w:t>
      </w:r>
      <w:r w:rsidRPr="00E23FD2">
        <w:rPr>
          <w:b/>
          <w:lang w:val="uk-UA"/>
        </w:rPr>
        <w:t xml:space="preserve"> </w:t>
      </w:r>
      <w:r w:rsidRPr="00E23FD2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E23FD2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E23FD2" w:rsidRDefault="00050E6F">
            <w:pPr>
              <w:spacing w:after="80"/>
              <w:rPr>
                <w:lang w:val="uk-UA"/>
              </w:rPr>
            </w:pPr>
            <w:r w:rsidRPr="00E23FD2">
              <w:rPr>
                <w:b/>
                <w:lang w:val="uk-UA"/>
              </w:rPr>
              <w:t xml:space="preserve">м. 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E23FD2">
              <w:rPr>
                <w:b/>
                <w:lang w:val="uk-UA"/>
              </w:rPr>
              <w:t xml:space="preserve"> 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E23FD2" w:rsidRDefault="00050E6F">
            <w:pPr>
              <w:spacing w:after="80"/>
              <w:jc w:val="right"/>
              <w:rPr>
                <w:lang w:val="uk-UA"/>
              </w:rPr>
            </w:pPr>
            <w:r w:rsidRPr="00E23FD2">
              <w:rPr>
                <w:b/>
                <w:lang w:val="uk-UA"/>
              </w:rPr>
              <w:t>«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E23FD2">
              <w:rPr>
                <w:b/>
                <w:lang w:val="uk-UA"/>
              </w:rPr>
              <w:t xml:space="preserve">» 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E23FD2">
              <w:rPr>
                <w:b/>
                <w:lang w:val="uk-UA"/>
              </w:rPr>
              <w:t xml:space="preserve"> 20</w:t>
            </w:r>
            <w:r w:rsidRPr="00E23FD2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E23FD2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E23FD2" w:rsidRDefault="00050E6F">
      <w:pPr>
        <w:spacing w:after="40"/>
        <w:jc w:val="both"/>
        <w:rPr>
          <w:lang w:val="uk-UA"/>
        </w:rPr>
      </w:pPr>
      <w:r w:rsidRPr="00E23FD2">
        <w:rPr>
          <w:lang w:val="uk-UA"/>
        </w:rPr>
        <w:t>Товариство з обмеженою відповідальністю «</w:t>
      </w:r>
      <w:r w:rsidRPr="00E23FD2">
        <w:rPr>
          <w:color w:val="008C95"/>
          <w:lang w:val="uk-UA"/>
        </w:rPr>
        <w:t>__________ [найменування ТОВ]</w:t>
      </w:r>
      <w:r w:rsidRPr="00E23FD2">
        <w:rPr>
          <w:lang w:val="uk-UA"/>
        </w:rPr>
        <w:t xml:space="preserve">», код ЄДРПОУ </w:t>
      </w:r>
      <w:r w:rsidRPr="00E23FD2">
        <w:rPr>
          <w:color w:val="008C95"/>
          <w:lang w:val="uk-UA"/>
        </w:rPr>
        <w:t>__________ [код]</w:t>
      </w:r>
      <w:r w:rsidRPr="00E23FD2">
        <w:rPr>
          <w:lang w:val="uk-UA"/>
        </w:rPr>
        <w:t xml:space="preserve">, в особі </w:t>
      </w:r>
      <w:r w:rsidRPr="00E23FD2">
        <w:rPr>
          <w:color w:val="008C95"/>
          <w:lang w:val="uk-UA"/>
        </w:rPr>
        <w:t>__________ [посада, ПІБ]</w:t>
      </w:r>
      <w:r w:rsidRPr="00E23FD2">
        <w:rPr>
          <w:lang w:val="uk-UA"/>
        </w:rPr>
        <w:t xml:space="preserve">, що діє на підставі </w:t>
      </w:r>
      <w:r w:rsidRPr="00E23FD2">
        <w:rPr>
          <w:color w:val="008C95"/>
          <w:lang w:val="uk-UA"/>
        </w:rPr>
        <w:t>__________ [Статут / довіреність]</w:t>
      </w:r>
      <w:r w:rsidRPr="00E23FD2">
        <w:rPr>
          <w:lang w:val="uk-UA"/>
        </w:rPr>
        <w:t>, надалі — «Постачальник», та</w:t>
      </w:r>
    </w:p>
    <w:p w:rsidR="00A20095" w:rsidRPr="00E23FD2" w:rsidRDefault="00050E6F">
      <w:pPr>
        <w:spacing w:after="40"/>
        <w:jc w:val="both"/>
        <w:rPr>
          <w:lang w:val="uk-UA"/>
        </w:rPr>
      </w:pPr>
      <w:r w:rsidRPr="00FE1A23">
        <w:rPr>
          <w:color w:val="008C95"/>
          <w:lang w:val="uk-UA"/>
        </w:rPr>
        <w:t>__________ [повне найменування юридичної особи — Постачальника]</w:t>
      </w:r>
      <w:r w:rsidRPr="00FE1A23">
        <w:rPr>
          <w:lang w:val="uk-UA"/>
        </w:rPr>
        <w:t xml:space="preserve">, код ЄДРПОУ </w:t>
      </w:r>
      <w:r w:rsidRPr="00FE1A23">
        <w:rPr>
          <w:color w:val="008C95"/>
          <w:lang w:val="uk-UA"/>
        </w:rPr>
        <w:t>__________ [код]</w:t>
      </w:r>
      <w:r w:rsidRPr="00FE1A23">
        <w:rPr>
          <w:lang w:val="uk-UA"/>
        </w:rPr>
        <w:t xml:space="preserve">, в особі </w:t>
      </w:r>
      <w:r w:rsidRPr="00FE1A23">
        <w:rPr>
          <w:color w:val="008C95"/>
          <w:lang w:val="uk-UA"/>
        </w:rPr>
        <w:t>__________ [посада, ПІБ]</w:t>
      </w:r>
      <w:r w:rsidRPr="00FE1A23">
        <w:rPr>
          <w:lang w:val="uk-UA"/>
        </w:rPr>
        <w:t xml:space="preserve">, що діє на підставі </w:t>
      </w:r>
      <w:r w:rsidRPr="00FE1A23">
        <w:rPr>
          <w:color w:val="008C95"/>
          <w:lang w:val="uk-UA"/>
        </w:rPr>
        <w:t>__________ [Статут / довіреність / інша підстава]</w:t>
      </w:r>
      <w:r w:rsidRPr="00FE1A23">
        <w:rPr>
          <w:lang w:val="uk-UA"/>
        </w:rPr>
        <w:t xml:space="preserve">, надалі — «Постачальник», та </w:t>
      </w:r>
      <w:r w:rsidRPr="00FE1A23">
        <w:rPr>
          <w:color w:val="008C95"/>
          <w:lang w:val="uk-UA"/>
        </w:rPr>
        <w:t>__________ [повне найменування юридичної особи — Покупця]</w:t>
      </w:r>
      <w:r w:rsidRPr="00FE1A23">
        <w:rPr>
          <w:lang w:val="uk-UA"/>
        </w:rPr>
        <w:t xml:space="preserve">, код ЄДРПОУ </w:t>
      </w:r>
      <w:r w:rsidRPr="00FE1A23">
        <w:rPr>
          <w:color w:val="008C95"/>
          <w:lang w:val="uk-UA"/>
        </w:rPr>
        <w:t>__________ [код]</w:t>
      </w:r>
      <w:r w:rsidRPr="00FE1A23">
        <w:rPr>
          <w:lang w:val="uk-UA"/>
        </w:rPr>
        <w:t xml:space="preserve">, в особі </w:t>
      </w:r>
      <w:r w:rsidRPr="00FE1A23">
        <w:rPr>
          <w:color w:val="008C95"/>
          <w:lang w:val="uk-UA"/>
        </w:rPr>
        <w:t>__________ [посада, ПІБ]</w:t>
      </w:r>
      <w:r w:rsidRPr="00FE1A23">
        <w:rPr>
          <w:lang w:val="uk-UA"/>
        </w:rPr>
        <w:t xml:space="preserve">, що діє на підставі </w:t>
      </w:r>
      <w:r w:rsidRPr="00FE1A23">
        <w:rPr>
          <w:color w:val="008C95"/>
          <w:lang w:val="uk-UA"/>
        </w:rPr>
        <w:t>__________ [Статут / довіреність / інша підстава]</w:t>
      </w:r>
      <w:r w:rsidRPr="00FE1A23">
        <w:rPr>
          <w:lang w:val="uk-UA"/>
        </w:rPr>
        <w:t>, надалі — «Покупець», разом — «Сторони», уклали цей Договір про таке.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1. ПРЕДМЕТ ДОГОВОРУ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1.1. Постачальник зобов’язується поставити Покупцю товар (далі — «Товар»), а Покупець — прийняти та оплатити його на умовах цього Договору.</w:t>
      </w:r>
    </w:p>
    <w:p w:rsidR="00A20095" w:rsidRPr="00E23FD2" w:rsidRDefault="00050E6F">
      <w:pPr>
        <w:keepNext/>
        <w:spacing w:after="40"/>
        <w:jc w:val="both"/>
        <w:rPr>
          <w:lang w:val="uk-UA"/>
        </w:rPr>
      </w:pPr>
      <w:r w:rsidRPr="00E23FD2">
        <w:rPr>
          <w:b/>
          <w:lang w:val="uk-UA"/>
        </w:rPr>
        <w:t>1.2. Товар: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Найменування / модель / артикул: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[вкажіть]</w:t>
      </w:r>
      <w:r w:rsidRPr="00E23FD2">
        <w:rPr>
          <w:lang w:val="uk-UA"/>
        </w:rPr>
        <w:br/>
        <w:t xml:space="preserve">Характеристики / комплектація: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[вкажіть або «за документацією виробника»]</w:t>
      </w:r>
      <w:r w:rsidRPr="00E23FD2">
        <w:rPr>
          <w:lang w:val="uk-UA"/>
        </w:rPr>
        <w:br/>
        <w:t xml:space="preserve">Кількість: </w:t>
      </w:r>
      <w:r w:rsidRPr="00E23FD2">
        <w:rPr>
          <w:color w:val="008C95"/>
          <w:shd w:val="clear" w:color="auto" w:fill="D8F0F1"/>
          <w:lang w:val="uk-UA"/>
        </w:rPr>
        <w:t>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 xml:space="preserve">[кількість та од. </w:t>
      </w:r>
      <w:proofErr w:type="spellStart"/>
      <w:r w:rsidRPr="00E23FD2">
        <w:rPr>
          <w:color w:val="008C95"/>
          <w:shd w:val="clear" w:color="auto" w:fill="D8F0F1"/>
          <w:lang w:val="uk-UA"/>
        </w:rPr>
        <w:t>вим</w:t>
      </w:r>
      <w:proofErr w:type="spellEnd"/>
      <w:r w:rsidRPr="00E23FD2">
        <w:rPr>
          <w:color w:val="008C95"/>
          <w:shd w:val="clear" w:color="auto" w:fill="D8F0F1"/>
          <w:lang w:val="uk-UA"/>
        </w:rPr>
        <w:t>.]</w:t>
      </w:r>
      <w:r w:rsidRPr="00E23FD2">
        <w:rPr>
          <w:lang w:val="uk-UA"/>
        </w:rPr>
        <w:br/>
        <w:t xml:space="preserve">Ціна за одиницю: </w:t>
      </w:r>
      <w:r w:rsidRPr="00E23FD2">
        <w:rPr>
          <w:color w:val="008C95"/>
          <w:shd w:val="clear" w:color="auto" w:fill="D8F0F1"/>
          <w:lang w:val="uk-UA"/>
        </w:rPr>
        <w:t>________________</w:t>
      </w:r>
      <w:r w:rsidRPr="00E23FD2">
        <w:rPr>
          <w:lang w:val="uk-UA"/>
        </w:rPr>
        <w:t xml:space="preserve"> грн </w:t>
      </w:r>
      <w:r w:rsidRPr="00E23FD2">
        <w:rPr>
          <w:color w:val="008C95"/>
          <w:shd w:val="clear" w:color="auto" w:fill="D8F0F1"/>
          <w:lang w:val="uk-UA"/>
        </w:rPr>
        <w:t>[з ПДВ / без ПДВ]</w:t>
      </w:r>
      <w:r w:rsidRPr="00E23FD2">
        <w:rPr>
          <w:lang w:val="uk-UA"/>
        </w:rPr>
        <w:br/>
        <w:t xml:space="preserve">Загальна вартість: </w:t>
      </w:r>
      <w:r w:rsidRPr="00E23FD2">
        <w:rPr>
          <w:color w:val="008C95"/>
          <w:shd w:val="clear" w:color="auto" w:fill="D8F0F1"/>
          <w:lang w:val="uk-UA"/>
        </w:rPr>
        <w:t>________________</w:t>
      </w:r>
      <w:r w:rsidRPr="00E23FD2">
        <w:rPr>
          <w:lang w:val="uk-UA"/>
        </w:rPr>
        <w:t xml:space="preserve"> грн </w:t>
      </w:r>
      <w:r w:rsidRPr="00E23FD2">
        <w:rPr>
          <w:color w:val="008C95"/>
          <w:shd w:val="clear" w:color="auto" w:fill="D8F0F1"/>
          <w:lang w:val="uk-UA"/>
        </w:rPr>
        <w:t xml:space="preserve">[у </w:t>
      </w:r>
      <w:proofErr w:type="spellStart"/>
      <w:r w:rsidRPr="00E23FD2">
        <w:rPr>
          <w:color w:val="008C95"/>
          <w:shd w:val="clear" w:color="auto" w:fill="D8F0F1"/>
          <w:lang w:val="uk-UA"/>
        </w:rPr>
        <w:t>т.ч</w:t>
      </w:r>
      <w:proofErr w:type="spellEnd"/>
      <w:r w:rsidRPr="00E23FD2">
        <w:rPr>
          <w:color w:val="008C95"/>
          <w:shd w:val="clear" w:color="auto" w:fill="D8F0F1"/>
          <w:lang w:val="uk-UA"/>
        </w:rPr>
        <w:t>. ПДВ ___ грн / без ПДВ]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1.3. Постачальник постачає Товар за цим Договором вільним від прав третіх осіб, застави, арешту та інших обтяжень.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2. ОПЛАТА ТА ПОСТАВКА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2.1. Строк оплати Товару: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br/>
      </w:r>
      <w:r w:rsidRPr="00E23FD2">
        <w:rPr>
          <w:color w:val="008C95"/>
          <w:shd w:val="clear" w:color="auto" w:fill="D8F0F1"/>
          <w:lang w:val="uk-UA"/>
        </w:rPr>
        <w:t>[наприклад: 100 % попередня оплата протягом 2 робочих днів з дати рахунку]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Датою оплати є дата зарахування коштів на рахунок Постачальника.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2.2. Строк поставки: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[дата або період]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2.3. Базис поставки: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 xml:space="preserve">[EXW / FCA / DAP тощо, </w:t>
      </w:r>
      <w:proofErr w:type="spellStart"/>
      <w:r w:rsidRPr="00E23FD2">
        <w:rPr>
          <w:color w:val="008C95"/>
          <w:shd w:val="clear" w:color="auto" w:fill="D8F0F1"/>
          <w:lang w:val="uk-UA"/>
        </w:rPr>
        <w:t>Incoterms</w:t>
      </w:r>
      <w:proofErr w:type="spellEnd"/>
      <w:r w:rsidRPr="00E23FD2">
        <w:rPr>
          <w:color w:val="008C95"/>
          <w:shd w:val="clear" w:color="auto" w:fill="D8F0F1"/>
          <w:lang w:val="uk-UA"/>
        </w:rPr>
        <w:t>® 2020]</w:t>
      </w:r>
      <w:r w:rsidRPr="00E23FD2">
        <w:rPr>
          <w:lang w:val="uk-UA"/>
        </w:rPr>
        <w:t>.</w:t>
      </w:r>
      <w:r w:rsidRPr="00E23FD2">
        <w:rPr>
          <w:lang w:val="uk-UA"/>
        </w:rPr>
        <w:br/>
        <w:t xml:space="preserve">Місце поставки: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[адреса]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2.4. Право власності на Товар переходить до Покупця після його поставки та повної оплати. Ризик випадкової втрати або пошкодження Товару переходить до Покупця в момент виконання обов’язку Постачальником з поставки Товару відповідно до погодженого правила </w:t>
      </w:r>
      <w:proofErr w:type="spellStart"/>
      <w:r w:rsidRPr="00E23FD2">
        <w:rPr>
          <w:lang w:val="uk-UA"/>
        </w:rPr>
        <w:t>Incoterms</w:t>
      </w:r>
      <w:proofErr w:type="spellEnd"/>
      <w:r w:rsidRPr="00E23FD2">
        <w:rPr>
          <w:lang w:val="uk-UA"/>
        </w:rPr>
        <w:t>® 2020.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3. ПРИЙМАННЯ, ЯКІСТЬ ТА ГАРАНТІЯ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3.1. При отриманні Товару Покупець перевіряє його кількість, упаковку та очевидні пошкодження. Зауваження зазначаються у видатковій накладній, транспортному документі або акті.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3.2. Якість Товару повинна відповідати умовам цього Договору, вимогам законодавства України та документації виробника.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 xml:space="preserve">Гарантійний строк: </w:t>
      </w:r>
      <w:r w:rsidRPr="00E23FD2">
        <w:rPr>
          <w:color w:val="008C95"/>
          <w:shd w:val="clear" w:color="auto" w:fill="D8F0F1"/>
          <w:lang w:val="uk-UA"/>
        </w:rPr>
        <w:t>________________________________</w:t>
      </w:r>
      <w:r w:rsidRPr="00E23FD2">
        <w:rPr>
          <w:lang w:val="uk-UA"/>
        </w:rPr>
        <w:t xml:space="preserve"> </w:t>
      </w:r>
      <w:r w:rsidRPr="00E23FD2">
        <w:rPr>
          <w:color w:val="008C95"/>
          <w:shd w:val="clear" w:color="auto" w:fill="D8F0F1"/>
          <w:lang w:val="uk-UA"/>
        </w:rPr>
        <w:t>[строк / гарантія виробника]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3.3. Гарантія не поширюється на недоліки, спричинені неправильним транспортуванням, зберіганням, монтажем або експлуатацією, механічними пошкодженнями, самостійним ремонтом чи нормальним зносом.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lastRenderedPageBreak/>
        <w:t>4. ВІДПОВІДАЛЬНІСТЬ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4.1. За прострочення оплати Покупець на вимогу Постачальника сплачує пеню за кожний день прострочення, розраховану виходячи з подвійної облікової ставки НБУ у річному обчисленні від суми боргу, а також інфляційні втрати у межах, дозволених законодавством України.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4.2. У разі безпідставної відмови Покупця від прийняття належним чином поставленого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Постачальника.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4.3. Постачальник не відповідає за упущену вигоду, непрямі збитки, простій або штрафи третіх осіб.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4.4. За прострочення поставки Товару Постачальник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непоставленого в строк Товару.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5. ФОРС-МАЖОР ТА ЗАГАЛЬНІ УМОВИ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5.2. Договір діє з дня підписання Сторонами до</w:t>
      </w:r>
      <w:r w:rsidR="00E23FD2">
        <w:rPr>
          <w:lang w:val="uk-UA"/>
        </w:rPr>
        <w:t xml:space="preserve"> повного виконання зобов’язань Сторонами, які взяті за ним</w:t>
      </w:r>
      <w:r w:rsidRPr="00E23FD2">
        <w:rPr>
          <w:lang w:val="uk-UA"/>
        </w:rPr>
        <w:t>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E23FD2" w:rsidRDefault="00050E6F">
      <w:pPr>
        <w:jc w:val="both"/>
        <w:rPr>
          <w:lang w:val="uk-UA"/>
        </w:rPr>
      </w:pPr>
      <w:r w:rsidRPr="00E23FD2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E23FD2" w:rsidRDefault="00050E6F">
      <w:pPr>
        <w:jc w:val="both"/>
        <w:rPr>
          <w:lang w:val="uk-UA"/>
        </w:rPr>
      </w:pPr>
      <w:r w:rsidRPr="00FE1A23">
        <w:rPr>
          <w:lang w:val="ru-RU"/>
        </w:rPr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A20095" w:rsidRPr="00E23FD2" w:rsidRDefault="00050E6F">
      <w:pPr>
        <w:keepNext/>
        <w:pBdr>
          <w:bottom w:val="single" w:sz="8" w:space="3" w:color="008C95"/>
        </w:pBdr>
        <w:spacing w:before="140" w:after="80"/>
        <w:rPr>
          <w:lang w:val="uk-UA"/>
        </w:rPr>
      </w:pPr>
      <w:r w:rsidRPr="00E23FD2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FE1A23">
        <w:trPr>
          <w:cantSplit/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E23FD2" w:rsidRDefault="00050E6F">
            <w:pPr>
              <w:spacing w:after="80"/>
              <w:jc w:val="center"/>
              <w:rPr>
                <w:lang w:val="uk-UA"/>
              </w:rPr>
            </w:pPr>
            <w:r w:rsidRPr="00FE1A23">
              <w:rPr>
                <w:b/>
                <w:lang w:val="ru-RU"/>
              </w:rPr>
              <w:t>ПОСТАЧАЛЬНИК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Найменування: </w:t>
            </w:r>
            <w:r w:rsidRPr="00FE1A23">
              <w:rPr>
                <w:color w:val="008C95"/>
                <w:lang w:val="ru-RU"/>
              </w:rPr>
              <w:t>__________ [повне найменування юридичної особи]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Код ЄДРПОУ: </w:t>
            </w:r>
            <w:r w:rsidRPr="00FE1A23">
              <w:rPr>
                <w:color w:val="008C95"/>
                <w:lang w:val="ru-RU"/>
              </w:rPr>
              <w:t>__________ [вкажіть]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Статус ПДВ: </w:t>
            </w:r>
            <w:r w:rsidRPr="00FE1A23">
              <w:rPr>
                <w:color w:val="008C95"/>
                <w:lang w:val="ru-RU"/>
              </w:rPr>
              <w:t>__________ [платник / неплатник]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Адреса: </w:t>
            </w:r>
            <w:r w:rsidRPr="00FE1A23">
              <w:rPr>
                <w:color w:val="008C95"/>
                <w:lang w:val="ru-RU"/>
              </w:rPr>
              <w:t>__________ [вкажіть]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>
              <w:t>IBAN</w:t>
            </w:r>
            <w:r w:rsidRPr="00FE1A23">
              <w:rPr>
                <w:lang w:val="ru-RU"/>
              </w:rPr>
              <w:t xml:space="preserve">: </w:t>
            </w:r>
            <w:r>
              <w:rPr>
                <w:color w:val="008C95"/>
              </w:rPr>
              <w:t>UA</w:t>
            </w:r>
            <w:r w:rsidRPr="00FE1A23">
              <w:rPr>
                <w:color w:val="008C95"/>
                <w:lang w:val="ru-RU"/>
              </w:rPr>
              <w:t>________________ [вкажіть]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Банк: </w:t>
            </w:r>
            <w:r w:rsidRPr="00FE1A23">
              <w:rPr>
                <w:color w:val="008C95"/>
                <w:lang w:val="ru-RU"/>
              </w:rPr>
              <w:t>__________ [вкажіть]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>
              <w:t>E</w:t>
            </w:r>
            <w:r w:rsidRPr="00FE1A23">
              <w:rPr>
                <w:lang w:val="ru-RU"/>
              </w:rPr>
              <w:t>-</w:t>
            </w:r>
            <w:r>
              <w:t>mail</w:t>
            </w:r>
            <w:r w:rsidRPr="00FE1A23">
              <w:rPr>
                <w:lang w:val="ru-RU"/>
              </w:rPr>
              <w:t xml:space="preserve"> / телефон: </w:t>
            </w:r>
            <w:r w:rsidRPr="00FE1A23">
              <w:rPr>
                <w:color w:val="008C95"/>
                <w:lang w:val="ru-RU"/>
              </w:rPr>
              <w:t>__________ [вкажіть]</w:t>
            </w:r>
          </w:p>
          <w:p w:rsidR="00DC3C87" w:rsidRPr="00E23FD2" w:rsidRDefault="006E7427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Підписант: </w:t>
            </w:r>
            <w:r w:rsidRPr="00FE1A23">
              <w:rPr>
                <w:color w:val="008C95"/>
                <w:lang w:val="ru-RU"/>
              </w:rPr>
              <w:t>__________ [посада, ПІБ, підстава]</w:t>
            </w:r>
          </w:p>
          <w:p w:rsidR="00DC3C87" w:rsidRPr="00E23FD2" w:rsidRDefault="006E7427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Підпис: </w:t>
            </w:r>
            <w:r w:rsidRPr="00FE1A23">
              <w:rPr>
                <w:color w:val="008C95"/>
                <w:lang w:val="ru-RU"/>
              </w:rPr>
              <w:t>__________ / __________ [ПІБ]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E23FD2" w:rsidRDefault="00050E6F">
            <w:pPr>
              <w:spacing w:after="80"/>
              <w:jc w:val="center"/>
              <w:rPr>
                <w:lang w:val="uk-UA"/>
              </w:rPr>
            </w:pPr>
            <w:r w:rsidRPr="00FE1A23">
              <w:rPr>
                <w:b/>
                <w:lang w:val="ru-RU"/>
              </w:rPr>
              <w:t>ПОКУПЕЦЬ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Найменування: </w:t>
            </w:r>
            <w:r w:rsidRPr="00FE1A23">
              <w:rPr>
                <w:color w:val="008C95"/>
                <w:lang w:val="ru-RU"/>
              </w:rPr>
              <w:t>__________ [повне найменування юридичної особи]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Код ЄДРПОУ: </w:t>
            </w:r>
            <w:r w:rsidRPr="00FE1A23">
              <w:rPr>
                <w:color w:val="008C95"/>
                <w:lang w:val="ru-RU"/>
              </w:rPr>
              <w:t>__________ [вкажіть]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Статус ПДВ: </w:t>
            </w:r>
            <w:r w:rsidRPr="00FE1A23">
              <w:rPr>
                <w:color w:val="008C95"/>
                <w:lang w:val="ru-RU"/>
              </w:rPr>
              <w:t>__________ [платник / неплатник]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Адреса: </w:t>
            </w:r>
            <w:r w:rsidRPr="00FE1A23">
              <w:rPr>
                <w:color w:val="008C95"/>
                <w:lang w:val="ru-RU"/>
              </w:rPr>
              <w:t>__________ [вкажіть]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>
              <w:t>IBAN</w:t>
            </w:r>
            <w:r w:rsidRPr="00FE1A23">
              <w:rPr>
                <w:lang w:val="ru-RU"/>
              </w:rPr>
              <w:t xml:space="preserve">: </w:t>
            </w:r>
            <w:r>
              <w:rPr>
                <w:color w:val="008C95"/>
              </w:rPr>
              <w:t>UA</w:t>
            </w:r>
            <w:r w:rsidRPr="00FE1A23">
              <w:rPr>
                <w:color w:val="008C95"/>
                <w:lang w:val="ru-RU"/>
              </w:rPr>
              <w:t>________________ [вкажіть]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Банк: </w:t>
            </w:r>
            <w:r w:rsidRPr="00FE1A23">
              <w:rPr>
                <w:color w:val="008C95"/>
                <w:lang w:val="ru-RU"/>
              </w:rPr>
              <w:t>__________ [вкажіть]</w:t>
            </w:r>
          </w:p>
          <w:p w:rsidR="00A20095" w:rsidRPr="00E23FD2" w:rsidRDefault="00050E6F">
            <w:pPr>
              <w:spacing w:after="20"/>
              <w:rPr>
                <w:lang w:val="uk-UA"/>
              </w:rPr>
            </w:pPr>
            <w:r>
              <w:t>E</w:t>
            </w:r>
            <w:r w:rsidRPr="00FE1A23">
              <w:rPr>
                <w:lang w:val="ru-RU"/>
              </w:rPr>
              <w:t>-</w:t>
            </w:r>
            <w:r>
              <w:t>mail</w:t>
            </w:r>
            <w:r w:rsidRPr="00FE1A23">
              <w:rPr>
                <w:lang w:val="ru-RU"/>
              </w:rPr>
              <w:t xml:space="preserve"> / телефон: </w:t>
            </w:r>
            <w:r w:rsidRPr="00FE1A23">
              <w:rPr>
                <w:color w:val="008C95"/>
                <w:lang w:val="ru-RU"/>
              </w:rPr>
              <w:t>__________ [вкажіть]</w:t>
            </w:r>
          </w:p>
          <w:p w:rsidR="00DC3C87" w:rsidRPr="00E23FD2" w:rsidRDefault="006E7427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Підписант: </w:t>
            </w:r>
            <w:r w:rsidRPr="00FE1A23">
              <w:rPr>
                <w:color w:val="008C95"/>
                <w:lang w:val="ru-RU"/>
              </w:rPr>
              <w:t>__________ [посада, ПІБ, підстава]</w:t>
            </w:r>
          </w:p>
          <w:p w:rsidR="00DC3C87" w:rsidRPr="00E23FD2" w:rsidRDefault="006E7427">
            <w:pPr>
              <w:spacing w:after="20"/>
              <w:rPr>
                <w:lang w:val="uk-UA"/>
              </w:rPr>
            </w:pPr>
            <w:r w:rsidRPr="00FE1A23">
              <w:rPr>
                <w:lang w:val="ru-RU"/>
              </w:rPr>
              <w:t xml:space="preserve">Підпис: </w:t>
            </w:r>
            <w:r w:rsidRPr="00FE1A23">
              <w:rPr>
                <w:color w:val="008C95"/>
                <w:lang w:val="ru-RU"/>
              </w:rPr>
              <w:t>__________ / __________ [ПІБ]</w:t>
            </w:r>
          </w:p>
          <w:p w:rsidR="00DC3C87" w:rsidRPr="00E23FD2" w:rsidRDefault="00DC3C87">
            <w:pPr>
              <w:spacing w:after="0"/>
              <w:rPr>
                <w:lang w:val="uk-UA"/>
              </w:rPr>
            </w:pPr>
          </w:p>
        </w:tc>
      </w:tr>
    </w:tbl>
    <w:p w:rsidR="00050E6F" w:rsidRPr="00E23FD2" w:rsidRDefault="00050E6F">
      <w:pPr>
        <w:spacing w:after="0" w:line="20" w:lineRule="exact"/>
        <w:rPr>
          <w:lang w:val="uk-UA"/>
        </w:rPr>
      </w:pPr>
    </w:p>
    <w:sectPr w:rsidR="00050E6F" w:rsidRPr="00E23FD2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89D" w:rsidRDefault="0005389D">
      <w:pPr>
        <w:spacing w:after="0"/>
      </w:pPr>
      <w:r>
        <w:separator/>
      </w:r>
    </w:p>
  </w:endnote>
  <w:endnote w:type="continuationSeparator" w:id="0">
    <w:p w:rsidR="0005389D" w:rsidRDefault="000538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FE1A23">
      <w:rPr>
        <w:noProof/>
        <w:color w:val="777777"/>
        <w:sz w:val="17"/>
      </w:rPr>
      <w:t>1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89D" w:rsidRDefault="0005389D">
      <w:pPr>
        <w:spacing w:after="0"/>
      </w:pPr>
      <w:r>
        <w:separator/>
      </w:r>
    </w:p>
  </w:footnote>
  <w:footnote w:type="continuationSeparator" w:id="0">
    <w:p w:rsidR="0005389D" w:rsidRDefault="000538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5389D"/>
    <w:rsid w:val="0006063C"/>
    <w:rsid w:val="0015074B"/>
    <w:rsid w:val="0029639D"/>
    <w:rsid w:val="00326F90"/>
    <w:rsid w:val="006E7427"/>
    <w:rsid w:val="00806D30"/>
    <w:rsid w:val="00A20095"/>
    <w:rsid w:val="00AA1D8D"/>
    <w:rsid w:val="00B47730"/>
    <w:rsid w:val="00CB0664"/>
    <w:rsid w:val="00CE3185"/>
    <w:rsid w:val="00DC3C87"/>
    <w:rsid w:val="00E23FD2"/>
    <w:rsid w:val="00FC693F"/>
    <w:rsid w:val="00FE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E7B33B-AA35-4807-A710-4E8DDD97F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834</Words>
  <Characters>4760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2026-09-24T09:39:00Z</dcterms:created>
  <dcterms:modified xsi:type="dcterms:W3CDTF">2026-09-24T09:39:00Z</dcterms:modified>
</cp:coreProperties>
</file>