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986"/>
        <w:gridCol w:w="4986"/>
      </w:tblGrid>
      <w:tr w:rsidR="00CB359A" w:rsidRPr="00083898">
        <w:tc>
          <w:tcPr>
            <w:tcW w:w="4986" w:type="dxa"/>
            <w:tcMar>
              <w:top w:w="0" w:type="dxa"/>
              <w:left w:w="0" w:type="dxa"/>
              <w:bottom w:w="0" w:type="dxa"/>
              <w:right w:w="0" w:type="dxa"/>
            </w:tcMar>
            <w:vAlign w:val="center"/>
          </w:tcPr>
          <w:p w:rsidR="00CB359A" w:rsidRPr="00083898" w:rsidRDefault="00CB359A">
            <w:pPr>
              <w:rPr>
                <w:lang w:val="uk-UA"/>
              </w:rPr>
            </w:pPr>
            <w:bookmarkStart w:id="0" w:name="_GoBack"/>
          </w:p>
        </w:tc>
        <w:tc>
          <w:tcPr>
            <w:tcW w:w="4986" w:type="dxa"/>
            <w:tcMar>
              <w:top w:w="0" w:type="dxa"/>
              <w:left w:w="0" w:type="dxa"/>
              <w:bottom w:w="0" w:type="dxa"/>
              <w:right w:w="0" w:type="dxa"/>
            </w:tcMar>
            <w:vAlign w:val="center"/>
          </w:tcPr>
          <w:p w:rsidR="00CB359A" w:rsidRPr="00083898" w:rsidRDefault="00CB359A">
            <w:pPr>
              <w:rPr>
                <w:lang w:val="uk-UA"/>
              </w:rPr>
            </w:pPr>
          </w:p>
        </w:tc>
      </w:tr>
    </w:tbl>
    <w:p w:rsidR="00CB359A" w:rsidRPr="00083898" w:rsidRDefault="009C040B">
      <w:pPr>
        <w:keepNext/>
        <w:spacing w:before="20" w:after="40"/>
        <w:jc w:val="center"/>
        <w:rPr>
          <w:lang w:val="uk-UA"/>
        </w:rPr>
      </w:pPr>
      <w:r w:rsidRPr="00083898">
        <w:rPr>
          <w:b/>
          <w:color w:val="222222"/>
          <w:lang w:val="uk-UA"/>
        </w:rPr>
        <w:t>ДОГОВІР ПРО НАДАННЯ ПОСЛУГ З ОРГАНІЗАЦІЇ ЗАХОДУ</w:t>
      </w:r>
    </w:p>
    <w:p w:rsidR="00CB359A" w:rsidRPr="00083898" w:rsidRDefault="009C040B">
      <w:pPr>
        <w:keepNext/>
        <w:spacing w:after="40"/>
        <w:jc w:val="center"/>
        <w:rPr>
          <w:szCs w:val="24"/>
          <w:lang w:val="uk-UA"/>
        </w:rPr>
      </w:pPr>
      <w:r w:rsidRPr="00083898">
        <w:rPr>
          <w:b/>
          <w:color w:val="222222"/>
          <w:lang w:val="uk-UA"/>
        </w:rPr>
        <w:t xml:space="preserve">№ </w:t>
      </w:r>
      <w:r w:rsidRPr="00083898">
        <w:rPr>
          <w:color w:val="008C95"/>
          <w:lang w:val="uk-UA"/>
        </w:rPr>
        <w:t>__________ [вкажіть номер договору]</w:t>
      </w:r>
    </w:p>
    <w:p w:rsidR="00CB359A" w:rsidRPr="00083898" w:rsidRDefault="009C040B">
      <w:pPr>
        <w:spacing w:after="40"/>
        <w:jc w:val="center"/>
        <w:rPr>
          <w:szCs w:val="24"/>
          <w:lang w:val="uk-UA"/>
        </w:rPr>
      </w:pPr>
      <w:r w:rsidRPr="00083898">
        <w:rPr>
          <w:color w:val="222222"/>
          <w:lang w:val="uk-UA"/>
        </w:rPr>
        <w:t>м. Київ «</w:t>
      </w:r>
      <w:r w:rsidRPr="00083898">
        <w:rPr>
          <w:color w:val="008C95"/>
          <w:lang w:val="uk-UA"/>
        </w:rPr>
        <w:t>___ [число]</w:t>
      </w:r>
      <w:r w:rsidRPr="00083898">
        <w:rPr>
          <w:color w:val="222222"/>
          <w:lang w:val="uk-UA"/>
        </w:rPr>
        <w:t xml:space="preserve">» </w:t>
      </w:r>
      <w:r w:rsidRPr="00083898">
        <w:rPr>
          <w:color w:val="008C95"/>
          <w:lang w:val="uk-UA"/>
        </w:rPr>
        <w:t>__________ [місяць словами]</w:t>
      </w:r>
      <w:r w:rsidRPr="00083898">
        <w:rPr>
          <w:color w:val="222222"/>
          <w:lang w:val="uk-UA"/>
        </w:rPr>
        <w:t xml:space="preserve"> </w:t>
      </w:r>
      <w:r w:rsidRPr="00083898">
        <w:rPr>
          <w:color w:val="008C95"/>
          <w:lang w:val="uk-UA"/>
        </w:rPr>
        <w:t>____ [рік]</w:t>
      </w:r>
      <w:r w:rsidRPr="00083898">
        <w:rPr>
          <w:color w:val="222222"/>
          <w:lang w:val="uk-UA"/>
        </w:rPr>
        <w:t xml:space="preserve"> р.</w:t>
      </w:r>
    </w:p>
    <w:p w:rsidR="00CB359A" w:rsidRPr="00083898" w:rsidRDefault="009C040B">
      <w:pPr>
        <w:spacing w:after="20"/>
        <w:jc w:val="both"/>
        <w:rPr>
          <w:szCs w:val="24"/>
          <w:lang w:val="uk-UA"/>
        </w:rPr>
      </w:pPr>
      <w:r w:rsidRPr="00083898">
        <w:rPr>
          <w:color w:val="222222"/>
          <w:szCs w:val="24"/>
          <w:lang w:val="uk-UA"/>
        </w:rPr>
        <w:t xml:space="preserve">[Для юридичної особи: </w:t>
      </w:r>
      <w:r w:rsidRPr="00083898">
        <w:rPr>
          <w:color w:val="008C95"/>
          <w:szCs w:val="24"/>
          <w:shd w:val="clear" w:color="auto" w:fill="D9F1F2"/>
          <w:lang w:val="uk-UA"/>
        </w:rPr>
        <w:t>__________ [повне найменування]</w:t>
      </w:r>
      <w:r w:rsidRPr="00083898">
        <w:rPr>
          <w:color w:val="222222"/>
          <w:szCs w:val="24"/>
          <w:lang w:val="uk-UA"/>
        </w:rPr>
        <w:t xml:space="preserve">, код ЄДРПОУ </w:t>
      </w:r>
      <w:r w:rsidRPr="00083898">
        <w:rPr>
          <w:color w:val="008C95"/>
          <w:szCs w:val="24"/>
          <w:shd w:val="clear" w:color="auto" w:fill="D9F1F2"/>
          <w:lang w:val="uk-UA"/>
        </w:rPr>
        <w:t>__________ [код]</w:t>
      </w:r>
      <w:r w:rsidRPr="00083898">
        <w:rPr>
          <w:color w:val="222222"/>
          <w:szCs w:val="24"/>
          <w:lang w:val="uk-UA"/>
        </w:rPr>
        <w:t xml:space="preserve">, в особі </w:t>
      </w:r>
      <w:r w:rsidRPr="00083898">
        <w:rPr>
          <w:color w:val="008C95"/>
          <w:szCs w:val="24"/>
          <w:shd w:val="clear" w:color="auto" w:fill="D9F1F2"/>
          <w:lang w:val="uk-UA"/>
        </w:rPr>
        <w:t>__________ [посада, ПІБ]</w:t>
      </w:r>
      <w:r w:rsidRPr="00083898">
        <w:rPr>
          <w:color w:val="222222"/>
          <w:szCs w:val="24"/>
          <w:lang w:val="uk-UA"/>
        </w:rPr>
        <w:t xml:space="preserve">, що діє на підставі </w:t>
      </w:r>
      <w:r w:rsidRPr="00083898">
        <w:rPr>
          <w:color w:val="008C95"/>
          <w:szCs w:val="24"/>
          <w:shd w:val="clear" w:color="auto" w:fill="D9F1F2"/>
          <w:lang w:val="uk-UA"/>
        </w:rPr>
        <w:t>__________ [Статут / довіреність]</w:t>
      </w:r>
      <w:r w:rsidRPr="00083898">
        <w:rPr>
          <w:color w:val="222222"/>
          <w:szCs w:val="24"/>
          <w:lang w:val="uk-UA"/>
        </w:rPr>
        <w:t xml:space="preserve">; для ФОП: ФОП </w:t>
      </w:r>
      <w:r w:rsidRPr="00083898">
        <w:rPr>
          <w:color w:val="008C95"/>
          <w:szCs w:val="24"/>
          <w:shd w:val="clear" w:color="auto" w:fill="D9F1F2"/>
          <w:lang w:val="uk-UA"/>
        </w:rPr>
        <w:t>__________ [ПІБ]</w:t>
      </w:r>
      <w:r w:rsidRPr="00083898">
        <w:rPr>
          <w:color w:val="222222"/>
          <w:szCs w:val="24"/>
          <w:lang w:val="uk-UA"/>
        </w:rPr>
        <w:t xml:space="preserve">, РНОКПП </w:t>
      </w:r>
      <w:r w:rsidRPr="00083898">
        <w:rPr>
          <w:color w:val="008C95"/>
          <w:szCs w:val="24"/>
          <w:shd w:val="clear" w:color="auto" w:fill="D9F1F2"/>
          <w:lang w:val="uk-UA"/>
        </w:rPr>
        <w:t>__________ [РНОКПП]</w:t>
      </w:r>
      <w:r w:rsidRPr="00083898">
        <w:rPr>
          <w:color w:val="222222"/>
          <w:szCs w:val="24"/>
          <w:lang w:val="uk-UA"/>
        </w:rPr>
        <w:t xml:space="preserve">], надалі – «Виконавець», та громадянин(ка) України </w:t>
      </w:r>
      <w:r w:rsidRPr="00083898">
        <w:rPr>
          <w:color w:val="008C95"/>
          <w:szCs w:val="24"/>
          <w:shd w:val="clear" w:color="auto" w:fill="D9F1F2"/>
          <w:lang w:val="uk-UA"/>
        </w:rPr>
        <w:t>__________ [ПІБ Замовника]</w:t>
      </w:r>
      <w:r w:rsidRPr="00083898">
        <w:rPr>
          <w:color w:val="222222"/>
          <w:szCs w:val="24"/>
          <w:lang w:val="uk-UA"/>
        </w:rPr>
        <w:t xml:space="preserve">, РНОКПП </w:t>
      </w:r>
      <w:r w:rsidRPr="00083898">
        <w:rPr>
          <w:color w:val="008C95"/>
          <w:szCs w:val="24"/>
          <w:shd w:val="clear" w:color="auto" w:fill="D9F1F2"/>
          <w:lang w:val="uk-UA"/>
        </w:rPr>
        <w:t>__________ [РНОКПП]</w:t>
      </w:r>
      <w:r w:rsidRPr="00083898">
        <w:rPr>
          <w:color w:val="222222"/>
          <w:szCs w:val="24"/>
          <w:lang w:val="uk-UA"/>
        </w:rPr>
        <w:t>, надалі – «Замовник», разом – «Сторони», уклали цей Договір про таке:</w:t>
      </w:r>
    </w:p>
    <w:p w:rsidR="00CB359A" w:rsidRPr="00083898" w:rsidRDefault="009C040B">
      <w:pPr>
        <w:keepNext/>
        <w:pBdr>
          <w:bottom w:val="single" w:sz="8" w:space="1" w:color="269EA5"/>
        </w:pBdr>
        <w:spacing w:before="100" w:after="40"/>
        <w:rPr>
          <w:szCs w:val="24"/>
          <w:lang w:val="uk-UA"/>
        </w:rPr>
      </w:pPr>
      <w:r w:rsidRPr="00083898">
        <w:rPr>
          <w:b/>
          <w:color w:val="222222"/>
          <w:lang w:val="uk-UA"/>
        </w:rPr>
        <w:t>1. ПРЕДМЕТ ДОГОВОРУ</w:t>
      </w:r>
    </w:p>
    <w:p w:rsidR="00CB359A" w:rsidRPr="00083898" w:rsidRDefault="009C040B">
      <w:pPr>
        <w:jc w:val="both"/>
        <w:rPr>
          <w:szCs w:val="24"/>
          <w:lang w:val="uk-UA"/>
        </w:rPr>
      </w:pPr>
      <w:r w:rsidRPr="00083898">
        <w:rPr>
          <w:color w:val="222222"/>
          <w:lang w:val="uk-UA"/>
        </w:rPr>
        <w:t>1.1. Виконавець за замовленням Замовника зобов’язується надати послуги з організації та проведення заходу: «</w:t>
      </w:r>
      <w:r w:rsidRPr="00083898">
        <w:rPr>
          <w:color w:val="008C95"/>
          <w:lang w:val="uk-UA"/>
        </w:rPr>
        <w:t>__________ [назва / вид заходу]</w:t>
      </w:r>
      <w:r w:rsidRPr="00083898">
        <w:rPr>
          <w:color w:val="222222"/>
          <w:lang w:val="uk-UA"/>
        </w:rPr>
        <w:t>» (надалі – Послуги), а Замовник – прийняти належним чином надані Послуги та оплатити їх.</w:t>
      </w:r>
    </w:p>
    <w:p w:rsidR="00CB359A" w:rsidRPr="00083898" w:rsidRDefault="009C040B">
      <w:pPr>
        <w:jc w:val="both"/>
        <w:rPr>
          <w:szCs w:val="24"/>
          <w:lang w:val="uk-UA"/>
        </w:rPr>
      </w:pPr>
      <w:r w:rsidRPr="00083898">
        <w:rPr>
          <w:color w:val="222222"/>
          <w:lang w:val="uk-UA"/>
        </w:rPr>
        <w:t>1.2. Основні умови проведення заходу:</w:t>
      </w:r>
      <w:r w:rsidRPr="00083898">
        <w:rPr>
          <w:color w:val="222222"/>
          <w:lang w:val="uk-UA"/>
        </w:rPr>
        <w:br/>
        <w:t xml:space="preserve">Дата: </w:t>
      </w:r>
      <w:r w:rsidRPr="00083898">
        <w:rPr>
          <w:color w:val="008C95"/>
          <w:lang w:val="uk-UA"/>
        </w:rPr>
        <w:t>__.__.____ [дата]</w:t>
      </w:r>
      <w:r w:rsidRPr="00083898">
        <w:rPr>
          <w:color w:val="222222"/>
          <w:lang w:val="uk-UA"/>
        </w:rPr>
        <w:t xml:space="preserve">. Час: </w:t>
      </w:r>
      <w:r w:rsidRPr="00083898">
        <w:rPr>
          <w:color w:val="008C95"/>
          <w:lang w:val="uk-UA"/>
        </w:rPr>
        <w:t>з __:__ до __:__</w:t>
      </w:r>
      <w:r w:rsidRPr="00083898">
        <w:rPr>
          <w:color w:val="222222"/>
          <w:lang w:val="uk-UA"/>
        </w:rPr>
        <w:t>.</w:t>
      </w:r>
      <w:r w:rsidRPr="00083898">
        <w:rPr>
          <w:color w:val="222222"/>
          <w:lang w:val="uk-UA"/>
        </w:rPr>
        <w:br/>
        <w:t xml:space="preserve">Місце проведення: </w:t>
      </w:r>
      <w:r w:rsidRPr="00083898">
        <w:rPr>
          <w:color w:val="008C95"/>
          <w:lang w:val="uk-UA"/>
        </w:rPr>
        <w:t>__________ [адреса / назва локації]</w:t>
      </w:r>
      <w:r w:rsidRPr="00083898">
        <w:rPr>
          <w:color w:val="222222"/>
          <w:lang w:val="uk-UA"/>
        </w:rPr>
        <w:t>.</w:t>
      </w:r>
      <w:r w:rsidRPr="00083898">
        <w:rPr>
          <w:color w:val="222222"/>
          <w:lang w:val="uk-UA"/>
        </w:rPr>
        <w:br/>
        <w:t xml:space="preserve">Кількість учасників / гостей: </w:t>
      </w:r>
      <w:r w:rsidRPr="00083898">
        <w:rPr>
          <w:color w:val="008C95"/>
          <w:lang w:val="uk-UA"/>
        </w:rPr>
        <w:t>__________ [орієнтовно / точно]</w:t>
      </w:r>
      <w:r w:rsidRPr="00083898">
        <w:rPr>
          <w:color w:val="222222"/>
          <w:lang w:val="uk-UA"/>
        </w:rPr>
        <w:t>.</w:t>
      </w:r>
      <w:r w:rsidRPr="00083898">
        <w:rPr>
          <w:color w:val="222222"/>
          <w:lang w:val="uk-UA"/>
        </w:rPr>
        <w:br/>
        <w:t xml:space="preserve">Виконавець забезпечує: </w:t>
      </w:r>
      <w:r w:rsidRPr="00083898">
        <w:rPr>
          <w:color w:val="008C95"/>
          <w:lang w:val="uk-UA"/>
        </w:rPr>
        <w:t>__________ [перелік послуг, персонал, обладнання, оформлення, координація, інше]</w:t>
      </w:r>
      <w:r w:rsidRPr="00083898">
        <w:rPr>
          <w:color w:val="222222"/>
          <w:lang w:val="uk-UA"/>
        </w:rPr>
        <w:t>.</w:t>
      </w:r>
      <w:r w:rsidRPr="00083898">
        <w:rPr>
          <w:color w:val="222222"/>
          <w:lang w:val="uk-UA"/>
        </w:rPr>
        <w:br/>
        <w:t xml:space="preserve">Замовник самостійно забезпечує або передає Виконавцю: </w:t>
      </w:r>
      <w:r w:rsidRPr="00083898">
        <w:rPr>
          <w:color w:val="008C95"/>
          <w:lang w:val="uk-UA"/>
        </w:rPr>
        <w:t>__________ [приміщення / доступ / матеріали / інформація / обладнання / інше]</w:t>
      </w:r>
      <w:r w:rsidRPr="00083898">
        <w:rPr>
          <w:color w:val="222222"/>
          <w:lang w:val="uk-UA"/>
        </w:rPr>
        <w:t>.</w:t>
      </w:r>
    </w:p>
    <w:p w:rsidR="00CB359A" w:rsidRPr="00083898" w:rsidRDefault="009C040B">
      <w:pPr>
        <w:keepNext/>
        <w:pBdr>
          <w:bottom w:val="single" w:sz="8" w:space="1" w:color="269EA5"/>
        </w:pBdr>
        <w:spacing w:before="100" w:after="40"/>
        <w:rPr>
          <w:szCs w:val="24"/>
          <w:lang w:val="uk-UA"/>
        </w:rPr>
      </w:pPr>
      <w:r w:rsidRPr="00083898">
        <w:rPr>
          <w:b/>
          <w:color w:val="222222"/>
          <w:lang w:val="uk-UA"/>
        </w:rPr>
        <w:t>2. ПРАВА ТА ОБОВ’ЯЗКИ СТОРІН</w:t>
      </w:r>
    </w:p>
    <w:p w:rsidR="00CB359A" w:rsidRPr="00083898" w:rsidRDefault="009C040B">
      <w:pPr>
        <w:jc w:val="both"/>
        <w:rPr>
          <w:szCs w:val="24"/>
          <w:lang w:val="uk-UA"/>
        </w:rPr>
      </w:pPr>
      <w:r w:rsidRPr="00083898">
        <w:rPr>
          <w:color w:val="222222"/>
          <w:lang w:val="uk-UA"/>
        </w:rPr>
        <w:t>2.1. Замовник зобов’язаний своєчасно оплатити Послуги, надати Виконавцю необхідну інформацію, матеріали, доступи та інше погоджене забезпечення, а також своєчасно погоджувати запропоновані Виконавцем рішення. Строк надання Послуг продовжується на період прострочення цих дій Замовником.</w:t>
      </w:r>
    </w:p>
    <w:p w:rsidR="00CB359A" w:rsidRPr="00083898" w:rsidRDefault="009C040B">
      <w:pPr>
        <w:jc w:val="both"/>
        <w:rPr>
          <w:szCs w:val="24"/>
          <w:lang w:val="uk-UA"/>
        </w:rPr>
      </w:pPr>
      <w:r w:rsidRPr="00083898">
        <w:rPr>
          <w:color w:val="222222"/>
          <w:lang w:val="uk-UA"/>
        </w:rPr>
        <w:t>2.2. Замовник гарантує законність використання переданих Виконавцю матеріалів, музики, зображень, текстів, логотипів та іншого контенту, а якщо місце проведення забезпечує Замовник — також право користування такою локацією у погоджений час. Виконавець використовує передані матеріали виключно для виконання Договору.</w:t>
      </w:r>
    </w:p>
    <w:p w:rsidR="00CB359A" w:rsidRPr="00083898" w:rsidRDefault="009C040B">
      <w:pPr>
        <w:jc w:val="both"/>
        <w:rPr>
          <w:szCs w:val="24"/>
          <w:lang w:val="uk-UA"/>
        </w:rPr>
      </w:pPr>
      <w:r w:rsidRPr="00083898">
        <w:rPr>
          <w:color w:val="222222"/>
          <w:lang w:val="uk-UA"/>
        </w:rPr>
        <w:t>2.3. Виконавець має право залучати третіх осіб, підрядників, ведучих, технічний персонал та інших спеціалістів, відповідаючи за їх дії як за свої власні. У разі прострочення оплати Виконавець має право призупинити підготовку або відмовитися від надання неоплачених Послуг.</w:t>
      </w:r>
    </w:p>
    <w:p w:rsidR="00F579F9" w:rsidRPr="00083898" w:rsidRDefault="009C040B">
      <w:pPr>
        <w:jc w:val="both"/>
        <w:rPr>
          <w:color w:val="222222"/>
          <w:szCs w:val="24"/>
          <w:lang w:val="uk-UA"/>
        </w:rPr>
      </w:pPr>
      <w:r w:rsidRPr="00083898">
        <w:rPr>
          <w:color w:val="222222"/>
          <w:lang w:val="uk-UA"/>
        </w:rPr>
        <w:t xml:space="preserve">2.4. Замовник має право відмовитися від заходу без штрафу, письмово повідомивши Виконавця не менше ніж за </w:t>
      </w:r>
      <w:r w:rsidRPr="00083898">
        <w:rPr>
          <w:color w:val="008C95"/>
          <w:lang w:val="uk-UA"/>
        </w:rPr>
        <w:t>___ [кількість днів]</w:t>
      </w:r>
      <w:r w:rsidRPr="00083898">
        <w:rPr>
          <w:color w:val="222222"/>
          <w:lang w:val="uk-UA"/>
        </w:rPr>
        <w:t xml:space="preserve"> календарних днів до дати його проведення. При пізнішій відмові Замовник сплачує штраф у розмірі </w:t>
      </w:r>
      <w:r w:rsidRPr="00083898">
        <w:rPr>
          <w:color w:val="008C95"/>
          <w:lang w:val="uk-UA"/>
        </w:rPr>
        <w:t>___% [розмір штрафу]</w:t>
      </w:r>
      <w:r w:rsidRPr="00083898">
        <w:rPr>
          <w:color w:val="222222"/>
          <w:lang w:val="uk-UA"/>
        </w:rPr>
        <w:t xml:space="preserve"> вартості Послуг та відшкодовує погоджені й фактично понесені Виконавцем витрати на організацію заходу.</w:t>
      </w:r>
    </w:p>
    <w:p w:rsidR="00083898" w:rsidRPr="00083898" w:rsidRDefault="009C040B">
      <w:pPr>
        <w:jc w:val="both"/>
        <w:rPr>
          <w:color w:val="222222"/>
          <w:lang w:val="uk-UA"/>
        </w:rPr>
      </w:pPr>
      <w:r w:rsidRPr="00083898">
        <w:rPr>
          <w:color w:val="222222"/>
          <w:lang w:val="uk-UA"/>
        </w:rPr>
        <w:t>2.5. Зміни дати, часу, місця проведення, кількості учасників або обсягу Послуг погоджуються Сторонами додатково та можу</w:t>
      </w:r>
      <w:r w:rsidR="00083898" w:rsidRPr="00083898">
        <w:rPr>
          <w:color w:val="222222"/>
          <w:lang w:val="uk-UA"/>
        </w:rPr>
        <w:t>ть впливати на вартість Послуг.</w:t>
      </w:r>
    </w:p>
    <w:p w:rsidR="00CB359A" w:rsidRPr="00083898" w:rsidRDefault="009C040B">
      <w:pPr>
        <w:jc w:val="both"/>
        <w:rPr>
          <w:szCs w:val="24"/>
          <w:lang w:val="uk-UA"/>
        </w:rPr>
      </w:pPr>
      <w:r w:rsidRPr="00083898">
        <w:rPr>
          <w:color w:val="222222"/>
          <w:lang w:val="uk-UA"/>
        </w:rPr>
        <w:t>2.6. Виконавець зобов’язаний організувати захід відповідно до погоджених умов та забезпечити передбачений цим Договором обсяг Послуг.</w:t>
      </w:r>
    </w:p>
    <w:p w:rsidR="00CB359A" w:rsidRPr="00083898" w:rsidRDefault="009C040B">
      <w:pPr>
        <w:keepNext/>
        <w:pBdr>
          <w:bottom w:val="single" w:sz="8" w:space="1" w:color="269EA5"/>
        </w:pBdr>
        <w:spacing w:before="100" w:after="40"/>
        <w:rPr>
          <w:szCs w:val="24"/>
          <w:lang w:val="uk-UA"/>
        </w:rPr>
      </w:pPr>
      <w:r w:rsidRPr="00083898">
        <w:rPr>
          <w:b/>
          <w:color w:val="222222"/>
          <w:lang w:val="uk-UA"/>
        </w:rPr>
        <w:t>3. ВАРТІСТЬ, ОПЛАТА ТА ПРИЙМАННЯ ПОСЛУГ</w:t>
      </w:r>
    </w:p>
    <w:p w:rsidR="00CB359A" w:rsidRPr="00083898" w:rsidRDefault="009C040B">
      <w:pPr>
        <w:jc w:val="both"/>
        <w:rPr>
          <w:szCs w:val="24"/>
          <w:lang w:val="uk-UA"/>
        </w:rPr>
      </w:pPr>
      <w:r w:rsidRPr="00083898">
        <w:rPr>
          <w:color w:val="222222"/>
          <w:lang w:val="uk-UA"/>
        </w:rPr>
        <w:t xml:space="preserve">3.1. Вартість Послуг становить </w:t>
      </w:r>
      <w:r w:rsidRPr="00083898">
        <w:rPr>
          <w:color w:val="008C95"/>
          <w:lang w:val="uk-UA"/>
        </w:rPr>
        <w:t>__________,__ [сума цифрами]</w:t>
      </w:r>
      <w:r w:rsidRPr="00083898">
        <w:rPr>
          <w:color w:val="222222"/>
          <w:lang w:val="uk-UA"/>
        </w:rPr>
        <w:t xml:space="preserve"> грн (</w:t>
      </w:r>
      <w:r w:rsidRPr="00083898">
        <w:rPr>
          <w:color w:val="008C95"/>
          <w:lang w:val="uk-UA"/>
        </w:rPr>
        <w:t>__________ [сума словами]</w:t>
      </w:r>
      <w:r w:rsidRPr="00083898">
        <w:rPr>
          <w:color w:val="222222"/>
          <w:lang w:val="uk-UA"/>
        </w:rPr>
        <w:t xml:space="preserve"> гривень), </w:t>
      </w:r>
      <w:r w:rsidRPr="00083898">
        <w:rPr>
          <w:color w:val="008C95"/>
          <w:lang w:val="uk-UA"/>
        </w:rPr>
        <w:t>__________ [з ПДВ / без ПДВ]</w:t>
      </w:r>
      <w:r w:rsidRPr="00083898">
        <w:rPr>
          <w:color w:val="222222"/>
          <w:lang w:val="uk-UA"/>
        </w:rPr>
        <w:t xml:space="preserve">. До вартості входить: </w:t>
      </w:r>
      <w:r w:rsidRPr="00083898">
        <w:rPr>
          <w:color w:val="008C95"/>
          <w:lang w:val="uk-UA"/>
        </w:rPr>
        <w:t>__________ [вкажіть]</w:t>
      </w:r>
      <w:r w:rsidRPr="00083898">
        <w:rPr>
          <w:color w:val="222222"/>
          <w:lang w:val="uk-UA"/>
        </w:rPr>
        <w:t xml:space="preserve">. Додаткові витрати, які оплачуються окремо: </w:t>
      </w:r>
      <w:r w:rsidRPr="00083898">
        <w:rPr>
          <w:color w:val="008C95"/>
          <w:lang w:val="uk-UA"/>
        </w:rPr>
        <w:t>__________ [вкажіть / відсутні]</w:t>
      </w:r>
      <w:r w:rsidRPr="00083898">
        <w:rPr>
          <w:color w:val="222222"/>
          <w:lang w:val="uk-UA"/>
        </w:rPr>
        <w:t>.</w:t>
      </w:r>
    </w:p>
    <w:p w:rsidR="00CB359A" w:rsidRPr="00083898" w:rsidRDefault="009C040B">
      <w:pPr>
        <w:jc w:val="both"/>
        <w:rPr>
          <w:szCs w:val="24"/>
          <w:lang w:val="uk-UA"/>
        </w:rPr>
      </w:pPr>
      <w:r w:rsidRPr="00083898">
        <w:rPr>
          <w:color w:val="222222"/>
          <w:lang w:val="uk-UA"/>
        </w:rPr>
        <w:t>3.2. Якщо Сторони письмово не погодили інше, Замовник сплачує 100% вартості Послуг як передплату до початку їх надання.</w:t>
      </w:r>
    </w:p>
    <w:p w:rsidR="00CB359A" w:rsidRPr="00083898" w:rsidRDefault="009C040B">
      <w:pPr>
        <w:jc w:val="both"/>
        <w:rPr>
          <w:szCs w:val="24"/>
          <w:lang w:val="uk-UA"/>
        </w:rPr>
      </w:pPr>
      <w:r w:rsidRPr="00083898">
        <w:rPr>
          <w:color w:val="222222"/>
          <w:lang w:val="uk-UA"/>
        </w:rPr>
        <w:lastRenderedPageBreak/>
        <w:t>3.3. Якщо протягом 5 календарних днів з дня проведення заходу Замовник не надав письмових обґрунтованих зауважень, Послуги вважаються належним чином наданими та прийнятими без зауважень. У разі обґрунтованих зауважень Сторони погоджують спосіб їх усунення або інший порядок врегулювання.</w:t>
      </w:r>
    </w:p>
    <w:p w:rsidR="00CB359A" w:rsidRPr="00083898" w:rsidRDefault="009C040B">
      <w:pPr>
        <w:keepNext/>
        <w:pBdr>
          <w:bottom w:val="single" w:sz="8" w:space="1" w:color="269EA5"/>
        </w:pBdr>
        <w:spacing w:before="100" w:after="40"/>
        <w:rPr>
          <w:szCs w:val="24"/>
          <w:lang w:val="uk-UA"/>
        </w:rPr>
      </w:pPr>
      <w:r w:rsidRPr="00083898">
        <w:rPr>
          <w:b/>
          <w:color w:val="222222"/>
          <w:lang w:val="uk-UA"/>
        </w:rPr>
        <w:t>4. КОНФІДЕНЦІЙНІСТЬ ТА ВІДПОВІДАЛЬНІСТЬ</w:t>
      </w:r>
    </w:p>
    <w:p w:rsidR="00CB359A" w:rsidRPr="00083898" w:rsidRDefault="009C040B">
      <w:pPr>
        <w:jc w:val="both"/>
        <w:rPr>
          <w:szCs w:val="24"/>
          <w:lang w:val="uk-UA"/>
        </w:rPr>
      </w:pPr>
      <w:r w:rsidRPr="00083898">
        <w:rPr>
          <w:color w:val="222222"/>
          <w:lang w:val="uk-UA"/>
        </w:rPr>
        <w:t>4.1. Виконавець зберігає права інтелектуальної власності на власні методики, сценарні та організаційні напрацювання, концепції, шаблони та ноу-хау, використані або створені при наданні Послуг. Сторони не розголошують отриману у зв’язку з Договором конфіденційну інформацію без згоди іншої Сторони, крім випадків, передбачених законом.</w:t>
      </w:r>
    </w:p>
    <w:p w:rsidR="00083898" w:rsidRPr="00083898" w:rsidRDefault="009C040B">
      <w:pPr>
        <w:jc w:val="both"/>
        <w:rPr>
          <w:color w:val="222222"/>
          <w:lang w:val="uk-UA"/>
        </w:rPr>
      </w:pPr>
      <w:r w:rsidRPr="00083898">
        <w:rPr>
          <w:color w:val="222222"/>
          <w:lang w:val="uk-UA"/>
        </w:rPr>
        <w:t>4.2. За прострочення оплати Замовник сплачує Виконавцю пеню, розраховану виходячи з подвійної облікової ставки НБУ від суми простроченого платежу за кожний день прострочення.</w:t>
      </w:r>
    </w:p>
    <w:p w:rsidR="00CB359A" w:rsidRPr="00083898" w:rsidRDefault="009C040B">
      <w:pPr>
        <w:jc w:val="both"/>
        <w:rPr>
          <w:szCs w:val="24"/>
          <w:lang w:val="uk-UA"/>
        </w:rPr>
      </w:pPr>
      <w:r w:rsidRPr="00083898">
        <w:rPr>
          <w:color w:val="222222"/>
          <w:lang w:val="uk-UA"/>
        </w:rPr>
        <w:t>4.3. Виконавець не відповідає за невиконання або зміну програми заходу, спричинені діями Замовника, гостей, власника локації, обмеженнями доступу, несвоєчасним наданням матеріалів або іншими обставинами поза контролем Виконавця. Загальна відповідальність Виконавця обмежується фактично сплаченою вартістю Послуг, крім випадків, коли таке обмеження не допускається законом.</w:t>
      </w:r>
    </w:p>
    <w:p w:rsidR="00CB359A" w:rsidRPr="00083898" w:rsidRDefault="009C040B">
      <w:pPr>
        <w:jc w:val="both"/>
        <w:rPr>
          <w:szCs w:val="24"/>
          <w:lang w:val="uk-UA"/>
        </w:rPr>
      </w:pPr>
      <w:r w:rsidRPr="00083898">
        <w:rPr>
          <w:color w:val="222222"/>
          <w:lang w:val="uk-UA"/>
        </w:rPr>
        <w:t>4.4. За прострочення надання Послуг з вини Виконавця він сплачує Замовнику неустойку, розраховану виходячи з подвійної облікової ставки НБУ від вартості прострочених Послуг за кожний день прострочення.</w:t>
      </w:r>
    </w:p>
    <w:p w:rsidR="00CB359A" w:rsidRPr="00083898" w:rsidRDefault="009C040B">
      <w:pPr>
        <w:keepNext/>
        <w:pBdr>
          <w:bottom w:val="single" w:sz="8" w:space="1" w:color="269EA5"/>
        </w:pBdr>
        <w:spacing w:before="100" w:after="40"/>
        <w:rPr>
          <w:szCs w:val="24"/>
          <w:lang w:val="uk-UA"/>
        </w:rPr>
      </w:pPr>
      <w:r w:rsidRPr="00083898">
        <w:rPr>
          <w:b/>
          <w:color w:val="222222"/>
          <w:lang w:val="uk-UA"/>
        </w:rPr>
        <w:t>5. ФОРС-МАЖОР ТА ЗАКЛЮЧНІ ПОЛОЖЕННЯ</w:t>
      </w:r>
    </w:p>
    <w:p w:rsidR="00CB359A" w:rsidRPr="00083898" w:rsidRDefault="009C040B">
      <w:pPr>
        <w:jc w:val="both"/>
        <w:rPr>
          <w:szCs w:val="24"/>
          <w:lang w:val="uk-UA"/>
        </w:rPr>
      </w:pPr>
      <w:r w:rsidRPr="00083898">
        <w:rPr>
          <w:color w:val="222222"/>
          <w:lang w:val="uk-UA"/>
        </w:rPr>
        <w:t>5.1. Сторона звільняється від відповідальності за невиконання зобов’язань, спричинене обставинами непереборної сили, за умови своєчасного повідомлення іншої Сторони. Якщо такі обставини перешкоджають проведенню заходу, Сторони погоджують нову дату або інший порядок виконання Договору; якщо проведення заходу втратило для Замовника інтерес, він може відмовитися від ненаданих Послуг з поверненням відповідної передоплати за вирахуванням погоджених і фактично понесених Виконавцем витрат.</w:t>
      </w:r>
    </w:p>
    <w:p w:rsidR="00CB359A" w:rsidRPr="00083898" w:rsidRDefault="009C040B">
      <w:pPr>
        <w:jc w:val="both"/>
        <w:rPr>
          <w:szCs w:val="24"/>
          <w:lang w:val="uk-UA"/>
        </w:rPr>
      </w:pPr>
      <w:r w:rsidRPr="00083898">
        <w:rPr>
          <w:color w:val="222222"/>
          <w:szCs w:val="24"/>
          <w:lang w:val="uk-UA"/>
        </w:rPr>
        <w:t>5.2. Договір набирає чинності з дати підписання та діє до повного виконання Сторонами зобов’язань. Зміни та доповнення дійсні у письмовій формі. Повідомлення можуть надсилатися на реквізити, e-</w:t>
      </w:r>
      <w:proofErr w:type="spellStart"/>
      <w:r w:rsidRPr="00083898">
        <w:rPr>
          <w:color w:val="222222"/>
          <w:szCs w:val="24"/>
          <w:lang w:val="uk-UA"/>
        </w:rPr>
        <w:t>mail</w:t>
      </w:r>
      <w:proofErr w:type="spellEnd"/>
      <w:r w:rsidRPr="00083898">
        <w:rPr>
          <w:color w:val="222222"/>
          <w:szCs w:val="24"/>
          <w:lang w:val="uk-UA"/>
        </w:rPr>
        <w:t xml:space="preserve"> або номери телефонів/</w:t>
      </w:r>
      <w:proofErr w:type="spellStart"/>
      <w:r w:rsidRPr="00083898">
        <w:rPr>
          <w:color w:val="222222"/>
          <w:szCs w:val="24"/>
          <w:lang w:val="uk-UA"/>
        </w:rPr>
        <w:t>месенджерів</w:t>
      </w:r>
      <w:proofErr w:type="spellEnd"/>
      <w:r w:rsidRPr="00083898">
        <w:rPr>
          <w:color w:val="222222"/>
          <w:szCs w:val="24"/>
          <w:lang w:val="uk-UA"/>
        </w:rPr>
        <w:t xml:space="preserve"> Сторін. Документи, підписані КЕП, мають силу паперових документів з власноручним підписом.</w:t>
      </w:r>
    </w:p>
    <w:p w:rsidR="00CB359A" w:rsidRPr="00083898" w:rsidRDefault="009C040B">
      <w:pPr>
        <w:jc w:val="both"/>
        <w:rPr>
          <w:szCs w:val="24"/>
          <w:lang w:val="uk-UA"/>
        </w:rPr>
      </w:pPr>
      <w:r w:rsidRPr="00083898">
        <w:rPr>
          <w:color w:val="222222"/>
          <w:szCs w:val="24"/>
          <w:lang w:val="uk-UA"/>
        </w:rPr>
        <w:t>5.3. Підписанням Договору Замовник надає згоду на обробку персональних даних у необхідному для виконання Договору обсязі. Спори вирішуються шляхом переговорів, а у разі недосягнення згоди – у судовому порядку згідно із законодавством України.</w:t>
      </w:r>
    </w:p>
    <w:p w:rsidR="00CB359A" w:rsidRPr="00083898" w:rsidRDefault="009C040B">
      <w:pPr>
        <w:keepNext/>
        <w:pBdr>
          <w:bottom w:val="single" w:sz="8" w:space="1" w:color="269EA5"/>
        </w:pBdr>
        <w:spacing w:before="100" w:after="40"/>
        <w:rPr>
          <w:lang w:val="uk-UA"/>
        </w:rPr>
      </w:pPr>
      <w:r w:rsidRPr="00083898">
        <w:rPr>
          <w:b/>
          <w:color w:val="222222"/>
          <w:lang w:val="uk-UA"/>
        </w:rPr>
        <w:t>6. РЕКВІЗИТИ ТА ПІДПИСИ СТОРІН</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86"/>
        <w:gridCol w:w="4986"/>
      </w:tblGrid>
      <w:tr w:rsidR="00CB359A" w:rsidRPr="00083898">
        <w:trPr>
          <w:cantSplit/>
          <w:jc w:val="center"/>
        </w:trPr>
        <w:tc>
          <w:tcPr>
            <w:tcW w:w="4986" w:type="dxa"/>
            <w:tcMar>
              <w:top w:w="40" w:type="dxa"/>
              <w:left w:w="60" w:type="dxa"/>
              <w:bottom w:w="20" w:type="dxa"/>
              <w:right w:w="60" w:type="dxa"/>
            </w:tcMar>
          </w:tcPr>
          <w:p w:rsidR="00CB359A" w:rsidRPr="00083898" w:rsidRDefault="009C040B">
            <w:pPr>
              <w:rPr>
                <w:lang w:val="uk-UA"/>
              </w:rPr>
            </w:pPr>
            <w:r w:rsidRPr="00083898">
              <w:rPr>
                <w:b/>
                <w:color w:val="222222"/>
                <w:sz w:val="21"/>
                <w:lang w:val="uk-UA"/>
              </w:rPr>
              <w:t>Виконавець:</w:t>
            </w:r>
          </w:p>
          <w:p w:rsidR="00CB359A" w:rsidRPr="00083898" w:rsidRDefault="009C040B">
            <w:pPr>
              <w:rPr>
                <w:lang w:val="uk-UA"/>
              </w:rPr>
            </w:pPr>
            <w:r w:rsidRPr="00083898">
              <w:rPr>
                <w:color w:val="008C95"/>
                <w:sz w:val="21"/>
                <w:shd w:val="clear" w:color="auto" w:fill="D9F1F2"/>
                <w:lang w:val="uk-UA"/>
              </w:rPr>
              <w:t>[Юридична особа / ФОП — залишити відповідний варіант]</w:t>
            </w:r>
          </w:p>
          <w:p w:rsidR="00CB359A" w:rsidRPr="00083898" w:rsidRDefault="009C040B">
            <w:pPr>
              <w:rPr>
                <w:lang w:val="uk-UA"/>
              </w:rPr>
            </w:pPr>
            <w:r w:rsidRPr="00083898">
              <w:rPr>
                <w:color w:val="222222"/>
                <w:sz w:val="21"/>
                <w:lang w:val="uk-UA"/>
              </w:rPr>
              <w:t xml:space="preserve">Найменування / ПІБ: </w:t>
            </w:r>
            <w:r w:rsidRPr="00083898">
              <w:rPr>
                <w:color w:val="008C95"/>
                <w:sz w:val="21"/>
                <w:shd w:val="clear" w:color="auto" w:fill="D9F1F2"/>
                <w:lang w:val="uk-UA"/>
              </w:rPr>
              <w:t>__________ [вкажіть]</w:t>
            </w:r>
          </w:p>
          <w:p w:rsidR="00CB359A" w:rsidRPr="00083898" w:rsidRDefault="009C040B">
            <w:pPr>
              <w:rPr>
                <w:lang w:val="uk-UA"/>
              </w:rPr>
            </w:pPr>
            <w:r w:rsidRPr="00083898">
              <w:rPr>
                <w:color w:val="222222"/>
                <w:sz w:val="21"/>
                <w:lang w:val="uk-UA"/>
              </w:rPr>
              <w:t xml:space="preserve">Код ЄДРПОУ / РНОКПП: </w:t>
            </w:r>
            <w:r w:rsidRPr="00083898">
              <w:rPr>
                <w:color w:val="008C95"/>
                <w:sz w:val="21"/>
                <w:shd w:val="clear" w:color="auto" w:fill="D9F1F2"/>
                <w:lang w:val="uk-UA"/>
              </w:rPr>
              <w:t>__________ [вкажіть]</w:t>
            </w:r>
          </w:p>
          <w:p w:rsidR="00CB359A" w:rsidRPr="00083898" w:rsidRDefault="009C040B">
            <w:pPr>
              <w:rPr>
                <w:lang w:val="uk-UA"/>
              </w:rPr>
            </w:pPr>
            <w:r w:rsidRPr="00083898">
              <w:rPr>
                <w:color w:val="222222"/>
                <w:sz w:val="21"/>
                <w:lang w:val="uk-UA"/>
              </w:rPr>
              <w:t xml:space="preserve">Підписант (для </w:t>
            </w:r>
            <w:proofErr w:type="spellStart"/>
            <w:r w:rsidRPr="00083898">
              <w:rPr>
                <w:color w:val="222222"/>
                <w:sz w:val="21"/>
                <w:lang w:val="uk-UA"/>
              </w:rPr>
              <w:t>юрособи</w:t>
            </w:r>
            <w:proofErr w:type="spellEnd"/>
            <w:r w:rsidRPr="00083898">
              <w:rPr>
                <w:color w:val="222222"/>
                <w:sz w:val="21"/>
                <w:lang w:val="uk-UA"/>
              </w:rPr>
              <w:t xml:space="preserve">): </w:t>
            </w:r>
            <w:r w:rsidRPr="00083898">
              <w:rPr>
                <w:color w:val="008C95"/>
                <w:sz w:val="21"/>
                <w:shd w:val="clear" w:color="auto" w:fill="D9F1F2"/>
                <w:lang w:val="uk-UA"/>
              </w:rPr>
              <w:t>__________ [посада, ПІБ, підстава]</w:t>
            </w:r>
          </w:p>
          <w:p w:rsidR="00CB359A" w:rsidRPr="00083898" w:rsidRDefault="009C040B">
            <w:pPr>
              <w:rPr>
                <w:lang w:val="uk-UA"/>
              </w:rPr>
            </w:pPr>
            <w:r w:rsidRPr="00083898">
              <w:rPr>
                <w:color w:val="222222"/>
                <w:sz w:val="21"/>
                <w:lang w:val="uk-UA"/>
              </w:rPr>
              <w:t xml:space="preserve">Адреса: </w:t>
            </w:r>
            <w:r w:rsidRPr="00083898">
              <w:rPr>
                <w:color w:val="008C95"/>
                <w:sz w:val="21"/>
                <w:shd w:val="clear" w:color="auto" w:fill="D9F1F2"/>
                <w:lang w:val="uk-UA"/>
              </w:rPr>
              <w:t>__________ [вкажіть]</w:t>
            </w:r>
          </w:p>
          <w:p w:rsidR="00CB359A" w:rsidRPr="00083898" w:rsidRDefault="009C040B">
            <w:pPr>
              <w:rPr>
                <w:lang w:val="uk-UA"/>
              </w:rPr>
            </w:pPr>
            <w:r w:rsidRPr="00083898">
              <w:rPr>
                <w:color w:val="222222"/>
                <w:sz w:val="21"/>
                <w:lang w:val="uk-UA"/>
              </w:rPr>
              <w:t xml:space="preserve">IBAN: </w:t>
            </w:r>
            <w:r w:rsidRPr="00083898">
              <w:rPr>
                <w:color w:val="008C95"/>
                <w:sz w:val="21"/>
                <w:shd w:val="clear" w:color="auto" w:fill="D9F1F2"/>
                <w:lang w:val="uk-UA"/>
              </w:rPr>
              <w:t>UA________________________ [вкажіть]</w:t>
            </w:r>
          </w:p>
          <w:p w:rsidR="00CB359A" w:rsidRPr="00083898" w:rsidRDefault="009C040B">
            <w:pPr>
              <w:rPr>
                <w:lang w:val="uk-UA"/>
              </w:rPr>
            </w:pPr>
            <w:r w:rsidRPr="00083898">
              <w:rPr>
                <w:color w:val="222222"/>
                <w:sz w:val="21"/>
                <w:lang w:val="uk-UA"/>
              </w:rPr>
              <w:t xml:space="preserve">Банк / ПДВ: </w:t>
            </w:r>
            <w:r w:rsidRPr="00083898">
              <w:rPr>
                <w:color w:val="008C95"/>
                <w:sz w:val="21"/>
                <w:shd w:val="clear" w:color="auto" w:fill="D9F1F2"/>
                <w:lang w:val="uk-UA"/>
              </w:rPr>
              <w:t>__________ [вкажіть]</w:t>
            </w:r>
          </w:p>
          <w:p w:rsidR="00CB359A" w:rsidRPr="00083898" w:rsidRDefault="009C040B">
            <w:pPr>
              <w:rPr>
                <w:lang w:val="uk-UA"/>
              </w:rPr>
            </w:pPr>
            <w:proofErr w:type="spellStart"/>
            <w:r w:rsidRPr="00083898">
              <w:rPr>
                <w:color w:val="222222"/>
                <w:sz w:val="21"/>
                <w:lang w:val="uk-UA"/>
              </w:rPr>
              <w:t>Тел</w:t>
            </w:r>
            <w:proofErr w:type="spellEnd"/>
            <w:r w:rsidRPr="00083898">
              <w:rPr>
                <w:color w:val="222222"/>
                <w:sz w:val="21"/>
                <w:lang w:val="uk-UA"/>
              </w:rPr>
              <w:t>. / E-</w:t>
            </w:r>
            <w:proofErr w:type="spellStart"/>
            <w:r w:rsidRPr="00083898">
              <w:rPr>
                <w:color w:val="222222"/>
                <w:sz w:val="21"/>
                <w:lang w:val="uk-UA"/>
              </w:rPr>
              <w:t>mail</w:t>
            </w:r>
            <w:proofErr w:type="spellEnd"/>
            <w:r w:rsidRPr="00083898">
              <w:rPr>
                <w:color w:val="222222"/>
                <w:sz w:val="21"/>
                <w:lang w:val="uk-UA"/>
              </w:rPr>
              <w:t xml:space="preserve">: </w:t>
            </w:r>
            <w:r w:rsidRPr="00083898">
              <w:rPr>
                <w:color w:val="008C95"/>
                <w:sz w:val="21"/>
                <w:shd w:val="clear" w:color="auto" w:fill="D9F1F2"/>
                <w:lang w:val="uk-UA"/>
              </w:rPr>
              <w:t>__________ [вкажіть]</w:t>
            </w:r>
          </w:p>
          <w:p w:rsidR="00CB359A" w:rsidRPr="00083898" w:rsidRDefault="009C040B">
            <w:pPr>
              <w:rPr>
                <w:lang w:val="uk-UA"/>
              </w:rPr>
            </w:pPr>
            <w:r w:rsidRPr="00083898">
              <w:rPr>
                <w:color w:val="222222"/>
                <w:sz w:val="21"/>
                <w:lang w:val="uk-UA"/>
              </w:rPr>
              <w:t xml:space="preserve">________________ / </w:t>
            </w:r>
            <w:r w:rsidRPr="00083898">
              <w:rPr>
                <w:color w:val="008C95"/>
                <w:sz w:val="21"/>
                <w:shd w:val="clear" w:color="auto" w:fill="D9F1F2"/>
                <w:lang w:val="uk-UA"/>
              </w:rPr>
              <w:t>__________ [ПІБ підписанта]</w:t>
            </w:r>
          </w:p>
          <w:p w:rsidR="00CB359A" w:rsidRPr="00083898" w:rsidRDefault="009C040B">
            <w:pPr>
              <w:rPr>
                <w:lang w:val="uk-UA"/>
              </w:rPr>
            </w:pPr>
            <w:r w:rsidRPr="00083898">
              <w:rPr>
                <w:color w:val="222222"/>
                <w:sz w:val="21"/>
                <w:lang w:val="uk-UA"/>
              </w:rPr>
              <w:t>(підпис, КЕП)</w:t>
            </w:r>
          </w:p>
        </w:tc>
        <w:tc>
          <w:tcPr>
            <w:tcW w:w="4986" w:type="dxa"/>
            <w:tcMar>
              <w:top w:w="40" w:type="dxa"/>
              <w:left w:w="60" w:type="dxa"/>
              <w:bottom w:w="20" w:type="dxa"/>
              <w:right w:w="60" w:type="dxa"/>
            </w:tcMar>
          </w:tcPr>
          <w:p w:rsidR="00CB359A" w:rsidRPr="00083898" w:rsidRDefault="009C040B">
            <w:pPr>
              <w:rPr>
                <w:lang w:val="uk-UA"/>
              </w:rPr>
            </w:pPr>
            <w:r w:rsidRPr="00083898">
              <w:rPr>
                <w:b/>
                <w:color w:val="222222"/>
                <w:sz w:val="21"/>
                <w:lang w:val="uk-UA"/>
              </w:rPr>
              <w:t>Замовник:</w:t>
            </w:r>
          </w:p>
          <w:p w:rsidR="00CB359A" w:rsidRPr="00083898" w:rsidRDefault="009C040B">
            <w:pPr>
              <w:rPr>
                <w:lang w:val="uk-UA"/>
              </w:rPr>
            </w:pPr>
            <w:r w:rsidRPr="00083898">
              <w:rPr>
                <w:color w:val="222222"/>
                <w:sz w:val="21"/>
                <w:lang w:val="uk-UA"/>
              </w:rPr>
              <w:t xml:space="preserve">ПІБ: </w:t>
            </w:r>
            <w:r w:rsidRPr="00083898">
              <w:rPr>
                <w:color w:val="008C95"/>
                <w:sz w:val="21"/>
                <w:shd w:val="clear" w:color="auto" w:fill="D9F1F2"/>
                <w:lang w:val="uk-UA"/>
              </w:rPr>
              <w:t>__________ [вкажіть ПІБ повністю]</w:t>
            </w:r>
          </w:p>
          <w:p w:rsidR="00CB359A" w:rsidRPr="00083898" w:rsidRDefault="009C040B">
            <w:pPr>
              <w:rPr>
                <w:lang w:val="uk-UA"/>
              </w:rPr>
            </w:pPr>
            <w:r w:rsidRPr="00083898">
              <w:rPr>
                <w:color w:val="222222"/>
                <w:sz w:val="21"/>
                <w:lang w:val="uk-UA"/>
              </w:rPr>
              <w:t xml:space="preserve">Дата народження: </w:t>
            </w:r>
            <w:r w:rsidRPr="00083898">
              <w:rPr>
                <w:color w:val="008C95"/>
                <w:sz w:val="21"/>
                <w:shd w:val="clear" w:color="auto" w:fill="D9F1F2"/>
                <w:lang w:val="uk-UA"/>
              </w:rPr>
              <w:t>__.__.____ [вкажіть]</w:t>
            </w:r>
          </w:p>
          <w:p w:rsidR="00CB359A" w:rsidRPr="00083898" w:rsidRDefault="009C040B">
            <w:pPr>
              <w:rPr>
                <w:lang w:val="uk-UA"/>
              </w:rPr>
            </w:pPr>
            <w:r w:rsidRPr="00083898">
              <w:rPr>
                <w:color w:val="222222"/>
                <w:sz w:val="21"/>
                <w:lang w:val="uk-UA"/>
              </w:rPr>
              <w:t xml:space="preserve">РНОКПП: </w:t>
            </w:r>
            <w:r w:rsidRPr="00083898">
              <w:rPr>
                <w:color w:val="008C95"/>
                <w:sz w:val="21"/>
                <w:shd w:val="clear" w:color="auto" w:fill="D9F1F2"/>
                <w:lang w:val="uk-UA"/>
              </w:rPr>
              <w:t>__________ [вкажіть]</w:t>
            </w:r>
          </w:p>
          <w:p w:rsidR="00CB359A" w:rsidRPr="00083898" w:rsidRDefault="009C040B">
            <w:pPr>
              <w:rPr>
                <w:lang w:val="uk-UA"/>
              </w:rPr>
            </w:pPr>
            <w:r w:rsidRPr="00083898">
              <w:rPr>
                <w:color w:val="222222"/>
                <w:sz w:val="21"/>
                <w:lang w:val="uk-UA"/>
              </w:rPr>
              <w:t xml:space="preserve">Паспорт / ID-картка: </w:t>
            </w:r>
            <w:r w:rsidRPr="00083898">
              <w:rPr>
                <w:color w:val="008C95"/>
                <w:sz w:val="21"/>
                <w:shd w:val="clear" w:color="auto" w:fill="D9F1F2"/>
                <w:lang w:val="uk-UA"/>
              </w:rPr>
              <w:t>__________ [реквізити]</w:t>
            </w:r>
          </w:p>
          <w:p w:rsidR="00CB359A" w:rsidRPr="00083898" w:rsidRDefault="009C040B">
            <w:pPr>
              <w:rPr>
                <w:lang w:val="uk-UA"/>
              </w:rPr>
            </w:pPr>
            <w:r w:rsidRPr="00083898">
              <w:rPr>
                <w:color w:val="222222"/>
                <w:sz w:val="21"/>
                <w:lang w:val="uk-UA"/>
              </w:rPr>
              <w:t xml:space="preserve">Адреса: </w:t>
            </w:r>
            <w:r w:rsidRPr="00083898">
              <w:rPr>
                <w:color w:val="008C95"/>
                <w:sz w:val="21"/>
                <w:shd w:val="clear" w:color="auto" w:fill="D9F1F2"/>
                <w:lang w:val="uk-UA"/>
              </w:rPr>
              <w:t>__________ [вкажіть]</w:t>
            </w:r>
          </w:p>
          <w:p w:rsidR="00CB359A" w:rsidRPr="00083898" w:rsidRDefault="009C040B">
            <w:pPr>
              <w:rPr>
                <w:lang w:val="uk-UA"/>
              </w:rPr>
            </w:pPr>
            <w:proofErr w:type="spellStart"/>
            <w:r w:rsidRPr="00083898">
              <w:rPr>
                <w:color w:val="222222"/>
                <w:sz w:val="21"/>
                <w:lang w:val="uk-UA"/>
              </w:rPr>
              <w:t>Тел</w:t>
            </w:r>
            <w:proofErr w:type="spellEnd"/>
            <w:r w:rsidRPr="00083898">
              <w:rPr>
                <w:color w:val="222222"/>
                <w:sz w:val="21"/>
                <w:lang w:val="uk-UA"/>
              </w:rPr>
              <w:t>. / E-</w:t>
            </w:r>
            <w:proofErr w:type="spellStart"/>
            <w:r w:rsidRPr="00083898">
              <w:rPr>
                <w:color w:val="222222"/>
                <w:sz w:val="21"/>
                <w:lang w:val="uk-UA"/>
              </w:rPr>
              <w:t>mail</w:t>
            </w:r>
            <w:proofErr w:type="spellEnd"/>
            <w:r w:rsidRPr="00083898">
              <w:rPr>
                <w:color w:val="222222"/>
                <w:sz w:val="21"/>
                <w:lang w:val="uk-UA"/>
              </w:rPr>
              <w:t xml:space="preserve">: </w:t>
            </w:r>
            <w:r w:rsidRPr="00083898">
              <w:rPr>
                <w:color w:val="008C95"/>
                <w:sz w:val="21"/>
                <w:shd w:val="clear" w:color="auto" w:fill="D9F1F2"/>
                <w:lang w:val="uk-UA"/>
              </w:rPr>
              <w:t>__________ [вкажіть]</w:t>
            </w:r>
          </w:p>
          <w:p w:rsidR="00CB359A" w:rsidRPr="00083898" w:rsidRDefault="009C040B">
            <w:pPr>
              <w:rPr>
                <w:lang w:val="uk-UA"/>
              </w:rPr>
            </w:pPr>
            <w:r w:rsidRPr="00083898">
              <w:rPr>
                <w:color w:val="222222"/>
                <w:sz w:val="21"/>
                <w:lang w:val="uk-UA"/>
              </w:rPr>
              <w:t xml:space="preserve">________________ / </w:t>
            </w:r>
            <w:r w:rsidRPr="00083898">
              <w:rPr>
                <w:color w:val="008C95"/>
                <w:sz w:val="21"/>
                <w:shd w:val="clear" w:color="auto" w:fill="D9F1F2"/>
                <w:lang w:val="uk-UA"/>
              </w:rPr>
              <w:t>__________ [ПІБ Замовника]</w:t>
            </w:r>
          </w:p>
          <w:p w:rsidR="00CB359A" w:rsidRPr="00083898" w:rsidRDefault="009C040B">
            <w:pPr>
              <w:rPr>
                <w:lang w:val="uk-UA"/>
              </w:rPr>
            </w:pPr>
            <w:r w:rsidRPr="00083898">
              <w:rPr>
                <w:color w:val="222222"/>
                <w:sz w:val="21"/>
                <w:lang w:val="uk-UA"/>
              </w:rPr>
              <w:t>(підпис, КЕП)</w:t>
            </w:r>
          </w:p>
        </w:tc>
      </w:tr>
      <w:bookmarkEnd w:id="0"/>
    </w:tbl>
    <w:p w:rsidR="009C040B" w:rsidRPr="00083898" w:rsidRDefault="009C040B">
      <w:pPr>
        <w:rPr>
          <w:lang w:val="uk-UA"/>
        </w:rPr>
      </w:pPr>
    </w:p>
    <w:sectPr w:rsidR="009C040B" w:rsidRPr="00083898" w:rsidSect="00034616">
      <w:footerReference w:type="default" r:id="rId9"/>
      <w:pgSz w:w="11906" w:h="16838"/>
      <w:pgMar w:top="1020" w:right="1134" w:bottom="964" w:left="1134" w:header="340"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A07" w:rsidRDefault="00FD1A07">
      <w:r>
        <w:separator/>
      </w:r>
    </w:p>
  </w:endnote>
  <w:endnote w:type="continuationSeparator" w:id="0">
    <w:p w:rsidR="00FD1A07" w:rsidRDefault="00FD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59A" w:rsidRDefault="009C040B">
    <w:pPr>
      <w:pStyle w:val="a7"/>
      <w:jc w:val="right"/>
    </w:pPr>
    <w:r>
      <w:rPr>
        <w:color w:val="666666"/>
        <w:sz w:val="18"/>
      </w:rPr>
      <w:fldChar w:fldCharType="begin"/>
    </w:r>
    <w:r>
      <w:rPr>
        <w:color w:val="666666"/>
        <w:sz w:val="18"/>
      </w:rPr>
      <w:instrText xml:space="preserve"> PAGE </w:instrText>
    </w:r>
    <w:r>
      <w:rPr>
        <w:color w:val="666666"/>
        <w:sz w:val="18"/>
      </w:rPr>
      <w:fldChar w:fldCharType="separate"/>
    </w:r>
    <w:r w:rsidR="00083898">
      <w:rPr>
        <w:noProof/>
        <w:color w:val="666666"/>
        <w:sz w:val="18"/>
      </w:rPr>
      <w:t>2</w:t>
    </w:r>
    <w:r>
      <w:rPr>
        <w:color w:val="666666"/>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A07" w:rsidRDefault="00FD1A07">
      <w:r>
        <w:separator/>
      </w:r>
    </w:p>
  </w:footnote>
  <w:footnote w:type="continuationSeparator" w:id="0">
    <w:p w:rsidR="00FD1A07" w:rsidRDefault="00FD1A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898"/>
    <w:rsid w:val="0015074B"/>
    <w:rsid w:val="0029639D"/>
    <w:rsid w:val="00326F90"/>
    <w:rsid w:val="003D3BC5"/>
    <w:rsid w:val="009C040B"/>
    <w:rsid w:val="00AA1D8D"/>
    <w:rsid w:val="00B47730"/>
    <w:rsid w:val="00BC6432"/>
    <w:rsid w:val="00CB0664"/>
    <w:rsid w:val="00CB359A"/>
    <w:rsid w:val="00F579F9"/>
    <w:rsid w:val="00FC693F"/>
    <w:rsid w:val="00FD1A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Arial" w:eastAsia="Arial" w:hAnsi="Arial"/>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F579F9"/>
    <w:rPr>
      <w:rFonts w:ascii="Tahoma" w:hAnsi="Tahoma" w:cs="Tahoma"/>
      <w:sz w:val="16"/>
      <w:szCs w:val="16"/>
    </w:rPr>
  </w:style>
  <w:style w:type="character" w:customStyle="1" w:styleId="aff9">
    <w:name w:val="Текст выноски Знак"/>
    <w:basedOn w:val="a2"/>
    <w:link w:val="aff8"/>
    <w:uiPriority w:val="99"/>
    <w:semiHidden/>
    <w:rsid w:val="00F579F9"/>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Arial" w:eastAsia="Arial" w:hAnsi="Arial"/>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F579F9"/>
    <w:rPr>
      <w:rFonts w:ascii="Tahoma" w:hAnsi="Tahoma" w:cs="Tahoma"/>
      <w:sz w:val="16"/>
      <w:szCs w:val="16"/>
    </w:rPr>
  </w:style>
  <w:style w:type="character" w:customStyle="1" w:styleId="aff9">
    <w:name w:val="Текст выноски Знак"/>
    <w:basedOn w:val="a2"/>
    <w:link w:val="aff8"/>
    <w:uiPriority w:val="99"/>
    <w:semiHidden/>
    <w:rsid w:val="00F579F9"/>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1CCE8-4B7D-4367-A227-82AF4FFB1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959</Words>
  <Characters>5470</Characters>
  <Application>Microsoft Office Word</Application>
  <DocSecurity>0</DocSecurity>
  <Lines>45</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Слава</cp:lastModifiedBy>
  <cp:revision>2</cp:revision>
  <dcterms:created xsi:type="dcterms:W3CDTF">2026-09-23T16:05:00Z</dcterms:created>
  <dcterms:modified xsi:type="dcterms:W3CDTF">2026-09-23T16:05:00Z</dcterms:modified>
</cp:coreProperties>
</file>