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B7231D">
        <w:tc>
          <w:tcPr>
            <w:tcW w:w="4986" w:type="dxa"/>
            <w:tcMar>
              <w:top w:w="0" w:type="dxa"/>
              <w:left w:w="0" w:type="dxa"/>
              <w:bottom w:w="0" w:type="dxa"/>
              <w:right w:w="0" w:type="dxa"/>
            </w:tcMar>
            <w:vAlign w:val="center"/>
          </w:tcPr>
          <w:p w:rsidR="00CB359A" w:rsidRPr="00B7231D" w:rsidRDefault="00CB359A">
            <w:pPr>
              <w:rPr>
                <w:lang w:val="uk-UA"/>
              </w:rPr>
            </w:pPr>
          </w:p>
        </w:tc>
        <w:tc>
          <w:tcPr>
            <w:tcW w:w="4986" w:type="dxa"/>
            <w:tcMar>
              <w:top w:w="0" w:type="dxa"/>
              <w:left w:w="0" w:type="dxa"/>
              <w:bottom w:w="0" w:type="dxa"/>
              <w:right w:w="0" w:type="dxa"/>
            </w:tcMar>
            <w:vAlign w:val="center"/>
          </w:tcPr>
          <w:p w:rsidR="00CB359A" w:rsidRPr="00B7231D" w:rsidRDefault="00CB359A">
            <w:pPr>
              <w:rPr>
                <w:lang w:val="uk-UA"/>
              </w:rPr>
            </w:pPr>
          </w:p>
        </w:tc>
      </w:tr>
    </w:tbl>
    <w:p w:rsidR="00CB359A" w:rsidRPr="00B7231D" w:rsidRDefault="009C040B">
      <w:pPr>
        <w:keepNext/>
        <w:spacing w:before="20" w:after="40"/>
        <w:jc w:val="center"/>
        <w:rPr>
          <w:lang w:val="uk-UA"/>
        </w:rPr>
      </w:pPr>
      <w:r w:rsidRPr="00B7231D">
        <w:rPr>
          <w:b/>
          <w:color w:val="222222"/>
          <w:sz w:val="30"/>
          <w:lang w:val="uk-UA"/>
        </w:rPr>
        <w:t>ДОГОВІР ПРО НАДАННЯ ПОСЛУГ З ПЕРЕКЛАДУ</w:t>
      </w:r>
    </w:p>
    <w:p w:rsidR="00CB359A" w:rsidRPr="00B7231D" w:rsidRDefault="009C040B">
      <w:pPr>
        <w:keepNext/>
        <w:jc w:val="center"/>
        <w:rPr>
          <w:szCs w:val="24"/>
          <w:lang w:val="uk-UA"/>
        </w:rPr>
      </w:pPr>
      <w:r w:rsidRPr="00B7231D">
        <w:rPr>
          <w:b/>
          <w:color w:val="222222"/>
          <w:lang w:val="uk-UA"/>
        </w:rPr>
        <w:t xml:space="preserve">№ </w:t>
      </w:r>
      <w:r w:rsidRPr="00B7231D">
        <w:rPr>
          <w:color w:val="008C95"/>
          <w:lang w:val="uk-UA"/>
        </w:rPr>
        <w:t>__________ [вкажіть номер договору]</w:t>
      </w:r>
    </w:p>
    <w:p w:rsidR="00CB359A" w:rsidRPr="00B7231D" w:rsidRDefault="009C040B">
      <w:pPr>
        <w:jc w:val="center"/>
        <w:rPr>
          <w:szCs w:val="24"/>
          <w:lang w:val="uk-UA"/>
        </w:rPr>
      </w:pPr>
      <w:r w:rsidRPr="00B7231D">
        <w:rPr>
          <w:color w:val="222222"/>
          <w:lang w:val="uk-UA"/>
        </w:rPr>
        <w:t>м. Київ «</w:t>
      </w:r>
      <w:r w:rsidRPr="00B7231D">
        <w:rPr>
          <w:color w:val="008C95"/>
          <w:lang w:val="uk-UA"/>
        </w:rPr>
        <w:t>___ [число]</w:t>
      </w:r>
      <w:r w:rsidRPr="00B7231D">
        <w:rPr>
          <w:color w:val="222222"/>
          <w:lang w:val="uk-UA"/>
        </w:rPr>
        <w:t xml:space="preserve">» </w:t>
      </w:r>
      <w:r w:rsidRPr="00B7231D">
        <w:rPr>
          <w:color w:val="008C95"/>
          <w:lang w:val="uk-UA"/>
        </w:rPr>
        <w:t>__________ [місяць словами]</w:t>
      </w:r>
      <w:r w:rsidRPr="00B7231D">
        <w:rPr>
          <w:color w:val="222222"/>
          <w:lang w:val="uk-UA"/>
        </w:rPr>
        <w:t xml:space="preserve"> </w:t>
      </w:r>
      <w:r w:rsidRPr="00B7231D">
        <w:rPr>
          <w:color w:val="008C95"/>
          <w:lang w:val="uk-UA"/>
        </w:rPr>
        <w:t>____ [рік]</w:t>
      </w:r>
      <w:r w:rsidRPr="00B7231D">
        <w:rPr>
          <w:color w:val="222222"/>
          <w:lang w:val="uk-UA"/>
        </w:rPr>
        <w:t xml:space="preserve"> р.</w:t>
      </w:r>
    </w:p>
    <w:p w:rsidR="00CB359A" w:rsidRPr="00B7231D" w:rsidRDefault="009C040B">
      <w:pPr>
        <w:jc w:val="both"/>
        <w:rPr>
          <w:szCs w:val="24"/>
          <w:lang w:val="uk-UA"/>
        </w:rPr>
      </w:pPr>
      <w:r w:rsidRPr="00B7231D">
        <w:rPr>
          <w:color w:val="222222"/>
          <w:lang w:val="uk-UA"/>
        </w:rPr>
        <w:t xml:space="preserve">[Для юридичної особи: __________ [повне найменування], код ЄДРПОУ __________ [код], в особі __________ [посада, ПІБ], що діє на підставі __________ [Статут / довіреність]; для ФОП: ФОП __________ [ПІБ], РНОКПП __________ [РНОКПП]], надалі – «Виконавець», та громадянин(ка) </w:t>
      </w:r>
      <w:bookmarkStart w:id="0" w:name="_GoBack"/>
      <w:bookmarkEnd w:id="0"/>
      <w:r w:rsidRPr="00B7231D">
        <w:rPr>
          <w:color w:val="222222"/>
          <w:lang w:val="uk-UA"/>
        </w:rPr>
        <w:t>України __________ [ПІБ Замовника], РНОКПП __________ [РНОКПП], надалі – «Замовник», разом – «Сторони», уклали цей Договір про таке:</w:t>
      </w:r>
    </w:p>
    <w:p w:rsidR="00CB359A" w:rsidRPr="00B7231D" w:rsidRDefault="009C040B">
      <w:pPr>
        <w:keepNext/>
        <w:pBdr>
          <w:bottom w:val="single" w:sz="8" w:space="1" w:color="269EA5"/>
        </w:pBdr>
        <w:spacing w:before="100" w:after="40"/>
        <w:rPr>
          <w:szCs w:val="24"/>
          <w:lang w:val="uk-UA"/>
        </w:rPr>
      </w:pPr>
      <w:r w:rsidRPr="00B7231D">
        <w:rPr>
          <w:b/>
          <w:color w:val="222222"/>
          <w:lang w:val="uk-UA"/>
        </w:rPr>
        <w:t>1. ПРЕДМЕТ ДОГОВОРУ</w:t>
      </w:r>
    </w:p>
    <w:p w:rsidR="00CB359A" w:rsidRPr="00B7231D" w:rsidRDefault="009C040B">
      <w:pPr>
        <w:jc w:val="both"/>
        <w:rPr>
          <w:szCs w:val="24"/>
          <w:lang w:val="uk-UA"/>
        </w:rPr>
      </w:pPr>
      <w:r w:rsidRPr="00B7231D">
        <w:rPr>
          <w:color w:val="222222"/>
          <w:lang w:val="uk-UA"/>
        </w:rPr>
        <w:t>1.1. Виконавець за замовленням Замовника зобов’язується надати послуги з перекладу: «</w:t>
      </w:r>
      <w:r w:rsidRPr="00B7231D">
        <w:rPr>
          <w:color w:val="008C95"/>
          <w:lang w:val="uk-UA"/>
        </w:rPr>
        <w:t>__________ [вид / предмет перекладу]</w:t>
      </w:r>
      <w:r w:rsidRPr="00B7231D">
        <w:rPr>
          <w:color w:val="222222"/>
          <w:lang w:val="uk-UA"/>
        </w:rPr>
        <w:t>» (надалі – Послуги), а Замовник – прийняти належним чином надані Послуги та оплатити їх.</w:t>
      </w:r>
    </w:p>
    <w:p w:rsidR="00CB359A" w:rsidRPr="00B7231D" w:rsidRDefault="009C040B">
      <w:pPr>
        <w:jc w:val="both"/>
        <w:rPr>
          <w:szCs w:val="24"/>
          <w:lang w:val="uk-UA"/>
        </w:rPr>
      </w:pPr>
      <w:r w:rsidRPr="00B7231D">
        <w:rPr>
          <w:color w:val="222222"/>
          <w:lang w:val="uk-UA"/>
        </w:rPr>
        <w:t>1.2. Основні умови перекладу:</w:t>
      </w:r>
      <w:r w:rsidRPr="00B7231D">
        <w:rPr>
          <w:color w:val="222222"/>
          <w:lang w:val="uk-UA"/>
        </w:rPr>
        <w:br/>
        <w:t xml:space="preserve">Джерело тексту, що перекладається: </w:t>
      </w:r>
      <w:r w:rsidRPr="00B7231D">
        <w:rPr>
          <w:color w:val="008C95"/>
          <w:lang w:val="uk-UA"/>
        </w:rPr>
        <w:t>__________ [документ / файл / посилання / інше]</w:t>
      </w:r>
      <w:r w:rsidRPr="00B7231D">
        <w:rPr>
          <w:color w:val="222222"/>
          <w:lang w:val="uk-UA"/>
        </w:rPr>
        <w:t>.</w:t>
      </w:r>
      <w:r w:rsidRPr="00B7231D">
        <w:rPr>
          <w:color w:val="222222"/>
          <w:lang w:val="uk-UA"/>
        </w:rPr>
        <w:br/>
        <w:t xml:space="preserve">З мови: </w:t>
      </w:r>
      <w:r w:rsidRPr="00B7231D">
        <w:rPr>
          <w:color w:val="008C95"/>
          <w:lang w:val="uk-UA"/>
        </w:rPr>
        <w:t>__________ [мова оригіналу]</w:t>
      </w:r>
      <w:r w:rsidRPr="00B7231D">
        <w:rPr>
          <w:color w:val="222222"/>
          <w:lang w:val="uk-UA"/>
        </w:rPr>
        <w:t xml:space="preserve"> на мову: </w:t>
      </w:r>
      <w:r w:rsidRPr="00B7231D">
        <w:rPr>
          <w:color w:val="008C95"/>
          <w:lang w:val="uk-UA"/>
        </w:rPr>
        <w:t>__________ [мова перекладу]</w:t>
      </w:r>
      <w:r w:rsidRPr="00B7231D">
        <w:rPr>
          <w:color w:val="222222"/>
          <w:lang w:val="uk-UA"/>
        </w:rPr>
        <w:t>.</w:t>
      </w:r>
      <w:r w:rsidRPr="00B7231D">
        <w:rPr>
          <w:color w:val="222222"/>
          <w:lang w:val="uk-UA"/>
        </w:rPr>
        <w:br/>
        <w:t xml:space="preserve">Обсяг тексту: </w:t>
      </w:r>
      <w:r w:rsidRPr="00B7231D">
        <w:rPr>
          <w:color w:val="008C95"/>
          <w:lang w:val="uk-UA"/>
        </w:rPr>
        <w:t>__________ [кількість слів / сторінок]</w:t>
      </w:r>
      <w:r w:rsidRPr="00B7231D">
        <w:rPr>
          <w:color w:val="222222"/>
          <w:lang w:val="uk-UA"/>
        </w:rPr>
        <w:t>.</w:t>
      </w:r>
      <w:r w:rsidRPr="00B7231D">
        <w:rPr>
          <w:color w:val="222222"/>
          <w:lang w:val="uk-UA"/>
        </w:rPr>
        <w:br/>
        <w:t xml:space="preserve">Строк надання перекладу: до </w:t>
      </w:r>
      <w:r w:rsidRPr="00B7231D">
        <w:rPr>
          <w:color w:val="008C95"/>
          <w:lang w:val="uk-UA"/>
        </w:rPr>
        <w:t>__.__.____ [дата]</w:t>
      </w:r>
      <w:r w:rsidRPr="00B7231D">
        <w:rPr>
          <w:color w:val="222222"/>
          <w:lang w:val="uk-UA"/>
        </w:rPr>
        <w:t>.</w:t>
      </w:r>
      <w:r w:rsidRPr="00B7231D">
        <w:rPr>
          <w:color w:val="222222"/>
          <w:lang w:val="uk-UA"/>
        </w:rPr>
        <w:br/>
        <w:t xml:space="preserve">Формат передачі перекладу: </w:t>
      </w:r>
      <w:r w:rsidRPr="00B7231D">
        <w:rPr>
          <w:color w:val="008C95"/>
          <w:lang w:val="uk-UA"/>
        </w:rPr>
        <w:t>__________ [Word / PDF / e-</w:t>
      </w:r>
      <w:proofErr w:type="spellStart"/>
      <w:r w:rsidRPr="00B7231D">
        <w:rPr>
          <w:color w:val="008C95"/>
          <w:lang w:val="uk-UA"/>
        </w:rPr>
        <w:t>mail</w:t>
      </w:r>
      <w:proofErr w:type="spellEnd"/>
      <w:r w:rsidRPr="00B7231D">
        <w:rPr>
          <w:color w:val="008C95"/>
          <w:lang w:val="uk-UA"/>
        </w:rPr>
        <w:t xml:space="preserve"> / інше]</w:t>
      </w:r>
      <w:r w:rsidRPr="00B7231D">
        <w:rPr>
          <w:color w:val="222222"/>
          <w:lang w:val="uk-UA"/>
        </w:rPr>
        <w:t>.</w:t>
      </w:r>
    </w:p>
    <w:p w:rsidR="00CB359A" w:rsidRPr="00B7231D" w:rsidRDefault="009C040B">
      <w:pPr>
        <w:keepNext/>
        <w:pBdr>
          <w:bottom w:val="single" w:sz="8" w:space="1" w:color="269EA5"/>
        </w:pBdr>
        <w:spacing w:before="100" w:after="40"/>
        <w:rPr>
          <w:szCs w:val="24"/>
          <w:lang w:val="uk-UA"/>
        </w:rPr>
      </w:pPr>
      <w:r w:rsidRPr="00B7231D">
        <w:rPr>
          <w:b/>
          <w:color w:val="222222"/>
          <w:lang w:val="uk-UA"/>
        </w:rPr>
        <w:t>2. ПРАВА ТА ОБОВ’ЯЗКИ СТОРІН</w:t>
      </w:r>
    </w:p>
    <w:p w:rsidR="00CB359A" w:rsidRPr="00B7231D" w:rsidRDefault="009C040B">
      <w:pPr>
        <w:jc w:val="both"/>
        <w:rPr>
          <w:szCs w:val="24"/>
          <w:lang w:val="uk-UA"/>
        </w:rPr>
      </w:pPr>
      <w:r w:rsidRPr="00B7231D">
        <w:rPr>
          <w:color w:val="222222"/>
          <w:lang w:val="uk-UA"/>
        </w:rPr>
        <w:t>2.1. Замовник зобов’язаний своєчасно оплатити Послуги, передати Виконавцю текст для перекладу у придатному для роботи вигляді, надати необхідні пояснення, термінологію та іншу інформацію на вимогу Виконавця. Строк надання Послуг продовжується на період прострочення цих дій Замовником.</w:t>
      </w:r>
    </w:p>
    <w:p w:rsidR="00CB359A" w:rsidRPr="00B7231D" w:rsidRDefault="009C040B">
      <w:pPr>
        <w:jc w:val="both"/>
        <w:rPr>
          <w:szCs w:val="24"/>
          <w:lang w:val="uk-UA"/>
        </w:rPr>
      </w:pPr>
      <w:r w:rsidRPr="00B7231D">
        <w:rPr>
          <w:color w:val="222222"/>
          <w:lang w:val="uk-UA"/>
        </w:rPr>
        <w:t>2.2. Замовник гарантує законність передачі Виконавцю тексту та інших матеріалів для перекладу. Виконавець зобов’язується не використовувати отримані матеріали поза межами виконання цього Договору та не розголошувати їх третім особам, крім осіб, залучених до виконання Послуг.</w:t>
      </w:r>
    </w:p>
    <w:p w:rsidR="00CB359A" w:rsidRPr="00B7231D" w:rsidRDefault="009C040B">
      <w:pPr>
        <w:jc w:val="both"/>
        <w:rPr>
          <w:szCs w:val="24"/>
          <w:lang w:val="uk-UA"/>
        </w:rPr>
      </w:pPr>
      <w:r w:rsidRPr="00B7231D">
        <w:rPr>
          <w:color w:val="222222"/>
          <w:lang w:val="uk-UA"/>
        </w:rPr>
        <w:t>2.3. Виконавець має право залучати третіх осіб, відповідаючи за їх дії як за свої власні. У разі прострочення оплати Виконавець має право призупинити, перенести або відмовитися від надання неоплачених Послуг.</w:t>
      </w:r>
    </w:p>
    <w:p w:rsidR="00F579F9" w:rsidRPr="00B7231D" w:rsidRDefault="009C040B">
      <w:pPr>
        <w:jc w:val="both"/>
        <w:rPr>
          <w:color w:val="222222"/>
          <w:szCs w:val="24"/>
          <w:lang w:val="uk-UA"/>
        </w:rPr>
      </w:pPr>
      <w:r w:rsidRPr="00B7231D">
        <w:rPr>
          <w:color w:val="222222"/>
          <w:lang w:val="uk-UA"/>
        </w:rPr>
        <w:t xml:space="preserve">2.4. Замовник має право відмовитися від Послуг без штрафу, письмово повідомивши Виконавця не менше ніж за </w:t>
      </w:r>
      <w:r w:rsidRPr="00B7231D">
        <w:rPr>
          <w:color w:val="008C95"/>
          <w:lang w:val="uk-UA"/>
        </w:rPr>
        <w:t>___ [кількість днів]</w:t>
      </w:r>
      <w:r w:rsidRPr="00B7231D">
        <w:rPr>
          <w:color w:val="222222"/>
          <w:lang w:val="uk-UA"/>
        </w:rPr>
        <w:t xml:space="preserve"> календарних днів до початку їх надання. При пізнішій відмові Замовник сплачує штраф у розмірі </w:t>
      </w:r>
      <w:r w:rsidRPr="00B7231D">
        <w:rPr>
          <w:color w:val="008C95"/>
          <w:lang w:val="uk-UA"/>
        </w:rPr>
        <w:t>___% [розмір штрафу]</w:t>
      </w:r>
      <w:r w:rsidRPr="00B7231D">
        <w:rPr>
          <w:color w:val="222222"/>
          <w:lang w:val="uk-UA"/>
        </w:rPr>
        <w:t xml:space="preserve"> вартості відповідних Послуг.</w:t>
      </w:r>
    </w:p>
    <w:p w:rsidR="00B7231D" w:rsidRPr="00B7231D" w:rsidRDefault="009C040B">
      <w:pPr>
        <w:jc w:val="both"/>
        <w:rPr>
          <w:color w:val="222222"/>
          <w:lang w:val="uk-UA"/>
        </w:rPr>
      </w:pPr>
      <w:r w:rsidRPr="00B7231D">
        <w:rPr>
          <w:color w:val="222222"/>
          <w:lang w:val="uk-UA"/>
        </w:rPr>
        <w:t>2.5. Якщо для перекладу мають використовуватися визначені Замовником терміни, назви, транслітерація або глосарій, Замовник передає такі ви</w:t>
      </w:r>
      <w:r w:rsidR="00B7231D" w:rsidRPr="00B7231D">
        <w:rPr>
          <w:color w:val="222222"/>
          <w:lang w:val="uk-UA"/>
        </w:rPr>
        <w:t>моги до початку надання Послуг.</w:t>
      </w:r>
    </w:p>
    <w:p w:rsidR="00CB359A" w:rsidRPr="00B7231D" w:rsidRDefault="009C040B">
      <w:pPr>
        <w:jc w:val="both"/>
        <w:rPr>
          <w:szCs w:val="24"/>
          <w:lang w:val="uk-UA"/>
        </w:rPr>
      </w:pPr>
      <w:r w:rsidRPr="00B7231D">
        <w:rPr>
          <w:color w:val="222222"/>
          <w:lang w:val="uk-UA"/>
        </w:rPr>
        <w:t>2.6. Виконавець зобов’язаний надати переклад належної якості у погоджений строк та передати його Замовнику у погодженому форматі.</w:t>
      </w:r>
    </w:p>
    <w:p w:rsidR="00CB359A" w:rsidRPr="00B7231D" w:rsidRDefault="009C040B">
      <w:pPr>
        <w:keepNext/>
        <w:pBdr>
          <w:bottom w:val="single" w:sz="8" w:space="1" w:color="269EA5"/>
        </w:pBdr>
        <w:spacing w:before="100" w:after="40"/>
        <w:rPr>
          <w:szCs w:val="24"/>
          <w:lang w:val="uk-UA"/>
        </w:rPr>
      </w:pPr>
      <w:r w:rsidRPr="00B7231D">
        <w:rPr>
          <w:b/>
          <w:color w:val="222222"/>
          <w:lang w:val="uk-UA"/>
        </w:rPr>
        <w:t>3. ВАРТІСТЬ, ОПЛАТА ТА ПРИЙМАННЯ ПОСЛУГ</w:t>
      </w:r>
    </w:p>
    <w:p w:rsidR="00CB359A" w:rsidRPr="00B7231D" w:rsidRDefault="009C040B">
      <w:pPr>
        <w:jc w:val="both"/>
        <w:rPr>
          <w:szCs w:val="24"/>
          <w:lang w:val="uk-UA"/>
        </w:rPr>
      </w:pPr>
      <w:r w:rsidRPr="00B7231D">
        <w:rPr>
          <w:color w:val="222222"/>
          <w:lang w:val="uk-UA"/>
        </w:rPr>
        <w:t xml:space="preserve">3.1. Вартість Послуг визначається одним із погоджених Сторонами способів: </w:t>
      </w:r>
      <w:r w:rsidRPr="00B7231D">
        <w:rPr>
          <w:color w:val="008C95"/>
          <w:lang w:val="uk-UA"/>
        </w:rPr>
        <w:t>__________,__ [вартість]</w:t>
      </w:r>
      <w:r w:rsidRPr="00B7231D">
        <w:rPr>
          <w:color w:val="222222"/>
          <w:lang w:val="uk-UA"/>
        </w:rPr>
        <w:t xml:space="preserve"> грн за 1 слово </w:t>
      </w:r>
      <w:r w:rsidRPr="00B7231D">
        <w:rPr>
          <w:color w:val="008C95"/>
          <w:lang w:val="uk-UA"/>
        </w:rPr>
        <w:t>__________ [вихідного / перекладеного]</w:t>
      </w:r>
      <w:r w:rsidRPr="00B7231D">
        <w:rPr>
          <w:color w:val="222222"/>
          <w:lang w:val="uk-UA"/>
        </w:rPr>
        <w:t xml:space="preserve"> тексту при обсязі </w:t>
      </w:r>
      <w:r w:rsidRPr="00B7231D">
        <w:rPr>
          <w:color w:val="008C95"/>
          <w:lang w:val="uk-UA"/>
        </w:rPr>
        <w:t>__________ [кількість слів]</w:t>
      </w:r>
      <w:r w:rsidRPr="00B7231D">
        <w:rPr>
          <w:color w:val="222222"/>
          <w:lang w:val="uk-UA"/>
        </w:rPr>
        <w:t xml:space="preserve"> або фіксовано за погоджений текст у сумі </w:t>
      </w:r>
      <w:r w:rsidRPr="00B7231D">
        <w:rPr>
          <w:color w:val="008C95"/>
          <w:lang w:val="uk-UA"/>
        </w:rPr>
        <w:t>__________,__ [сума цифрами]</w:t>
      </w:r>
      <w:r w:rsidRPr="00B7231D">
        <w:rPr>
          <w:color w:val="222222"/>
          <w:lang w:val="uk-UA"/>
        </w:rPr>
        <w:t xml:space="preserve"> грн (</w:t>
      </w:r>
      <w:r w:rsidRPr="00B7231D">
        <w:rPr>
          <w:color w:val="008C95"/>
          <w:lang w:val="uk-UA"/>
        </w:rPr>
        <w:t>__________ [сума словами]</w:t>
      </w:r>
      <w:r w:rsidRPr="00B7231D">
        <w:rPr>
          <w:color w:val="222222"/>
          <w:lang w:val="uk-UA"/>
        </w:rPr>
        <w:t xml:space="preserve"> гривень), </w:t>
      </w:r>
      <w:r w:rsidRPr="00B7231D">
        <w:rPr>
          <w:color w:val="008C95"/>
          <w:lang w:val="uk-UA"/>
        </w:rPr>
        <w:t>__________ [з ПДВ / без ПДВ]</w:t>
      </w:r>
      <w:r w:rsidRPr="00B7231D">
        <w:rPr>
          <w:color w:val="222222"/>
          <w:lang w:val="uk-UA"/>
        </w:rPr>
        <w:t>.</w:t>
      </w:r>
    </w:p>
    <w:p w:rsidR="00CB359A" w:rsidRPr="00B7231D" w:rsidRDefault="009C040B">
      <w:pPr>
        <w:jc w:val="both"/>
        <w:rPr>
          <w:szCs w:val="24"/>
          <w:lang w:val="uk-UA"/>
        </w:rPr>
      </w:pPr>
      <w:r w:rsidRPr="00B7231D">
        <w:rPr>
          <w:color w:val="222222"/>
          <w:lang w:val="uk-UA"/>
        </w:rPr>
        <w:t>3.2. Якщо Сторони письмово не погодили інше, Замовник сплачує 100% вартості Послуг як передплату до початку їх надання.</w:t>
      </w:r>
    </w:p>
    <w:p w:rsidR="00CB359A" w:rsidRPr="00B7231D" w:rsidRDefault="009C040B">
      <w:pPr>
        <w:jc w:val="both"/>
        <w:rPr>
          <w:szCs w:val="24"/>
          <w:lang w:val="uk-UA"/>
        </w:rPr>
      </w:pPr>
      <w:r w:rsidRPr="00B7231D">
        <w:rPr>
          <w:color w:val="222222"/>
          <w:lang w:val="uk-UA"/>
        </w:rPr>
        <w:lastRenderedPageBreak/>
        <w:t>3.3. Якщо протягом 5 календарних днів з дня отримання перекладу Замовник не надав письмових обґрунтованих зауважень, Послуги вважаються належним чином наданими та прийнятими без зауважень. Обґрунтовані зауваження щодо помилок перекладу Виконавець усуває у погоджений Сторонами строк. Зміна вихідного тексту або нові вимоги Замовника не вважаються виправленням помилок і погоджуються окремо.</w:t>
      </w:r>
    </w:p>
    <w:p w:rsidR="00CB359A" w:rsidRPr="00B7231D" w:rsidRDefault="009C040B">
      <w:pPr>
        <w:keepNext/>
        <w:pBdr>
          <w:bottom w:val="single" w:sz="8" w:space="1" w:color="269EA5"/>
        </w:pBdr>
        <w:spacing w:before="100" w:after="40"/>
        <w:rPr>
          <w:szCs w:val="24"/>
          <w:lang w:val="uk-UA"/>
        </w:rPr>
      </w:pPr>
      <w:r w:rsidRPr="00B7231D">
        <w:rPr>
          <w:b/>
          <w:color w:val="222222"/>
          <w:lang w:val="uk-UA"/>
        </w:rPr>
        <w:t>4. КОНФІДЕНЦІЙНІСТЬ ТА ВІДПОВІДАЛЬНІСТЬ</w:t>
      </w:r>
    </w:p>
    <w:p w:rsidR="00CB359A" w:rsidRPr="00B7231D" w:rsidRDefault="009C040B">
      <w:pPr>
        <w:jc w:val="both"/>
        <w:rPr>
          <w:szCs w:val="24"/>
          <w:lang w:val="uk-UA"/>
        </w:rPr>
      </w:pPr>
      <w:r w:rsidRPr="00B7231D">
        <w:rPr>
          <w:color w:val="222222"/>
          <w:lang w:val="uk-UA"/>
        </w:rPr>
        <w:t>4.1. Права на вихідний текст та передані Замовником матеріали належать їх законним правовласникам. Замовник має право використовувати отриманий переклад після повної оплати Послуг. Виконавець зберігає права на власні методики, глосарії, процеси, прийоми та ноу-хау, використані при наданні Послуг. Сторони не розголошують отриману у зв’язку з Договором конфіденційну інформацію без згоди іншої Сторони, крім випадків, передбачених законом.</w:t>
      </w:r>
    </w:p>
    <w:p w:rsidR="00B7231D" w:rsidRPr="00B7231D" w:rsidRDefault="009C040B">
      <w:pPr>
        <w:jc w:val="both"/>
        <w:rPr>
          <w:color w:val="222222"/>
          <w:lang w:val="uk-UA"/>
        </w:rPr>
      </w:pPr>
      <w:r w:rsidRPr="00B7231D">
        <w:rPr>
          <w:color w:val="222222"/>
          <w:lang w:val="uk-UA"/>
        </w:rPr>
        <w:t>4.2. За прострочення оплати Замовник сплачує Виконавцю пеню, розраховану виходячи з подвійної облікової ставки НБУ від суми простроченого плате</w:t>
      </w:r>
      <w:r w:rsidR="00B7231D" w:rsidRPr="00B7231D">
        <w:rPr>
          <w:color w:val="222222"/>
          <w:lang w:val="uk-UA"/>
        </w:rPr>
        <w:t>жу за кожний день прострочення.</w:t>
      </w:r>
    </w:p>
    <w:p w:rsidR="00CB359A" w:rsidRPr="00B7231D" w:rsidRDefault="009C040B">
      <w:pPr>
        <w:jc w:val="both"/>
        <w:rPr>
          <w:szCs w:val="24"/>
          <w:lang w:val="uk-UA"/>
        </w:rPr>
      </w:pPr>
      <w:r w:rsidRPr="00B7231D">
        <w:rPr>
          <w:color w:val="222222"/>
          <w:lang w:val="uk-UA"/>
        </w:rPr>
        <w:t>4.3. Виконавець не відповідає за неточності перекладу, спричинені нерозбірливістю, помилками, неоднозначністю або неповнотою вихідного тексту, а також за упущену вигоду та непрямі збитки. Загальна відповідальність Виконавця обмежується фактично сплаченою вартістю Послуг, крім випадків, коли таке обмеження не допускається законом.</w:t>
      </w:r>
    </w:p>
    <w:p w:rsidR="00CB359A" w:rsidRPr="00B7231D" w:rsidRDefault="009C040B">
      <w:pPr>
        <w:jc w:val="both"/>
        <w:rPr>
          <w:szCs w:val="24"/>
          <w:lang w:val="uk-UA"/>
        </w:rPr>
      </w:pPr>
      <w:r w:rsidRPr="00B7231D">
        <w:rPr>
          <w:color w:val="222222"/>
          <w:lang w:val="uk-UA"/>
        </w:rPr>
        <w:t>4.4. За прострочення надання Послуг з вини Виконавця він сплачує Замовнику неустойку, розраховану виходячи з подвійної облікової ставки НБУ від вартості прострочених Послуг за кожний день прострочення.</w:t>
      </w:r>
    </w:p>
    <w:p w:rsidR="00CB359A" w:rsidRPr="00B7231D" w:rsidRDefault="009C040B">
      <w:pPr>
        <w:keepNext/>
        <w:pBdr>
          <w:bottom w:val="single" w:sz="8" w:space="1" w:color="269EA5"/>
        </w:pBdr>
        <w:spacing w:before="100" w:after="40"/>
        <w:rPr>
          <w:szCs w:val="24"/>
          <w:lang w:val="uk-UA"/>
        </w:rPr>
      </w:pPr>
      <w:r w:rsidRPr="00B7231D">
        <w:rPr>
          <w:b/>
          <w:color w:val="222222"/>
          <w:lang w:val="uk-UA"/>
        </w:rPr>
        <w:t>5. ФОРС-МАЖОР ТА ЗАКЛЮЧНІ ПОЛОЖЕННЯ</w:t>
      </w:r>
    </w:p>
    <w:p w:rsidR="00CB359A" w:rsidRPr="00B7231D" w:rsidRDefault="009C040B">
      <w:pPr>
        <w:jc w:val="both"/>
        <w:rPr>
          <w:szCs w:val="24"/>
          <w:lang w:val="uk-UA"/>
        </w:rPr>
      </w:pPr>
      <w:r w:rsidRPr="00B7231D">
        <w:rPr>
          <w:color w:val="222222"/>
          <w:lang w:val="uk-UA"/>
        </w:rPr>
        <w:t>5.1.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наданню Послуг, Сторони погоджують новий строк; якщо надання Послуг втратило для Замовника інтерес, він може відмовитися від ненаданих Послуг з поверненням відповідної передоплати.</w:t>
      </w:r>
    </w:p>
    <w:p w:rsidR="00CB359A" w:rsidRPr="00B7231D" w:rsidRDefault="009C040B">
      <w:pPr>
        <w:jc w:val="both"/>
        <w:rPr>
          <w:szCs w:val="24"/>
          <w:lang w:val="uk-UA"/>
        </w:rPr>
      </w:pPr>
      <w:r w:rsidRPr="00B7231D">
        <w:rPr>
          <w:color w:val="222222"/>
          <w:lang w:val="uk-UA"/>
        </w:rPr>
        <w:t>5.2.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w:t>
      </w:r>
      <w:proofErr w:type="spellStart"/>
      <w:r w:rsidRPr="00B7231D">
        <w:rPr>
          <w:color w:val="222222"/>
          <w:lang w:val="uk-UA"/>
        </w:rPr>
        <w:t>mail</w:t>
      </w:r>
      <w:proofErr w:type="spellEnd"/>
      <w:r w:rsidRPr="00B7231D">
        <w:rPr>
          <w:color w:val="222222"/>
          <w:lang w:val="uk-UA"/>
        </w:rPr>
        <w:t xml:space="preserve"> або номери телефонів/</w:t>
      </w:r>
      <w:proofErr w:type="spellStart"/>
      <w:r w:rsidRPr="00B7231D">
        <w:rPr>
          <w:color w:val="222222"/>
          <w:lang w:val="uk-UA"/>
        </w:rPr>
        <w:t>месенджерів</w:t>
      </w:r>
      <w:proofErr w:type="spellEnd"/>
      <w:r w:rsidRPr="00B7231D">
        <w:rPr>
          <w:color w:val="222222"/>
          <w:lang w:val="uk-UA"/>
        </w:rPr>
        <w:t xml:space="preserve"> Сторін. Документи, підписані КЕП, мають силу паперових документів з власноручним підписом.</w:t>
      </w:r>
    </w:p>
    <w:p w:rsidR="00CB359A" w:rsidRPr="00B7231D" w:rsidRDefault="009C040B">
      <w:pPr>
        <w:jc w:val="both"/>
        <w:rPr>
          <w:szCs w:val="24"/>
          <w:lang w:val="uk-UA"/>
        </w:rPr>
      </w:pPr>
      <w:r w:rsidRPr="00B7231D">
        <w:rPr>
          <w:color w:val="222222"/>
          <w:lang w:val="uk-UA"/>
        </w:rPr>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CB359A" w:rsidRPr="00B7231D" w:rsidRDefault="009C040B">
      <w:pPr>
        <w:keepNext/>
        <w:pBdr>
          <w:bottom w:val="single" w:sz="8" w:space="1" w:color="269EA5"/>
        </w:pBdr>
        <w:spacing w:before="100" w:after="40"/>
        <w:rPr>
          <w:lang w:val="uk-UA"/>
        </w:rPr>
      </w:pPr>
      <w:r w:rsidRPr="00B7231D">
        <w:rPr>
          <w:b/>
          <w:color w:val="222222"/>
          <w:lang w:val="uk-UA"/>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B7231D">
        <w:trPr>
          <w:cantSplit/>
          <w:jc w:val="center"/>
        </w:trPr>
        <w:tc>
          <w:tcPr>
            <w:tcW w:w="4986" w:type="dxa"/>
            <w:tcMar>
              <w:top w:w="40" w:type="dxa"/>
              <w:left w:w="60" w:type="dxa"/>
              <w:bottom w:w="20" w:type="dxa"/>
              <w:right w:w="60" w:type="dxa"/>
            </w:tcMar>
          </w:tcPr>
          <w:p w:rsidR="00CB359A" w:rsidRPr="00B7231D" w:rsidRDefault="009C040B">
            <w:pPr>
              <w:rPr>
                <w:lang w:val="uk-UA"/>
              </w:rPr>
            </w:pPr>
            <w:r w:rsidRPr="00B7231D">
              <w:rPr>
                <w:b/>
                <w:color w:val="222222"/>
                <w:sz w:val="21"/>
                <w:lang w:val="uk-UA"/>
              </w:rPr>
              <w:t>Виконавець:</w:t>
            </w:r>
          </w:p>
          <w:p w:rsidR="00CB359A" w:rsidRPr="00B7231D" w:rsidRDefault="009C040B">
            <w:pPr>
              <w:rPr>
                <w:lang w:val="uk-UA"/>
              </w:rPr>
            </w:pPr>
            <w:r w:rsidRPr="00B7231D">
              <w:rPr>
                <w:color w:val="008C95"/>
                <w:sz w:val="21"/>
                <w:shd w:val="clear" w:color="auto" w:fill="D9F1F2"/>
                <w:lang w:val="uk-UA"/>
              </w:rPr>
              <w:t>[Юридична особа / ФОП — залишити відповідний варіант]</w:t>
            </w:r>
          </w:p>
          <w:p w:rsidR="00CB359A" w:rsidRPr="00B7231D" w:rsidRDefault="009C040B">
            <w:pPr>
              <w:rPr>
                <w:lang w:val="uk-UA"/>
              </w:rPr>
            </w:pPr>
            <w:r w:rsidRPr="00B7231D">
              <w:rPr>
                <w:color w:val="222222"/>
                <w:sz w:val="21"/>
                <w:lang w:val="uk-UA"/>
              </w:rPr>
              <w:t xml:space="preserve">Найменування / ПІБ: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Код ЄДРПОУ / РНОКПП: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Підписант (для </w:t>
            </w:r>
            <w:proofErr w:type="spellStart"/>
            <w:r w:rsidRPr="00B7231D">
              <w:rPr>
                <w:color w:val="222222"/>
                <w:sz w:val="21"/>
                <w:lang w:val="uk-UA"/>
              </w:rPr>
              <w:t>юрособи</w:t>
            </w:r>
            <w:proofErr w:type="spellEnd"/>
            <w:r w:rsidRPr="00B7231D">
              <w:rPr>
                <w:color w:val="222222"/>
                <w:sz w:val="21"/>
                <w:lang w:val="uk-UA"/>
              </w:rPr>
              <w:t xml:space="preserve">): </w:t>
            </w:r>
            <w:r w:rsidRPr="00B7231D">
              <w:rPr>
                <w:color w:val="008C95"/>
                <w:sz w:val="21"/>
                <w:shd w:val="clear" w:color="auto" w:fill="D9F1F2"/>
                <w:lang w:val="uk-UA"/>
              </w:rPr>
              <w:t>__________ [посада, ПІБ, підстава]</w:t>
            </w:r>
          </w:p>
          <w:p w:rsidR="00CB359A" w:rsidRPr="00B7231D" w:rsidRDefault="009C040B">
            <w:pPr>
              <w:rPr>
                <w:lang w:val="uk-UA"/>
              </w:rPr>
            </w:pPr>
            <w:r w:rsidRPr="00B7231D">
              <w:rPr>
                <w:color w:val="222222"/>
                <w:sz w:val="21"/>
                <w:lang w:val="uk-UA"/>
              </w:rPr>
              <w:t xml:space="preserve">Адреса: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IBAN: </w:t>
            </w:r>
            <w:r w:rsidRPr="00B7231D">
              <w:rPr>
                <w:color w:val="008C95"/>
                <w:sz w:val="21"/>
                <w:shd w:val="clear" w:color="auto" w:fill="D9F1F2"/>
                <w:lang w:val="uk-UA"/>
              </w:rPr>
              <w:t>UA________________________ [вкажіть]</w:t>
            </w:r>
          </w:p>
          <w:p w:rsidR="00CB359A" w:rsidRPr="00B7231D" w:rsidRDefault="009C040B">
            <w:pPr>
              <w:rPr>
                <w:lang w:val="uk-UA"/>
              </w:rPr>
            </w:pPr>
            <w:r w:rsidRPr="00B7231D">
              <w:rPr>
                <w:color w:val="222222"/>
                <w:sz w:val="21"/>
                <w:lang w:val="uk-UA"/>
              </w:rPr>
              <w:t xml:space="preserve">Банк / ПДВ: </w:t>
            </w:r>
            <w:r w:rsidRPr="00B7231D">
              <w:rPr>
                <w:color w:val="008C95"/>
                <w:sz w:val="21"/>
                <w:shd w:val="clear" w:color="auto" w:fill="D9F1F2"/>
                <w:lang w:val="uk-UA"/>
              </w:rPr>
              <w:t>__________ [вкажіть]</w:t>
            </w:r>
          </w:p>
          <w:p w:rsidR="00CB359A" w:rsidRPr="00B7231D" w:rsidRDefault="009C040B">
            <w:pPr>
              <w:rPr>
                <w:lang w:val="uk-UA"/>
              </w:rPr>
            </w:pPr>
            <w:proofErr w:type="spellStart"/>
            <w:r w:rsidRPr="00B7231D">
              <w:rPr>
                <w:color w:val="222222"/>
                <w:sz w:val="21"/>
                <w:lang w:val="uk-UA"/>
              </w:rPr>
              <w:t>Тел</w:t>
            </w:r>
            <w:proofErr w:type="spellEnd"/>
            <w:r w:rsidRPr="00B7231D">
              <w:rPr>
                <w:color w:val="222222"/>
                <w:sz w:val="21"/>
                <w:lang w:val="uk-UA"/>
              </w:rPr>
              <w:t>. / E-</w:t>
            </w:r>
            <w:proofErr w:type="spellStart"/>
            <w:r w:rsidRPr="00B7231D">
              <w:rPr>
                <w:color w:val="222222"/>
                <w:sz w:val="21"/>
                <w:lang w:val="uk-UA"/>
              </w:rPr>
              <w:t>mail</w:t>
            </w:r>
            <w:proofErr w:type="spellEnd"/>
            <w:r w:rsidRPr="00B7231D">
              <w:rPr>
                <w:color w:val="222222"/>
                <w:sz w:val="21"/>
                <w:lang w:val="uk-UA"/>
              </w:rPr>
              <w:t xml:space="preserve">: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________________ / </w:t>
            </w:r>
            <w:r w:rsidRPr="00B7231D">
              <w:rPr>
                <w:color w:val="008C95"/>
                <w:sz w:val="21"/>
                <w:shd w:val="clear" w:color="auto" w:fill="D9F1F2"/>
                <w:lang w:val="uk-UA"/>
              </w:rPr>
              <w:t>__________ [ПІБ підписанта]</w:t>
            </w:r>
          </w:p>
          <w:p w:rsidR="00CB359A" w:rsidRPr="00B7231D" w:rsidRDefault="009C040B">
            <w:pPr>
              <w:rPr>
                <w:lang w:val="uk-UA"/>
              </w:rPr>
            </w:pPr>
            <w:r w:rsidRPr="00B7231D">
              <w:rPr>
                <w:color w:val="222222"/>
                <w:sz w:val="21"/>
                <w:lang w:val="uk-UA"/>
              </w:rPr>
              <w:t>(підпис, КЕП)</w:t>
            </w:r>
          </w:p>
        </w:tc>
        <w:tc>
          <w:tcPr>
            <w:tcW w:w="4986" w:type="dxa"/>
            <w:tcMar>
              <w:top w:w="40" w:type="dxa"/>
              <w:left w:w="60" w:type="dxa"/>
              <w:bottom w:w="20" w:type="dxa"/>
              <w:right w:w="60" w:type="dxa"/>
            </w:tcMar>
          </w:tcPr>
          <w:p w:rsidR="00CB359A" w:rsidRPr="00B7231D" w:rsidRDefault="009C040B">
            <w:pPr>
              <w:rPr>
                <w:lang w:val="uk-UA"/>
              </w:rPr>
            </w:pPr>
            <w:r w:rsidRPr="00B7231D">
              <w:rPr>
                <w:b/>
                <w:color w:val="222222"/>
                <w:sz w:val="21"/>
                <w:lang w:val="uk-UA"/>
              </w:rPr>
              <w:t>Замовник:</w:t>
            </w:r>
          </w:p>
          <w:p w:rsidR="00CB359A" w:rsidRPr="00B7231D" w:rsidRDefault="009C040B">
            <w:pPr>
              <w:rPr>
                <w:lang w:val="uk-UA"/>
              </w:rPr>
            </w:pPr>
            <w:r w:rsidRPr="00B7231D">
              <w:rPr>
                <w:color w:val="222222"/>
                <w:sz w:val="21"/>
                <w:lang w:val="uk-UA"/>
              </w:rPr>
              <w:t xml:space="preserve">ПІБ: </w:t>
            </w:r>
            <w:r w:rsidRPr="00B7231D">
              <w:rPr>
                <w:color w:val="008C95"/>
                <w:sz w:val="21"/>
                <w:shd w:val="clear" w:color="auto" w:fill="D9F1F2"/>
                <w:lang w:val="uk-UA"/>
              </w:rPr>
              <w:t>__________ [вкажіть ПІБ повністю]</w:t>
            </w:r>
          </w:p>
          <w:p w:rsidR="00CB359A" w:rsidRPr="00B7231D" w:rsidRDefault="009C040B">
            <w:pPr>
              <w:rPr>
                <w:lang w:val="uk-UA"/>
              </w:rPr>
            </w:pPr>
            <w:r w:rsidRPr="00B7231D">
              <w:rPr>
                <w:color w:val="222222"/>
                <w:sz w:val="21"/>
                <w:lang w:val="uk-UA"/>
              </w:rPr>
              <w:t xml:space="preserve">Дата народження: </w:t>
            </w:r>
            <w:r w:rsidRPr="00B7231D">
              <w:rPr>
                <w:color w:val="008C95"/>
                <w:sz w:val="21"/>
                <w:shd w:val="clear" w:color="auto" w:fill="D9F1F2"/>
                <w:lang w:val="uk-UA"/>
              </w:rPr>
              <w:t>__.__.____ [вкажіть]</w:t>
            </w:r>
          </w:p>
          <w:p w:rsidR="00CB359A" w:rsidRPr="00B7231D" w:rsidRDefault="009C040B">
            <w:pPr>
              <w:rPr>
                <w:lang w:val="uk-UA"/>
              </w:rPr>
            </w:pPr>
            <w:r w:rsidRPr="00B7231D">
              <w:rPr>
                <w:color w:val="222222"/>
                <w:sz w:val="21"/>
                <w:lang w:val="uk-UA"/>
              </w:rPr>
              <w:t xml:space="preserve">РНОКПП: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Паспорт / ID-картка: </w:t>
            </w:r>
            <w:r w:rsidRPr="00B7231D">
              <w:rPr>
                <w:color w:val="008C95"/>
                <w:sz w:val="21"/>
                <w:shd w:val="clear" w:color="auto" w:fill="D9F1F2"/>
                <w:lang w:val="uk-UA"/>
              </w:rPr>
              <w:t>__________ [реквізити]</w:t>
            </w:r>
          </w:p>
          <w:p w:rsidR="00CB359A" w:rsidRPr="00B7231D" w:rsidRDefault="009C040B">
            <w:pPr>
              <w:rPr>
                <w:lang w:val="uk-UA"/>
              </w:rPr>
            </w:pPr>
            <w:r w:rsidRPr="00B7231D">
              <w:rPr>
                <w:color w:val="222222"/>
                <w:sz w:val="21"/>
                <w:lang w:val="uk-UA"/>
              </w:rPr>
              <w:t xml:space="preserve">Адреса: </w:t>
            </w:r>
            <w:r w:rsidRPr="00B7231D">
              <w:rPr>
                <w:color w:val="008C95"/>
                <w:sz w:val="21"/>
                <w:shd w:val="clear" w:color="auto" w:fill="D9F1F2"/>
                <w:lang w:val="uk-UA"/>
              </w:rPr>
              <w:t>__________ [вкажіть]</w:t>
            </w:r>
          </w:p>
          <w:p w:rsidR="00CB359A" w:rsidRPr="00B7231D" w:rsidRDefault="009C040B">
            <w:pPr>
              <w:rPr>
                <w:lang w:val="uk-UA"/>
              </w:rPr>
            </w:pPr>
            <w:proofErr w:type="spellStart"/>
            <w:r w:rsidRPr="00B7231D">
              <w:rPr>
                <w:color w:val="222222"/>
                <w:sz w:val="21"/>
                <w:lang w:val="uk-UA"/>
              </w:rPr>
              <w:t>Тел</w:t>
            </w:r>
            <w:proofErr w:type="spellEnd"/>
            <w:r w:rsidRPr="00B7231D">
              <w:rPr>
                <w:color w:val="222222"/>
                <w:sz w:val="21"/>
                <w:lang w:val="uk-UA"/>
              </w:rPr>
              <w:t>. / E-</w:t>
            </w:r>
            <w:proofErr w:type="spellStart"/>
            <w:r w:rsidRPr="00B7231D">
              <w:rPr>
                <w:color w:val="222222"/>
                <w:sz w:val="21"/>
                <w:lang w:val="uk-UA"/>
              </w:rPr>
              <w:t>mail</w:t>
            </w:r>
            <w:proofErr w:type="spellEnd"/>
            <w:r w:rsidRPr="00B7231D">
              <w:rPr>
                <w:color w:val="222222"/>
                <w:sz w:val="21"/>
                <w:lang w:val="uk-UA"/>
              </w:rPr>
              <w:t xml:space="preserve">: </w:t>
            </w:r>
            <w:r w:rsidRPr="00B7231D">
              <w:rPr>
                <w:color w:val="008C95"/>
                <w:sz w:val="21"/>
                <w:shd w:val="clear" w:color="auto" w:fill="D9F1F2"/>
                <w:lang w:val="uk-UA"/>
              </w:rPr>
              <w:t>__________ [вкажіть]</w:t>
            </w:r>
          </w:p>
          <w:p w:rsidR="00CB359A" w:rsidRPr="00B7231D" w:rsidRDefault="009C040B">
            <w:pPr>
              <w:rPr>
                <w:lang w:val="uk-UA"/>
              </w:rPr>
            </w:pPr>
            <w:r w:rsidRPr="00B7231D">
              <w:rPr>
                <w:color w:val="222222"/>
                <w:sz w:val="21"/>
                <w:lang w:val="uk-UA"/>
              </w:rPr>
              <w:t xml:space="preserve">________________ / </w:t>
            </w:r>
            <w:r w:rsidRPr="00B7231D">
              <w:rPr>
                <w:color w:val="008C95"/>
                <w:sz w:val="21"/>
                <w:shd w:val="clear" w:color="auto" w:fill="D9F1F2"/>
                <w:lang w:val="uk-UA"/>
              </w:rPr>
              <w:t>__________ [ПІБ Замовника]</w:t>
            </w:r>
          </w:p>
          <w:p w:rsidR="00CB359A" w:rsidRPr="00B7231D" w:rsidRDefault="009C040B">
            <w:pPr>
              <w:rPr>
                <w:lang w:val="uk-UA"/>
              </w:rPr>
            </w:pPr>
            <w:r w:rsidRPr="00B7231D">
              <w:rPr>
                <w:color w:val="222222"/>
                <w:sz w:val="21"/>
                <w:lang w:val="uk-UA"/>
              </w:rPr>
              <w:t>(підпис, КЕП)</w:t>
            </w:r>
          </w:p>
        </w:tc>
      </w:tr>
    </w:tbl>
    <w:p w:rsidR="009C040B" w:rsidRPr="00B7231D" w:rsidRDefault="009C040B">
      <w:pPr>
        <w:rPr>
          <w:lang w:val="uk-UA"/>
        </w:rPr>
      </w:pPr>
    </w:p>
    <w:sectPr w:rsidR="009C040B" w:rsidRPr="00B7231D" w:rsidSect="00034616">
      <w:footerReference w:type="default" r:id="rId9"/>
      <w:pgSz w:w="11906" w:h="16838"/>
      <w:pgMar w:top="1020" w:right="1134" w:bottom="964"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55A" w:rsidRDefault="006C055A">
      <w:r>
        <w:separator/>
      </w:r>
    </w:p>
  </w:endnote>
  <w:endnote w:type="continuationSeparator" w:id="0">
    <w:p w:rsidR="006C055A" w:rsidRDefault="006C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B7231D">
      <w:rPr>
        <w:noProof/>
        <w:color w:val="666666"/>
        <w:sz w:val="18"/>
      </w:rPr>
      <w:t>3</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55A" w:rsidRDefault="006C055A">
      <w:r>
        <w:separator/>
      </w:r>
    </w:p>
  </w:footnote>
  <w:footnote w:type="continuationSeparator" w:id="0">
    <w:p w:rsidR="006C055A" w:rsidRDefault="006C05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D3BC5"/>
    <w:rsid w:val="006C055A"/>
    <w:rsid w:val="009C040B"/>
    <w:rsid w:val="00AA1D8D"/>
    <w:rsid w:val="00B47730"/>
    <w:rsid w:val="00B7231D"/>
    <w:rsid w:val="00BC6432"/>
    <w:rsid w:val="00CB0664"/>
    <w:rsid w:val="00CB359A"/>
    <w:rsid w:val="00F579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C4DC1-C4EC-4361-A888-4699DD502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5360</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2026-09-23T16:19:00Z</dcterms:created>
  <dcterms:modified xsi:type="dcterms:W3CDTF">2026-09-23T16:19:00Z</dcterms:modified>
</cp:coreProperties>
</file>