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0F504D">
        <w:tc>
          <w:tcPr>
            <w:tcW w:w="4986" w:type="dxa"/>
            <w:tcMar>
              <w:top w:w="0" w:type="dxa"/>
              <w:left w:w="0" w:type="dxa"/>
              <w:bottom w:w="0" w:type="dxa"/>
              <w:right w:w="0" w:type="dxa"/>
            </w:tcMar>
            <w:vAlign w:val="center"/>
          </w:tcPr>
          <w:p w:rsidR="00CB359A" w:rsidRPr="000F504D" w:rsidRDefault="00CB359A">
            <w:pPr>
              <w:rPr>
                <w:lang w:val="uk-UA"/>
              </w:rPr>
            </w:pPr>
          </w:p>
        </w:tc>
        <w:tc>
          <w:tcPr>
            <w:tcW w:w="4986" w:type="dxa"/>
            <w:tcMar>
              <w:top w:w="0" w:type="dxa"/>
              <w:left w:w="0" w:type="dxa"/>
              <w:bottom w:w="0" w:type="dxa"/>
              <w:right w:w="0" w:type="dxa"/>
            </w:tcMar>
            <w:vAlign w:val="center"/>
          </w:tcPr>
          <w:p w:rsidR="00CB359A" w:rsidRPr="000F504D" w:rsidRDefault="00CB359A">
            <w:pPr>
              <w:rPr>
                <w:lang w:val="uk-UA"/>
              </w:rPr>
            </w:pPr>
          </w:p>
        </w:tc>
      </w:tr>
    </w:tbl>
    <w:p w:rsidR="00CB359A" w:rsidRPr="000F504D" w:rsidRDefault="009C040B">
      <w:pPr>
        <w:keepNext/>
        <w:spacing w:before="20" w:after="40"/>
        <w:jc w:val="center"/>
        <w:rPr>
          <w:lang w:val="uk-UA"/>
        </w:rPr>
      </w:pPr>
      <w:r w:rsidRPr="000F504D">
        <w:rPr>
          <w:b/>
          <w:color w:val="222222"/>
          <w:lang w:val="uk-UA"/>
        </w:rPr>
        <w:t>ДОГОВІР ПРО НАДАННЯ РЕКЛАМНИХ ПОСЛУГ</w:t>
      </w:r>
    </w:p>
    <w:p w:rsidR="00CB359A" w:rsidRPr="000F504D" w:rsidRDefault="009C040B">
      <w:pPr>
        <w:keepNext/>
        <w:spacing w:after="40"/>
        <w:jc w:val="center"/>
        <w:rPr>
          <w:szCs w:val="24"/>
          <w:lang w:val="uk-UA"/>
        </w:rPr>
      </w:pPr>
      <w:r w:rsidRPr="000F504D">
        <w:rPr>
          <w:b/>
          <w:color w:val="222222"/>
          <w:lang w:val="uk-UA"/>
        </w:rPr>
        <w:t xml:space="preserve">№ </w:t>
      </w:r>
      <w:r w:rsidRPr="000F504D">
        <w:rPr>
          <w:color w:val="008C95"/>
          <w:lang w:val="uk-UA"/>
        </w:rPr>
        <w:t>__________ [вкажіть номер договору]</w:t>
      </w:r>
    </w:p>
    <w:p w:rsidR="00CB359A" w:rsidRPr="000F504D" w:rsidRDefault="009C040B">
      <w:pPr>
        <w:spacing w:after="40"/>
        <w:jc w:val="center"/>
        <w:rPr>
          <w:szCs w:val="24"/>
          <w:lang w:val="uk-UA"/>
        </w:rPr>
      </w:pPr>
      <w:r w:rsidRPr="000F504D">
        <w:rPr>
          <w:color w:val="222222"/>
          <w:lang w:val="uk-UA"/>
        </w:rPr>
        <w:t>м. Київ «</w:t>
      </w:r>
      <w:r w:rsidRPr="000F504D">
        <w:rPr>
          <w:color w:val="008C95"/>
          <w:lang w:val="uk-UA"/>
        </w:rPr>
        <w:t>___ [число]</w:t>
      </w:r>
      <w:r w:rsidRPr="000F504D">
        <w:rPr>
          <w:color w:val="222222"/>
          <w:lang w:val="uk-UA"/>
        </w:rPr>
        <w:t xml:space="preserve">» </w:t>
      </w:r>
      <w:r w:rsidRPr="000F504D">
        <w:rPr>
          <w:color w:val="008C95"/>
          <w:lang w:val="uk-UA"/>
        </w:rPr>
        <w:t>__________ [місяць словами]</w:t>
      </w:r>
      <w:r w:rsidRPr="000F504D">
        <w:rPr>
          <w:color w:val="222222"/>
          <w:lang w:val="uk-UA"/>
        </w:rPr>
        <w:t xml:space="preserve"> </w:t>
      </w:r>
      <w:r w:rsidRPr="000F504D">
        <w:rPr>
          <w:color w:val="008C95"/>
          <w:lang w:val="uk-UA"/>
        </w:rPr>
        <w:t>____ [рік]</w:t>
      </w:r>
      <w:r w:rsidRPr="000F504D">
        <w:rPr>
          <w:color w:val="222222"/>
          <w:lang w:val="uk-UA"/>
        </w:rPr>
        <w:t xml:space="preserve"> р.</w:t>
      </w:r>
    </w:p>
    <w:p w:rsidR="00CB359A" w:rsidRPr="000F504D" w:rsidRDefault="009C040B">
      <w:pPr>
        <w:spacing w:after="20"/>
        <w:jc w:val="both"/>
        <w:rPr>
          <w:szCs w:val="24"/>
          <w:lang w:val="uk-UA"/>
        </w:rPr>
      </w:pPr>
      <w:r w:rsidRPr="000F504D">
        <w:rPr>
          <w:color w:val="222222"/>
          <w:szCs w:val="24"/>
          <w:lang w:val="uk-UA"/>
        </w:rPr>
        <w:t xml:space="preserve">[Для юридичної особи: </w:t>
      </w:r>
      <w:r w:rsidRPr="000F504D">
        <w:rPr>
          <w:color w:val="008C95"/>
          <w:szCs w:val="24"/>
          <w:shd w:val="clear" w:color="auto" w:fill="D9F1F2"/>
          <w:lang w:val="uk-UA"/>
        </w:rPr>
        <w:t>__________ [повне найменування]</w:t>
      </w:r>
      <w:r w:rsidRPr="000F504D">
        <w:rPr>
          <w:color w:val="222222"/>
          <w:szCs w:val="24"/>
          <w:lang w:val="uk-UA"/>
        </w:rPr>
        <w:t xml:space="preserve">, код ЄДРПОУ </w:t>
      </w:r>
      <w:r w:rsidRPr="000F504D">
        <w:rPr>
          <w:color w:val="008C95"/>
          <w:szCs w:val="24"/>
          <w:shd w:val="clear" w:color="auto" w:fill="D9F1F2"/>
          <w:lang w:val="uk-UA"/>
        </w:rPr>
        <w:t>__________ [код]</w:t>
      </w:r>
      <w:r w:rsidRPr="000F504D">
        <w:rPr>
          <w:color w:val="222222"/>
          <w:szCs w:val="24"/>
          <w:lang w:val="uk-UA"/>
        </w:rPr>
        <w:t xml:space="preserve">, в особі </w:t>
      </w:r>
      <w:r w:rsidRPr="000F504D">
        <w:rPr>
          <w:color w:val="008C95"/>
          <w:szCs w:val="24"/>
          <w:shd w:val="clear" w:color="auto" w:fill="D9F1F2"/>
          <w:lang w:val="uk-UA"/>
        </w:rPr>
        <w:t>__________ [посада, ПІБ]</w:t>
      </w:r>
      <w:r w:rsidRPr="000F504D">
        <w:rPr>
          <w:color w:val="222222"/>
          <w:szCs w:val="24"/>
          <w:lang w:val="uk-UA"/>
        </w:rPr>
        <w:t xml:space="preserve">, що діє на підставі </w:t>
      </w:r>
      <w:r w:rsidRPr="000F504D">
        <w:rPr>
          <w:color w:val="008C95"/>
          <w:szCs w:val="24"/>
          <w:shd w:val="clear" w:color="auto" w:fill="D9F1F2"/>
          <w:lang w:val="uk-UA"/>
        </w:rPr>
        <w:t>__________ [Статут / довіреність]</w:t>
      </w:r>
      <w:r w:rsidRPr="000F504D">
        <w:rPr>
          <w:color w:val="222222"/>
          <w:szCs w:val="24"/>
          <w:lang w:val="uk-UA"/>
        </w:rPr>
        <w:t xml:space="preserve">; для ФОП: ФОП </w:t>
      </w:r>
      <w:r w:rsidRPr="000F504D">
        <w:rPr>
          <w:color w:val="008C95"/>
          <w:szCs w:val="24"/>
          <w:shd w:val="clear" w:color="auto" w:fill="D9F1F2"/>
          <w:lang w:val="uk-UA"/>
        </w:rPr>
        <w:t>__________ [ПІБ]</w:t>
      </w:r>
      <w:r w:rsidRPr="000F504D">
        <w:rPr>
          <w:color w:val="222222"/>
          <w:szCs w:val="24"/>
          <w:lang w:val="uk-UA"/>
        </w:rPr>
        <w:t xml:space="preserve">, РНОКПП </w:t>
      </w:r>
      <w:r w:rsidRPr="000F504D">
        <w:rPr>
          <w:color w:val="008C95"/>
          <w:szCs w:val="24"/>
          <w:shd w:val="clear" w:color="auto" w:fill="D9F1F2"/>
          <w:lang w:val="uk-UA"/>
        </w:rPr>
        <w:t>__________ [РНОКПП]</w:t>
      </w:r>
      <w:r w:rsidRPr="000F504D">
        <w:rPr>
          <w:color w:val="222222"/>
          <w:szCs w:val="24"/>
          <w:lang w:val="uk-UA"/>
        </w:rPr>
        <w:t xml:space="preserve">], надалі – «Виконавець», та громадянин(ка) України </w:t>
      </w:r>
      <w:r w:rsidRPr="000F504D">
        <w:rPr>
          <w:color w:val="008C95"/>
          <w:szCs w:val="24"/>
          <w:shd w:val="clear" w:color="auto" w:fill="D9F1F2"/>
          <w:lang w:val="uk-UA"/>
        </w:rPr>
        <w:t>__________ [ПІБ Замовника]</w:t>
      </w:r>
      <w:r w:rsidRPr="000F504D">
        <w:rPr>
          <w:color w:val="222222"/>
          <w:szCs w:val="24"/>
          <w:lang w:val="uk-UA"/>
        </w:rPr>
        <w:t xml:space="preserve">, РНОКПП </w:t>
      </w:r>
      <w:r w:rsidRPr="000F504D">
        <w:rPr>
          <w:color w:val="008C95"/>
          <w:szCs w:val="24"/>
          <w:shd w:val="clear" w:color="auto" w:fill="D9F1F2"/>
          <w:lang w:val="uk-UA"/>
        </w:rPr>
        <w:t>__________ [РНОКПП]</w:t>
      </w:r>
      <w:r w:rsidRPr="000F504D">
        <w:rPr>
          <w:color w:val="222222"/>
          <w:szCs w:val="24"/>
          <w:lang w:val="uk-UA"/>
        </w:rPr>
        <w:t>, надалі – «Замовник», разом – «Сторони», уклали цей Договір про таке:</w:t>
      </w:r>
    </w:p>
    <w:p w:rsidR="00CB359A" w:rsidRPr="000F504D" w:rsidRDefault="009C040B">
      <w:pPr>
        <w:keepNext/>
        <w:pBdr>
          <w:bottom w:val="single" w:sz="8" w:space="1" w:color="269EA5"/>
        </w:pBdr>
        <w:spacing w:before="100" w:after="40"/>
        <w:rPr>
          <w:szCs w:val="24"/>
          <w:lang w:val="uk-UA"/>
        </w:rPr>
      </w:pPr>
      <w:r w:rsidRPr="000F504D">
        <w:rPr>
          <w:b/>
          <w:color w:val="222222"/>
          <w:lang w:val="uk-UA"/>
        </w:rPr>
        <w:t>1. ПРЕДМЕТ ДОГОВОРУ</w:t>
      </w:r>
    </w:p>
    <w:p w:rsidR="00CB359A" w:rsidRPr="000F504D" w:rsidRDefault="009C040B">
      <w:pPr>
        <w:jc w:val="both"/>
        <w:rPr>
          <w:szCs w:val="24"/>
          <w:lang w:val="uk-UA"/>
        </w:rPr>
      </w:pPr>
      <w:r w:rsidRPr="000F504D">
        <w:rPr>
          <w:color w:val="222222"/>
          <w:lang w:val="uk-UA"/>
        </w:rPr>
        <w:t>1.1. Виконавець за замовленням Замовника зобов’язується надати рекламні послуги щодо розміщення та/або поширення реклами: «</w:t>
      </w:r>
      <w:r w:rsidRPr="000F504D">
        <w:rPr>
          <w:color w:val="008C95"/>
          <w:lang w:val="uk-UA"/>
        </w:rPr>
        <w:t>__________ [вид / предмет реклами]</w:t>
      </w:r>
      <w:r w:rsidRPr="000F504D">
        <w:rPr>
          <w:color w:val="222222"/>
          <w:lang w:val="uk-UA"/>
        </w:rPr>
        <w:t>» (надалі – Послуги), а Замовник – прийняти належним чином надані Послуги та оплатити їх.</w:t>
      </w:r>
    </w:p>
    <w:p w:rsidR="00CB359A" w:rsidRPr="000F504D" w:rsidRDefault="009C040B">
      <w:pPr>
        <w:jc w:val="both"/>
        <w:rPr>
          <w:szCs w:val="24"/>
          <w:lang w:val="uk-UA"/>
        </w:rPr>
      </w:pPr>
      <w:r w:rsidRPr="000F504D">
        <w:rPr>
          <w:color w:val="222222"/>
          <w:lang w:val="uk-UA"/>
        </w:rPr>
        <w:t>1.2. Основні умови надання Послуг:</w:t>
      </w:r>
      <w:r w:rsidRPr="000F504D">
        <w:rPr>
          <w:color w:val="222222"/>
          <w:lang w:val="uk-UA"/>
        </w:rPr>
        <w:br/>
        <w:t xml:space="preserve">Рекламований товар / послуга / бренд: </w:t>
      </w:r>
      <w:r w:rsidRPr="000F504D">
        <w:rPr>
          <w:color w:val="008C95"/>
          <w:lang w:val="uk-UA"/>
        </w:rPr>
        <w:t>__________ [вкажіть]</w:t>
      </w:r>
      <w:r w:rsidRPr="000F504D">
        <w:rPr>
          <w:color w:val="222222"/>
          <w:lang w:val="uk-UA"/>
        </w:rPr>
        <w:t>.</w:t>
      </w:r>
      <w:r w:rsidRPr="000F504D">
        <w:rPr>
          <w:color w:val="222222"/>
          <w:lang w:val="uk-UA"/>
        </w:rPr>
        <w:br/>
        <w:t xml:space="preserve">Період розміщення реклами: з </w:t>
      </w:r>
      <w:r w:rsidRPr="000F504D">
        <w:rPr>
          <w:color w:val="008C95"/>
          <w:lang w:val="uk-UA"/>
        </w:rPr>
        <w:t>__.__.____</w:t>
      </w:r>
      <w:r w:rsidRPr="000F504D">
        <w:rPr>
          <w:color w:val="222222"/>
          <w:lang w:val="uk-UA"/>
        </w:rPr>
        <w:t xml:space="preserve"> до </w:t>
      </w:r>
      <w:r w:rsidRPr="000F504D">
        <w:rPr>
          <w:color w:val="008C95"/>
          <w:lang w:val="uk-UA"/>
        </w:rPr>
        <w:t>__.__.____</w:t>
      </w:r>
      <w:r w:rsidRPr="000F504D">
        <w:rPr>
          <w:color w:val="222222"/>
          <w:lang w:val="uk-UA"/>
        </w:rPr>
        <w:t>.</w:t>
      </w:r>
      <w:r w:rsidRPr="000F504D">
        <w:rPr>
          <w:color w:val="222222"/>
          <w:lang w:val="uk-UA"/>
        </w:rPr>
        <w:br/>
        <w:t xml:space="preserve">Місце / канал розміщення: </w:t>
      </w:r>
      <w:r w:rsidRPr="000F504D">
        <w:rPr>
          <w:color w:val="008C95"/>
          <w:lang w:val="uk-UA"/>
        </w:rPr>
        <w:t>__________ [сайт / соціальна мережа / рекламний майданчик / зовнішня реклама / інше]</w:t>
      </w:r>
      <w:r w:rsidRPr="000F504D">
        <w:rPr>
          <w:color w:val="222222"/>
          <w:lang w:val="uk-UA"/>
        </w:rPr>
        <w:t>.</w:t>
      </w:r>
      <w:r w:rsidRPr="000F504D">
        <w:rPr>
          <w:color w:val="222222"/>
          <w:lang w:val="uk-UA"/>
        </w:rPr>
        <w:br/>
        <w:t xml:space="preserve">Формат реклами: </w:t>
      </w:r>
      <w:r w:rsidRPr="000F504D">
        <w:rPr>
          <w:color w:val="008C95"/>
          <w:lang w:val="uk-UA"/>
        </w:rPr>
        <w:t>__________ [банер / текст / відео / публікація / інше]</w:t>
      </w:r>
      <w:r w:rsidRPr="000F504D">
        <w:rPr>
          <w:color w:val="222222"/>
          <w:lang w:val="uk-UA"/>
        </w:rPr>
        <w:t>.</w:t>
      </w:r>
      <w:r w:rsidRPr="000F504D">
        <w:rPr>
          <w:color w:val="222222"/>
          <w:lang w:val="uk-UA"/>
        </w:rPr>
        <w:br/>
        <w:t xml:space="preserve">Рекламні матеріали надає: </w:t>
      </w:r>
      <w:r w:rsidRPr="000F504D">
        <w:rPr>
          <w:color w:val="008C95"/>
          <w:lang w:val="uk-UA"/>
        </w:rPr>
        <w:t>__________ [Замовник / Виконавець]</w:t>
      </w:r>
      <w:r w:rsidRPr="000F504D">
        <w:rPr>
          <w:color w:val="222222"/>
          <w:lang w:val="uk-UA"/>
        </w:rPr>
        <w:t>. Якщо матеріали готує Виконавець, їх зміст і макет погоджуються із Замовником до розміщення.</w:t>
      </w:r>
    </w:p>
    <w:p w:rsidR="00CB359A" w:rsidRPr="000F504D" w:rsidRDefault="009C040B">
      <w:pPr>
        <w:keepNext/>
        <w:pBdr>
          <w:bottom w:val="single" w:sz="8" w:space="1" w:color="269EA5"/>
        </w:pBdr>
        <w:spacing w:before="100" w:after="40"/>
        <w:rPr>
          <w:szCs w:val="24"/>
          <w:lang w:val="uk-UA"/>
        </w:rPr>
      </w:pPr>
      <w:r w:rsidRPr="000F504D">
        <w:rPr>
          <w:b/>
          <w:color w:val="222222"/>
          <w:lang w:val="uk-UA"/>
        </w:rPr>
        <w:t>2. ПРАВА ТА ОБОВ’ЯЗКИ СТОРІН</w:t>
      </w:r>
    </w:p>
    <w:p w:rsidR="00CB359A" w:rsidRPr="000F504D" w:rsidRDefault="009C040B">
      <w:pPr>
        <w:jc w:val="both"/>
        <w:rPr>
          <w:szCs w:val="24"/>
          <w:lang w:val="uk-UA"/>
        </w:rPr>
      </w:pPr>
      <w:r w:rsidRPr="000F504D">
        <w:rPr>
          <w:color w:val="222222"/>
          <w:lang w:val="uk-UA"/>
        </w:rPr>
        <w:t>2.1. Замовник зобов’язаний своєчасно оплатити Послуги, надати Виконавцю необхідну інформацію, рекламні матеріали та погодження у строки, необхідні для розміщення реклами. Строк надання Послуг продовжується на період прострочення цих дій Замовником.</w:t>
      </w:r>
    </w:p>
    <w:p w:rsidR="00CB359A" w:rsidRPr="000F504D" w:rsidRDefault="009C040B">
      <w:pPr>
        <w:jc w:val="both"/>
        <w:rPr>
          <w:szCs w:val="24"/>
          <w:lang w:val="uk-UA"/>
        </w:rPr>
      </w:pPr>
      <w:r w:rsidRPr="000F504D">
        <w:rPr>
          <w:color w:val="222222"/>
          <w:lang w:val="uk-UA"/>
        </w:rPr>
        <w:t>2.2. Замовник несе відповідальність за зміст реклами, достовірність інформації, законність рекламованого товару чи послуги та наявність прав на передані рекламні матеріали. Матеріали, створені Виконавцем, погоджуються Замовником до розміщення. Реклама має відповідати вимогам законодавства та правилам відповідного рекламного майданчика.</w:t>
      </w:r>
    </w:p>
    <w:p w:rsidR="00CB359A" w:rsidRPr="000F504D" w:rsidRDefault="009C040B">
      <w:pPr>
        <w:jc w:val="both"/>
        <w:rPr>
          <w:szCs w:val="24"/>
          <w:lang w:val="uk-UA"/>
        </w:rPr>
      </w:pPr>
      <w:r w:rsidRPr="000F504D">
        <w:rPr>
          <w:color w:val="222222"/>
          <w:lang w:val="uk-UA"/>
        </w:rPr>
        <w:t>2.3. Виконавець має право залучати третіх осіб та рекламні майданчики, відповідаючи за їх дії в межах погоджених Послуг. У разі прострочення оплати Виконавець має право призупинити або відмовитися від надання неоплачених Послуг.</w:t>
      </w:r>
    </w:p>
    <w:p w:rsidR="00F579F9" w:rsidRPr="000F504D" w:rsidRDefault="009C040B">
      <w:pPr>
        <w:jc w:val="both"/>
        <w:rPr>
          <w:color w:val="222222"/>
          <w:szCs w:val="24"/>
          <w:lang w:val="uk-UA"/>
        </w:rPr>
      </w:pPr>
      <w:r w:rsidRPr="000F504D">
        <w:rPr>
          <w:color w:val="222222"/>
          <w:lang w:val="uk-UA"/>
        </w:rPr>
        <w:t>2.4. Замовник має право відмовитися від Послуг без штрафу, письм</w:t>
      </w:r>
      <w:bookmarkStart w:id="0" w:name="_GoBack"/>
      <w:bookmarkEnd w:id="0"/>
      <w:r w:rsidRPr="000F504D">
        <w:rPr>
          <w:color w:val="222222"/>
          <w:lang w:val="uk-UA"/>
        </w:rPr>
        <w:t xml:space="preserve">ово повідомивши Виконавця не менше ніж за </w:t>
      </w:r>
      <w:r w:rsidRPr="000F504D">
        <w:rPr>
          <w:color w:val="008C95"/>
          <w:lang w:val="uk-UA"/>
        </w:rPr>
        <w:t>___ [кількість днів]</w:t>
      </w:r>
      <w:r w:rsidRPr="000F504D">
        <w:rPr>
          <w:color w:val="222222"/>
          <w:lang w:val="uk-UA"/>
        </w:rPr>
        <w:t xml:space="preserve"> календарних днів до початку розміщення. При пізнішій відмові Замовник сплачує </w:t>
      </w:r>
      <w:r w:rsidRPr="000F504D">
        <w:rPr>
          <w:color w:val="008C95"/>
          <w:lang w:val="uk-UA"/>
        </w:rPr>
        <w:t>___% [розмір штрафу]</w:t>
      </w:r>
      <w:r w:rsidRPr="000F504D">
        <w:rPr>
          <w:color w:val="222222"/>
          <w:lang w:val="uk-UA"/>
        </w:rPr>
        <w:t xml:space="preserve"> вартості Послуг та компенсує погоджені фактично понесені витрати Виконавця.</w:t>
      </w:r>
    </w:p>
    <w:p w:rsidR="000F504D" w:rsidRPr="000F504D" w:rsidRDefault="009C040B">
      <w:pPr>
        <w:jc w:val="both"/>
        <w:rPr>
          <w:color w:val="222222"/>
          <w:lang w:val="uk-UA"/>
        </w:rPr>
      </w:pPr>
      <w:r w:rsidRPr="000F504D">
        <w:rPr>
          <w:color w:val="222222"/>
          <w:lang w:val="uk-UA"/>
        </w:rPr>
        <w:t>2.5. Зміна матеріалу, періоду, формату або місця розміщення після погодження здійснюється за домовленістю Сторін та може</w:t>
      </w:r>
      <w:r w:rsidR="000F504D" w:rsidRPr="000F504D">
        <w:rPr>
          <w:color w:val="222222"/>
          <w:lang w:val="uk-UA"/>
        </w:rPr>
        <w:t xml:space="preserve"> впливати на вартість і строки.</w:t>
      </w:r>
    </w:p>
    <w:p w:rsidR="00CB359A" w:rsidRPr="000F504D" w:rsidRDefault="009C040B">
      <w:pPr>
        <w:jc w:val="both"/>
        <w:rPr>
          <w:szCs w:val="24"/>
          <w:lang w:val="uk-UA"/>
        </w:rPr>
      </w:pPr>
      <w:r w:rsidRPr="000F504D">
        <w:rPr>
          <w:color w:val="222222"/>
          <w:lang w:val="uk-UA"/>
        </w:rPr>
        <w:t>2.6. Виконавець розміщує рекламу відповідно до погоджених умов та, за можливості, надає підтвердження її розміщення.</w:t>
      </w:r>
    </w:p>
    <w:p w:rsidR="00CB359A" w:rsidRPr="000F504D" w:rsidRDefault="009C040B">
      <w:pPr>
        <w:keepNext/>
        <w:pBdr>
          <w:bottom w:val="single" w:sz="8" w:space="1" w:color="269EA5"/>
        </w:pBdr>
        <w:spacing w:before="100" w:after="40"/>
        <w:rPr>
          <w:szCs w:val="24"/>
          <w:lang w:val="uk-UA"/>
        </w:rPr>
      </w:pPr>
      <w:r w:rsidRPr="000F504D">
        <w:rPr>
          <w:b/>
          <w:color w:val="222222"/>
          <w:lang w:val="uk-UA"/>
        </w:rPr>
        <w:t>3. ВАРТІСТЬ, ОПЛАТА ТА ПРИЙМАННЯ ПОСЛУГ</w:t>
      </w:r>
    </w:p>
    <w:p w:rsidR="00CB359A" w:rsidRPr="000F504D" w:rsidRDefault="009C040B">
      <w:pPr>
        <w:jc w:val="both"/>
        <w:rPr>
          <w:szCs w:val="24"/>
          <w:lang w:val="uk-UA"/>
        </w:rPr>
      </w:pPr>
      <w:r w:rsidRPr="000F504D">
        <w:rPr>
          <w:color w:val="222222"/>
          <w:lang w:val="uk-UA"/>
        </w:rPr>
        <w:t xml:space="preserve">3.1. Вартість Послуг становить </w:t>
      </w:r>
      <w:r w:rsidRPr="000F504D">
        <w:rPr>
          <w:color w:val="008C95"/>
          <w:lang w:val="uk-UA"/>
        </w:rPr>
        <w:t>__________,__ [сума цифрами]</w:t>
      </w:r>
      <w:r w:rsidRPr="000F504D">
        <w:rPr>
          <w:color w:val="222222"/>
          <w:lang w:val="uk-UA"/>
        </w:rPr>
        <w:t xml:space="preserve"> грн (</w:t>
      </w:r>
      <w:r w:rsidRPr="000F504D">
        <w:rPr>
          <w:color w:val="008C95"/>
          <w:lang w:val="uk-UA"/>
        </w:rPr>
        <w:t>__________ [сума словами]</w:t>
      </w:r>
      <w:r w:rsidRPr="000F504D">
        <w:rPr>
          <w:color w:val="222222"/>
          <w:lang w:val="uk-UA"/>
        </w:rPr>
        <w:t xml:space="preserve"> гривень), </w:t>
      </w:r>
      <w:r w:rsidRPr="000F504D">
        <w:rPr>
          <w:color w:val="008C95"/>
          <w:lang w:val="uk-UA"/>
        </w:rPr>
        <w:t>__________ [з ПДВ / без ПДВ]</w:t>
      </w:r>
      <w:r w:rsidRPr="000F504D">
        <w:rPr>
          <w:color w:val="222222"/>
          <w:lang w:val="uk-UA"/>
        </w:rPr>
        <w:t xml:space="preserve">. До вартості входить: </w:t>
      </w:r>
      <w:r w:rsidRPr="000F504D">
        <w:rPr>
          <w:color w:val="008C95"/>
          <w:lang w:val="uk-UA"/>
        </w:rPr>
        <w:t>__________ [вкажіть]</w:t>
      </w:r>
      <w:r w:rsidRPr="000F504D">
        <w:rPr>
          <w:color w:val="222222"/>
          <w:lang w:val="uk-UA"/>
        </w:rPr>
        <w:t xml:space="preserve">. Витрати на рекламні майданчики: </w:t>
      </w:r>
      <w:r w:rsidRPr="000F504D">
        <w:rPr>
          <w:color w:val="008C95"/>
          <w:lang w:val="uk-UA"/>
        </w:rPr>
        <w:t>__________ [входять / оплачуються окремо]</w:t>
      </w:r>
      <w:r w:rsidRPr="000F504D">
        <w:rPr>
          <w:color w:val="222222"/>
          <w:lang w:val="uk-UA"/>
        </w:rPr>
        <w:t>.</w:t>
      </w:r>
    </w:p>
    <w:p w:rsidR="00CB359A" w:rsidRPr="000F504D" w:rsidRDefault="009C040B">
      <w:pPr>
        <w:jc w:val="both"/>
        <w:rPr>
          <w:szCs w:val="24"/>
          <w:lang w:val="uk-UA"/>
        </w:rPr>
      </w:pPr>
      <w:r w:rsidRPr="000F504D">
        <w:rPr>
          <w:color w:val="222222"/>
          <w:lang w:val="uk-UA"/>
        </w:rPr>
        <w:t>3.2. Якщо Сторони письмово не погодили інше, Замовник сплачує 100% вартості Послуг як передплату до початку їх надання.</w:t>
      </w:r>
    </w:p>
    <w:p w:rsidR="00CB359A" w:rsidRPr="000F504D" w:rsidRDefault="009C040B">
      <w:pPr>
        <w:jc w:val="both"/>
        <w:rPr>
          <w:szCs w:val="24"/>
          <w:lang w:val="uk-UA"/>
        </w:rPr>
      </w:pPr>
      <w:r w:rsidRPr="000F504D">
        <w:rPr>
          <w:color w:val="222222"/>
          <w:lang w:val="uk-UA"/>
        </w:rPr>
        <w:lastRenderedPageBreak/>
        <w:t>3.3. Якщо протягом 5 календарних днів з дня завершення погодженого періоду розміщення реклами Замовник не надав письмових обґрунтованих зауважень, Послуги вважаються належним чином наданими та прийнятими без зауважень. У разі обґрунтованих зауважень Сторони погоджують спосіб їх усунення або інший порядок врегулювання.</w:t>
      </w:r>
    </w:p>
    <w:p w:rsidR="00CB359A" w:rsidRPr="000F504D" w:rsidRDefault="009C040B">
      <w:pPr>
        <w:keepNext/>
        <w:pBdr>
          <w:bottom w:val="single" w:sz="8" w:space="1" w:color="269EA5"/>
        </w:pBdr>
        <w:spacing w:before="100" w:after="40"/>
        <w:rPr>
          <w:szCs w:val="24"/>
          <w:lang w:val="uk-UA"/>
        </w:rPr>
      </w:pPr>
      <w:r w:rsidRPr="000F504D">
        <w:rPr>
          <w:b/>
          <w:color w:val="222222"/>
          <w:lang w:val="uk-UA"/>
        </w:rPr>
        <w:t>4. КОНФІДЕНЦІЙНІСТЬ ТА ВІДПОВІДАЛЬНІСТЬ</w:t>
      </w:r>
    </w:p>
    <w:p w:rsidR="00CB359A" w:rsidRPr="000F504D" w:rsidRDefault="009C040B">
      <w:pPr>
        <w:jc w:val="both"/>
        <w:rPr>
          <w:szCs w:val="24"/>
          <w:lang w:val="uk-UA"/>
        </w:rPr>
      </w:pPr>
      <w:r w:rsidRPr="000F504D">
        <w:rPr>
          <w:color w:val="222222"/>
          <w:lang w:val="uk-UA"/>
        </w:rPr>
        <w:t>4.1. Виконавець зберігає права на власні методики, концепції, шаблони та ноу-хау, використані при наданні Послуг. Права на матеріали Замовника залишаються у Замовника або їх правовласників. Сторони не розголошують конфіденційну інформацію без згоди іншої Сторони, крім випадків, передбачених законом.</w:t>
      </w:r>
    </w:p>
    <w:p w:rsidR="000F504D" w:rsidRPr="000F504D" w:rsidRDefault="009C040B">
      <w:pPr>
        <w:jc w:val="both"/>
        <w:rPr>
          <w:color w:val="222222"/>
          <w:lang w:val="uk-UA"/>
        </w:rPr>
      </w:pPr>
      <w:r w:rsidRPr="000F504D">
        <w:rPr>
          <w:color w:val="222222"/>
          <w:lang w:val="uk-UA"/>
        </w:rPr>
        <w:t>4.2. За прострочення оплати Замовник сплачує Виконавцю пеню, розраховану виходячи з подвійної облікової ставки НБУ від суми простроченого плате</w:t>
      </w:r>
      <w:r w:rsidR="000F504D" w:rsidRPr="000F504D">
        <w:rPr>
          <w:color w:val="222222"/>
          <w:lang w:val="uk-UA"/>
        </w:rPr>
        <w:t>жу за кожний день прострочення.</w:t>
      </w:r>
    </w:p>
    <w:p w:rsidR="00CB359A" w:rsidRPr="000F504D" w:rsidRDefault="009C040B">
      <w:pPr>
        <w:jc w:val="both"/>
        <w:rPr>
          <w:szCs w:val="24"/>
          <w:lang w:val="uk-UA"/>
        </w:rPr>
      </w:pPr>
      <w:r w:rsidRPr="000F504D">
        <w:rPr>
          <w:color w:val="222222"/>
          <w:lang w:val="uk-UA"/>
        </w:rPr>
        <w:t>4.3. Виконавець не відповідає за зміст реклами, наданий або погоджений Замовником, та не гарантує певної кількості продажів, заявок, переглядів чи іншого результату, якщо такі показники прямо не погоджені Сторонами. Загальна відповідальність Виконавця обмежується фактично сплаченою вартістю Послуг, крім випадків, коли це не допускається законом.</w:t>
      </w:r>
    </w:p>
    <w:p w:rsidR="00CB359A" w:rsidRPr="000F504D" w:rsidRDefault="009C040B">
      <w:pPr>
        <w:jc w:val="both"/>
        <w:rPr>
          <w:szCs w:val="24"/>
          <w:lang w:val="uk-UA"/>
        </w:rPr>
      </w:pPr>
      <w:r w:rsidRPr="000F504D">
        <w:rPr>
          <w:color w:val="222222"/>
          <w:lang w:val="uk-UA"/>
        </w:rPr>
        <w:t>4.4. За прострочення надання Послуг з вини Виконавця він сплачує Замовнику неустойку, розраховану виходячи з подвійної облікової ставки НБУ від вартості прострочених Послуг за кожний день прострочення.</w:t>
      </w:r>
    </w:p>
    <w:p w:rsidR="00CB359A" w:rsidRPr="000F504D" w:rsidRDefault="009C040B">
      <w:pPr>
        <w:keepNext/>
        <w:pBdr>
          <w:bottom w:val="single" w:sz="8" w:space="1" w:color="269EA5"/>
        </w:pBdr>
        <w:spacing w:before="100" w:after="40"/>
        <w:rPr>
          <w:szCs w:val="24"/>
          <w:lang w:val="uk-UA"/>
        </w:rPr>
      </w:pPr>
      <w:r w:rsidRPr="000F504D">
        <w:rPr>
          <w:b/>
          <w:color w:val="222222"/>
          <w:lang w:val="uk-UA"/>
        </w:rPr>
        <w:t>5. ФОРС-МАЖОР ТА ЗАКЛЮЧНІ ПОЛОЖЕННЯ</w:t>
      </w:r>
    </w:p>
    <w:p w:rsidR="00CB359A" w:rsidRPr="000F504D" w:rsidRDefault="009C040B">
      <w:pPr>
        <w:jc w:val="both"/>
        <w:rPr>
          <w:szCs w:val="24"/>
          <w:lang w:val="uk-UA"/>
        </w:rPr>
      </w:pPr>
      <w:r w:rsidRPr="000F504D">
        <w:rPr>
          <w:color w:val="222222"/>
          <w:lang w:val="uk-UA"/>
        </w:rPr>
        <w:t>5.1. Сторона звільняється від відповідальності за невиконання зобов’язань через обставини непереборної сили за умови своєчасного повідомлення іншої Сторони. Якщо розміщенню перешкоджають такі обставини або технічні обмеження рекламного майданчика, Сторони погоджують новий період, інший майданчик або інший порядок надання Послуг. За відмови від ненаданих Послуг повертається відповідна передоплата за вирахуванням погоджених фактично понесених витрат Виконавця.</w:t>
      </w:r>
    </w:p>
    <w:p w:rsidR="00CB359A" w:rsidRPr="000F504D" w:rsidRDefault="009C040B">
      <w:pPr>
        <w:jc w:val="both"/>
        <w:rPr>
          <w:szCs w:val="24"/>
          <w:lang w:val="uk-UA"/>
        </w:rPr>
      </w:pPr>
      <w:r w:rsidRPr="000F504D">
        <w:rPr>
          <w:color w:val="222222"/>
          <w:szCs w:val="24"/>
          <w:lang w:val="uk-UA"/>
        </w:rPr>
        <w:t>5.2. Договір набирає чинності з дати підписання та діє до повного виконання Сторонами зобов’язань. Зміни та доповнення дійсні у письмовій формі. Повідомлення можуть надсилатися на реквізити, e-</w:t>
      </w:r>
      <w:proofErr w:type="spellStart"/>
      <w:r w:rsidRPr="000F504D">
        <w:rPr>
          <w:color w:val="222222"/>
          <w:szCs w:val="24"/>
          <w:lang w:val="uk-UA"/>
        </w:rPr>
        <w:t>mail</w:t>
      </w:r>
      <w:proofErr w:type="spellEnd"/>
      <w:r w:rsidRPr="000F504D">
        <w:rPr>
          <w:color w:val="222222"/>
          <w:szCs w:val="24"/>
          <w:lang w:val="uk-UA"/>
        </w:rPr>
        <w:t xml:space="preserve"> або номери телефонів/</w:t>
      </w:r>
      <w:proofErr w:type="spellStart"/>
      <w:r w:rsidRPr="000F504D">
        <w:rPr>
          <w:color w:val="222222"/>
          <w:szCs w:val="24"/>
          <w:lang w:val="uk-UA"/>
        </w:rPr>
        <w:t>месенджерів</w:t>
      </w:r>
      <w:proofErr w:type="spellEnd"/>
      <w:r w:rsidRPr="000F504D">
        <w:rPr>
          <w:color w:val="222222"/>
          <w:szCs w:val="24"/>
          <w:lang w:val="uk-UA"/>
        </w:rPr>
        <w:t xml:space="preserve"> Сторін. Документи, підписані КЕП, мають силу паперових документів з власноручним підписом.</w:t>
      </w:r>
    </w:p>
    <w:p w:rsidR="00CB359A" w:rsidRPr="000F504D" w:rsidRDefault="009C040B">
      <w:pPr>
        <w:jc w:val="both"/>
        <w:rPr>
          <w:szCs w:val="24"/>
          <w:lang w:val="uk-UA"/>
        </w:rPr>
      </w:pPr>
      <w:r w:rsidRPr="000F504D">
        <w:rPr>
          <w:color w:val="222222"/>
          <w:szCs w:val="24"/>
          <w:lang w:val="uk-UA"/>
        </w:rPr>
        <w:t>5.3. Підписанням Договору Замовник надає згоду на обробку персональних даних у необхідному для виконання Договору обсязі. Спори вирішуються шляхом переговорів, а у разі недосягнення згоди – у судовому порядку згідно із законодавством України.</w:t>
      </w:r>
    </w:p>
    <w:p w:rsidR="00CB359A" w:rsidRPr="000F504D" w:rsidRDefault="009C040B">
      <w:pPr>
        <w:keepNext/>
        <w:pBdr>
          <w:bottom w:val="single" w:sz="8" w:space="1" w:color="269EA5"/>
        </w:pBdr>
        <w:spacing w:before="100" w:after="40"/>
        <w:rPr>
          <w:lang w:val="uk-UA"/>
        </w:rPr>
      </w:pPr>
      <w:r w:rsidRPr="000F504D">
        <w:rPr>
          <w:b/>
          <w:color w:val="222222"/>
          <w:lang w:val="uk-UA"/>
        </w:rPr>
        <w:t>6. РЕКВІЗИТИ ТА ПІДПИСИ СТОРІН</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4986"/>
        <w:gridCol w:w="4986"/>
      </w:tblGrid>
      <w:tr w:rsidR="00CB359A" w:rsidRPr="000F504D">
        <w:trPr>
          <w:cantSplit/>
          <w:jc w:val="center"/>
        </w:trPr>
        <w:tc>
          <w:tcPr>
            <w:tcW w:w="4986" w:type="dxa"/>
            <w:tcMar>
              <w:top w:w="40" w:type="dxa"/>
              <w:left w:w="60" w:type="dxa"/>
              <w:bottom w:w="20" w:type="dxa"/>
              <w:right w:w="60" w:type="dxa"/>
            </w:tcMar>
          </w:tcPr>
          <w:p w:rsidR="00CB359A" w:rsidRPr="000F504D" w:rsidRDefault="009C040B">
            <w:pPr>
              <w:rPr>
                <w:lang w:val="uk-UA"/>
              </w:rPr>
            </w:pPr>
            <w:r w:rsidRPr="000F504D">
              <w:rPr>
                <w:b/>
                <w:color w:val="222222"/>
                <w:sz w:val="21"/>
                <w:lang w:val="uk-UA"/>
              </w:rPr>
              <w:t>Виконавець:</w:t>
            </w:r>
          </w:p>
          <w:p w:rsidR="00CB359A" w:rsidRPr="000F504D" w:rsidRDefault="009C040B">
            <w:pPr>
              <w:rPr>
                <w:lang w:val="uk-UA"/>
              </w:rPr>
            </w:pPr>
            <w:r w:rsidRPr="000F504D">
              <w:rPr>
                <w:color w:val="008C95"/>
                <w:sz w:val="21"/>
                <w:shd w:val="clear" w:color="auto" w:fill="D9F1F2"/>
                <w:lang w:val="uk-UA"/>
              </w:rPr>
              <w:t>[Юридична особа / ФОП — залишити відповідний варіант]</w:t>
            </w:r>
          </w:p>
          <w:p w:rsidR="00CB359A" w:rsidRPr="000F504D" w:rsidRDefault="009C040B">
            <w:pPr>
              <w:rPr>
                <w:lang w:val="uk-UA"/>
              </w:rPr>
            </w:pPr>
            <w:r w:rsidRPr="000F504D">
              <w:rPr>
                <w:color w:val="222222"/>
                <w:sz w:val="21"/>
                <w:lang w:val="uk-UA"/>
              </w:rPr>
              <w:t xml:space="preserve">Найменування / ПІБ: </w:t>
            </w:r>
            <w:r w:rsidRPr="000F504D">
              <w:rPr>
                <w:color w:val="008C95"/>
                <w:sz w:val="21"/>
                <w:shd w:val="clear" w:color="auto" w:fill="D9F1F2"/>
                <w:lang w:val="uk-UA"/>
              </w:rPr>
              <w:t>__________ [вкажіть]</w:t>
            </w:r>
          </w:p>
          <w:p w:rsidR="00CB359A" w:rsidRPr="000F504D" w:rsidRDefault="009C040B">
            <w:pPr>
              <w:rPr>
                <w:lang w:val="uk-UA"/>
              </w:rPr>
            </w:pPr>
            <w:r w:rsidRPr="000F504D">
              <w:rPr>
                <w:color w:val="222222"/>
                <w:sz w:val="21"/>
                <w:lang w:val="uk-UA"/>
              </w:rPr>
              <w:t xml:space="preserve">Код ЄДРПОУ / РНОКПП: </w:t>
            </w:r>
            <w:r w:rsidRPr="000F504D">
              <w:rPr>
                <w:color w:val="008C95"/>
                <w:sz w:val="21"/>
                <w:shd w:val="clear" w:color="auto" w:fill="D9F1F2"/>
                <w:lang w:val="uk-UA"/>
              </w:rPr>
              <w:t>__________ [вкажіть]</w:t>
            </w:r>
          </w:p>
          <w:p w:rsidR="00CB359A" w:rsidRPr="000F504D" w:rsidRDefault="009C040B">
            <w:pPr>
              <w:rPr>
                <w:lang w:val="uk-UA"/>
              </w:rPr>
            </w:pPr>
            <w:r w:rsidRPr="000F504D">
              <w:rPr>
                <w:color w:val="222222"/>
                <w:sz w:val="21"/>
                <w:lang w:val="uk-UA"/>
              </w:rPr>
              <w:t xml:space="preserve">Підписант (для </w:t>
            </w:r>
            <w:proofErr w:type="spellStart"/>
            <w:r w:rsidRPr="000F504D">
              <w:rPr>
                <w:color w:val="222222"/>
                <w:sz w:val="21"/>
                <w:lang w:val="uk-UA"/>
              </w:rPr>
              <w:t>юрособи</w:t>
            </w:r>
            <w:proofErr w:type="spellEnd"/>
            <w:r w:rsidRPr="000F504D">
              <w:rPr>
                <w:color w:val="222222"/>
                <w:sz w:val="21"/>
                <w:lang w:val="uk-UA"/>
              </w:rPr>
              <w:t xml:space="preserve">): </w:t>
            </w:r>
            <w:r w:rsidRPr="000F504D">
              <w:rPr>
                <w:color w:val="008C95"/>
                <w:sz w:val="21"/>
                <w:shd w:val="clear" w:color="auto" w:fill="D9F1F2"/>
                <w:lang w:val="uk-UA"/>
              </w:rPr>
              <w:t>__________ [посада, ПІБ, підстава]</w:t>
            </w:r>
          </w:p>
          <w:p w:rsidR="00CB359A" w:rsidRPr="000F504D" w:rsidRDefault="009C040B">
            <w:pPr>
              <w:rPr>
                <w:lang w:val="uk-UA"/>
              </w:rPr>
            </w:pPr>
            <w:r w:rsidRPr="000F504D">
              <w:rPr>
                <w:color w:val="222222"/>
                <w:sz w:val="21"/>
                <w:lang w:val="uk-UA"/>
              </w:rPr>
              <w:t xml:space="preserve">Адреса: </w:t>
            </w:r>
            <w:r w:rsidRPr="000F504D">
              <w:rPr>
                <w:color w:val="008C95"/>
                <w:sz w:val="21"/>
                <w:shd w:val="clear" w:color="auto" w:fill="D9F1F2"/>
                <w:lang w:val="uk-UA"/>
              </w:rPr>
              <w:t>__________ [вкажіть]</w:t>
            </w:r>
          </w:p>
          <w:p w:rsidR="00CB359A" w:rsidRPr="000F504D" w:rsidRDefault="009C040B">
            <w:pPr>
              <w:rPr>
                <w:lang w:val="uk-UA"/>
              </w:rPr>
            </w:pPr>
            <w:r w:rsidRPr="000F504D">
              <w:rPr>
                <w:color w:val="222222"/>
                <w:sz w:val="21"/>
                <w:lang w:val="uk-UA"/>
              </w:rPr>
              <w:t xml:space="preserve">IBAN: </w:t>
            </w:r>
            <w:r w:rsidRPr="000F504D">
              <w:rPr>
                <w:color w:val="008C95"/>
                <w:sz w:val="21"/>
                <w:shd w:val="clear" w:color="auto" w:fill="D9F1F2"/>
                <w:lang w:val="uk-UA"/>
              </w:rPr>
              <w:t>UA________________________ [вкажіть]</w:t>
            </w:r>
          </w:p>
          <w:p w:rsidR="00CB359A" w:rsidRPr="000F504D" w:rsidRDefault="009C040B">
            <w:pPr>
              <w:rPr>
                <w:lang w:val="uk-UA"/>
              </w:rPr>
            </w:pPr>
            <w:r w:rsidRPr="000F504D">
              <w:rPr>
                <w:color w:val="222222"/>
                <w:sz w:val="21"/>
                <w:lang w:val="uk-UA"/>
              </w:rPr>
              <w:t xml:space="preserve">Банк / ПДВ: </w:t>
            </w:r>
            <w:r w:rsidRPr="000F504D">
              <w:rPr>
                <w:color w:val="008C95"/>
                <w:sz w:val="21"/>
                <w:shd w:val="clear" w:color="auto" w:fill="D9F1F2"/>
                <w:lang w:val="uk-UA"/>
              </w:rPr>
              <w:t>__________ [вкажіть]</w:t>
            </w:r>
          </w:p>
          <w:p w:rsidR="00CB359A" w:rsidRPr="000F504D" w:rsidRDefault="009C040B">
            <w:pPr>
              <w:rPr>
                <w:lang w:val="uk-UA"/>
              </w:rPr>
            </w:pPr>
            <w:proofErr w:type="spellStart"/>
            <w:r w:rsidRPr="000F504D">
              <w:rPr>
                <w:color w:val="222222"/>
                <w:sz w:val="21"/>
                <w:lang w:val="uk-UA"/>
              </w:rPr>
              <w:t>Тел</w:t>
            </w:r>
            <w:proofErr w:type="spellEnd"/>
            <w:r w:rsidRPr="000F504D">
              <w:rPr>
                <w:color w:val="222222"/>
                <w:sz w:val="21"/>
                <w:lang w:val="uk-UA"/>
              </w:rPr>
              <w:t>. / E-</w:t>
            </w:r>
            <w:proofErr w:type="spellStart"/>
            <w:r w:rsidRPr="000F504D">
              <w:rPr>
                <w:color w:val="222222"/>
                <w:sz w:val="21"/>
                <w:lang w:val="uk-UA"/>
              </w:rPr>
              <w:t>mail</w:t>
            </w:r>
            <w:proofErr w:type="spellEnd"/>
            <w:r w:rsidRPr="000F504D">
              <w:rPr>
                <w:color w:val="222222"/>
                <w:sz w:val="21"/>
                <w:lang w:val="uk-UA"/>
              </w:rPr>
              <w:t xml:space="preserve">: </w:t>
            </w:r>
            <w:r w:rsidRPr="000F504D">
              <w:rPr>
                <w:color w:val="008C95"/>
                <w:sz w:val="21"/>
                <w:shd w:val="clear" w:color="auto" w:fill="D9F1F2"/>
                <w:lang w:val="uk-UA"/>
              </w:rPr>
              <w:t>__________ [вкажіть]</w:t>
            </w:r>
          </w:p>
          <w:p w:rsidR="00CB359A" w:rsidRPr="000F504D" w:rsidRDefault="009C040B">
            <w:pPr>
              <w:rPr>
                <w:lang w:val="uk-UA"/>
              </w:rPr>
            </w:pPr>
            <w:r w:rsidRPr="000F504D">
              <w:rPr>
                <w:color w:val="222222"/>
                <w:sz w:val="21"/>
                <w:lang w:val="uk-UA"/>
              </w:rPr>
              <w:t xml:space="preserve">________________ / </w:t>
            </w:r>
            <w:r w:rsidRPr="000F504D">
              <w:rPr>
                <w:color w:val="008C95"/>
                <w:sz w:val="21"/>
                <w:shd w:val="clear" w:color="auto" w:fill="D9F1F2"/>
                <w:lang w:val="uk-UA"/>
              </w:rPr>
              <w:t>__________ [ПІБ підписанта]</w:t>
            </w:r>
          </w:p>
          <w:p w:rsidR="00CB359A" w:rsidRPr="000F504D" w:rsidRDefault="009C040B">
            <w:pPr>
              <w:rPr>
                <w:lang w:val="uk-UA"/>
              </w:rPr>
            </w:pPr>
            <w:r w:rsidRPr="000F504D">
              <w:rPr>
                <w:color w:val="222222"/>
                <w:sz w:val="21"/>
                <w:lang w:val="uk-UA"/>
              </w:rPr>
              <w:t>(підпис, КЕП)</w:t>
            </w:r>
          </w:p>
        </w:tc>
        <w:tc>
          <w:tcPr>
            <w:tcW w:w="4986" w:type="dxa"/>
            <w:tcMar>
              <w:top w:w="40" w:type="dxa"/>
              <w:left w:w="60" w:type="dxa"/>
              <w:bottom w:w="20" w:type="dxa"/>
              <w:right w:w="60" w:type="dxa"/>
            </w:tcMar>
          </w:tcPr>
          <w:p w:rsidR="00CB359A" w:rsidRPr="000F504D" w:rsidRDefault="009C040B">
            <w:pPr>
              <w:rPr>
                <w:lang w:val="uk-UA"/>
              </w:rPr>
            </w:pPr>
            <w:r w:rsidRPr="000F504D">
              <w:rPr>
                <w:b/>
                <w:color w:val="222222"/>
                <w:sz w:val="21"/>
                <w:lang w:val="uk-UA"/>
              </w:rPr>
              <w:t>Замовник:</w:t>
            </w:r>
          </w:p>
          <w:p w:rsidR="00CB359A" w:rsidRPr="000F504D" w:rsidRDefault="009C040B">
            <w:pPr>
              <w:rPr>
                <w:lang w:val="uk-UA"/>
              </w:rPr>
            </w:pPr>
            <w:r w:rsidRPr="000F504D">
              <w:rPr>
                <w:color w:val="222222"/>
                <w:sz w:val="21"/>
                <w:lang w:val="uk-UA"/>
              </w:rPr>
              <w:t xml:space="preserve">ПІБ: </w:t>
            </w:r>
            <w:r w:rsidRPr="000F504D">
              <w:rPr>
                <w:color w:val="008C95"/>
                <w:sz w:val="21"/>
                <w:shd w:val="clear" w:color="auto" w:fill="D9F1F2"/>
                <w:lang w:val="uk-UA"/>
              </w:rPr>
              <w:t>__________ [вкажіть ПІБ повністю]</w:t>
            </w:r>
          </w:p>
          <w:p w:rsidR="00CB359A" w:rsidRPr="000F504D" w:rsidRDefault="009C040B">
            <w:pPr>
              <w:rPr>
                <w:lang w:val="uk-UA"/>
              </w:rPr>
            </w:pPr>
            <w:r w:rsidRPr="000F504D">
              <w:rPr>
                <w:color w:val="222222"/>
                <w:sz w:val="21"/>
                <w:lang w:val="uk-UA"/>
              </w:rPr>
              <w:t xml:space="preserve">Дата народження: </w:t>
            </w:r>
            <w:r w:rsidRPr="000F504D">
              <w:rPr>
                <w:color w:val="008C95"/>
                <w:sz w:val="21"/>
                <w:shd w:val="clear" w:color="auto" w:fill="D9F1F2"/>
                <w:lang w:val="uk-UA"/>
              </w:rPr>
              <w:t>__.__.____ [вкажіть]</w:t>
            </w:r>
          </w:p>
          <w:p w:rsidR="00CB359A" w:rsidRPr="000F504D" w:rsidRDefault="009C040B">
            <w:pPr>
              <w:rPr>
                <w:lang w:val="uk-UA"/>
              </w:rPr>
            </w:pPr>
            <w:r w:rsidRPr="000F504D">
              <w:rPr>
                <w:color w:val="222222"/>
                <w:sz w:val="21"/>
                <w:lang w:val="uk-UA"/>
              </w:rPr>
              <w:t xml:space="preserve">РНОКПП: </w:t>
            </w:r>
            <w:r w:rsidRPr="000F504D">
              <w:rPr>
                <w:color w:val="008C95"/>
                <w:sz w:val="21"/>
                <w:shd w:val="clear" w:color="auto" w:fill="D9F1F2"/>
                <w:lang w:val="uk-UA"/>
              </w:rPr>
              <w:t>__________ [вкажіть]</w:t>
            </w:r>
          </w:p>
          <w:p w:rsidR="00CB359A" w:rsidRPr="000F504D" w:rsidRDefault="009C040B">
            <w:pPr>
              <w:rPr>
                <w:lang w:val="uk-UA"/>
              </w:rPr>
            </w:pPr>
            <w:r w:rsidRPr="000F504D">
              <w:rPr>
                <w:color w:val="222222"/>
                <w:sz w:val="21"/>
                <w:lang w:val="uk-UA"/>
              </w:rPr>
              <w:t xml:space="preserve">Паспорт / ID-картка: </w:t>
            </w:r>
            <w:r w:rsidRPr="000F504D">
              <w:rPr>
                <w:color w:val="008C95"/>
                <w:sz w:val="21"/>
                <w:shd w:val="clear" w:color="auto" w:fill="D9F1F2"/>
                <w:lang w:val="uk-UA"/>
              </w:rPr>
              <w:t>__________ [реквізити]</w:t>
            </w:r>
          </w:p>
          <w:p w:rsidR="00CB359A" w:rsidRPr="000F504D" w:rsidRDefault="009C040B">
            <w:pPr>
              <w:rPr>
                <w:lang w:val="uk-UA"/>
              </w:rPr>
            </w:pPr>
            <w:r w:rsidRPr="000F504D">
              <w:rPr>
                <w:color w:val="222222"/>
                <w:sz w:val="21"/>
                <w:lang w:val="uk-UA"/>
              </w:rPr>
              <w:t xml:space="preserve">Адреса: </w:t>
            </w:r>
            <w:r w:rsidRPr="000F504D">
              <w:rPr>
                <w:color w:val="008C95"/>
                <w:sz w:val="21"/>
                <w:shd w:val="clear" w:color="auto" w:fill="D9F1F2"/>
                <w:lang w:val="uk-UA"/>
              </w:rPr>
              <w:t>__________ [вкажіть]</w:t>
            </w:r>
          </w:p>
          <w:p w:rsidR="00CB359A" w:rsidRPr="000F504D" w:rsidRDefault="009C040B">
            <w:pPr>
              <w:rPr>
                <w:lang w:val="uk-UA"/>
              </w:rPr>
            </w:pPr>
            <w:proofErr w:type="spellStart"/>
            <w:r w:rsidRPr="000F504D">
              <w:rPr>
                <w:color w:val="222222"/>
                <w:sz w:val="21"/>
                <w:lang w:val="uk-UA"/>
              </w:rPr>
              <w:t>Тел</w:t>
            </w:r>
            <w:proofErr w:type="spellEnd"/>
            <w:r w:rsidRPr="000F504D">
              <w:rPr>
                <w:color w:val="222222"/>
                <w:sz w:val="21"/>
                <w:lang w:val="uk-UA"/>
              </w:rPr>
              <w:t>. / E-</w:t>
            </w:r>
            <w:proofErr w:type="spellStart"/>
            <w:r w:rsidRPr="000F504D">
              <w:rPr>
                <w:color w:val="222222"/>
                <w:sz w:val="21"/>
                <w:lang w:val="uk-UA"/>
              </w:rPr>
              <w:t>mail</w:t>
            </w:r>
            <w:proofErr w:type="spellEnd"/>
            <w:r w:rsidRPr="000F504D">
              <w:rPr>
                <w:color w:val="222222"/>
                <w:sz w:val="21"/>
                <w:lang w:val="uk-UA"/>
              </w:rPr>
              <w:t xml:space="preserve">: </w:t>
            </w:r>
            <w:r w:rsidRPr="000F504D">
              <w:rPr>
                <w:color w:val="008C95"/>
                <w:sz w:val="21"/>
                <w:shd w:val="clear" w:color="auto" w:fill="D9F1F2"/>
                <w:lang w:val="uk-UA"/>
              </w:rPr>
              <w:t>__________ [вкажіть]</w:t>
            </w:r>
          </w:p>
          <w:p w:rsidR="00CB359A" w:rsidRPr="000F504D" w:rsidRDefault="009C040B">
            <w:pPr>
              <w:rPr>
                <w:lang w:val="uk-UA"/>
              </w:rPr>
            </w:pPr>
            <w:r w:rsidRPr="000F504D">
              <w:rPr>
                <w:color w:val="222222"/>
                <w:sz w:val="21"/>
                <w:lang w:val="uk-UA"/>
              </w:rPr>
              <w:t xml:space="preserve">________________ / </w:t>
            </w:r>
            <w:r w:rsidRPr="000F504D">
              <w:rPr>
                <w:color w:val="008C95"/>
                <w:sz w:val="21"/>
                <w:shd w:val="clear" w:color="auto" w:fill="D9F1F2"/>
                <w:lang w:val="uk-UA"/>
              </w:rPr>
              <w:t>__________ [ПІБ Замовника]</w:t>
            </w:r>
          </w:p>
          <w:p w:rsidR="00CB359A" w:rsidRPr="000F504D" w:rsidRDefault="009C040B">
            <w:pPr>
              <w:rPr>
                <w:lang w:val="uk-UA"/>
              </w:rPr>
            </w:pPr>
            <w:r w:rsidRPr="000F504D">
              <w:rPr>
                <w:color w:val="222222"/>
                <w:sz w:val="21"/>
                <w:lang w:val="uk-UA"/>
              </w:rPr>
              <w:t>(підпис, КЕП)</w:t>
            </w:r>
          </w:p>
        </w:tc>
      </w:tr>
    </w:tbl>
    <w:p w:rsidR="009C040B" w:rsidRPr="000F504D" w:rsidRDefault="009C040B">
      <w:pPr>
        <w:rPr>
          <w:lang w:val="uk-UA"/>
        </w:rPr>
      </w:pPr>
    </w:p>
    <w:sectPr w:rsidR="009C040B" w:rsidRPr="000F504D" w:rsidSect="00034616">
      <w:footerReference w:type="default" r:id="rId9"/>
      <w:pgSz w:w="11906" w:h="16838"/>
      <w:pgMar w:top="1020" w:right="1134" w:bottom="737" w:left="1134" w:header="340" w:footer="39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4363" w:rsidRDefault="00EB4363">
      <w:r>
        <w:separator/>
      </w:r>
    </w:p>
  </w:endnote>
  <w:endnote w:type="continuationSeparator" w:id="0">
    <w:p w:rsidR="00EB4363" w:rsidRDefault="00EB4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59A" w:rsidRDefault="009C040B">
    <w:pPr>
      <w:pStyle w:val="a7"/>
      <w:jc w:val="right"/>
    </w:pPr>
    <w:r>
      <w:rPr>
        <w:color w:val="666666"/>
        <w:sz w:val="18"/>
      </w:rPr>
      <w:fldChar w:fldCharType="begin"/>
    </w:r>
    <w:r>
      <w:rPr>
        <w:color w:val="666666"/>
        <w:sz w:val="18"/>
      </w:rPr>
      <w:instrText xml:space="preserve"> PAGE </w:instrText>
    </w:r>
    <w:r>
      <w:rPr>
        <w:color w:val="666666"/>
        <w:sz w:val="18"/>
      </w:rPr>
      <w:fldChar w:fldCharType="separate"/>
    </w:r>
    <w:r w:rsidR="000F504D">
      <w:rPr>
        <w:noProof/>
        <w:color w:val="666666"/>
        <w:sz w:val="18"/>
      </w:rPr>
      <w:t>2</w:t>
    </w:r>
    <w:r>
      <w:rPr>
        <w:color w:val="666666"/>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4363" w:rsidRDefault="00EB4363">
      <w:r>
        <w:separator/>
      </w:r>
    </w:p>
  </w:footnote>
  <w:footnote w:type="continuationSeparator" w:id="0">
    <w:p w:rsidR="00EB4363" w:rsidRDefault="00EB43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F504D"/>
    <w:rsid w:val="0015074B"/>
    <w:rsid w:val="0029639D"/>
    <w:rsid w:val="00326F90"/>
    <w:rsid w:val="003D3BC5"/>
    <w:rsid w:val="009C040B"/>
    <w:rsid w:val="00A47807"/>
    <w:rsid w:val="00AA1D8D"/>
    <w:rsid w:val="00B47730"/>
    <w:rsid w:val="00BC6432"/>
    <w:rsid w:val="00CB0664"/>
    <w:rsid w:val="00CB359A"/>
    <w:rsid w:val="00EB4363"/>
    <w:rsid w:val="00F579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0" w:line="240" w:lineRule="auto"/>
    </w:pPr>
    <w:rPr>
      <w:rFonts w:ascii="Arial" w:eastAsia="Arial" w:hAnsi="Arial"/>
      <w:sz w:val="24"/>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Balloon Text"/>
    <w:basedOn w:val="a1"/>
    <w:link w:val="aff9"/>
    <w:uiPriority w:val="99"/>
    <w:semiHidden/>
    <w:unhideWhenUsed/>
    <w:rsid w:val="00F579F9"/>
    <w:rPr>
      <w:rFonts w:ascii="Tahoma" w:hAnsi="Tahoma" w:cs="Tahoma"/>
      <w:sz w:val="16"/>
      <w:szCs w:val="16"/>
    </w:rPr>
  </w:style>
  <w:style w:type="character" w:customStyle="1" w:styleId="aff9">
    <w:name w:val="Текст выноски Знак"/>
    <w:basedOn w:val="a2"/>
    <w:link w:val="aff8"/>
    <w:uiPriority w:val="99"/>
    <w:semiHidden/>
    <w:rsid w:val="00F579F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3E4EDD-5C0D-4E07-8863-88CDE2EBE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941</Words>
  <Characters>5366</Characters>
  <Application>Microsoft Office Word</Application>
  <DocSecurity>0</DocSecurity>
  <Lines>44</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6295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Слава</cp:lastModifiedBy>
  <cp:revision>3</cp:revision>
  <dcterms:created xsi:type="dcterms:W3CDTF">2026-09-23T16:29:00Z</dcterms:created>
  <dcterms:modified xsi:type="dcterms:W3CDTF">2026-09-23T16:30:00Z</dcterms:modified>
</cp:coreProperties>
</file>