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CB359A" w:rsidRPr="001A630D">
        <w:tc>
          <w:tcPr>
            <w:tcW w:w="49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359A" w:rsidRPr="001A630D" w:rsidRDefault="00CB359A">
            <w:pPr>
              <w:rPr>
                <w:lang w:val="uk-UA"/>
              </w:rPr>
            </w:pPr>
            <w:bookmarkStart w:id="0" w:name="_GoBack"/>
          </w:p>
        </w:tc>
        <w:tc>
          <w:tcPr>
            <w:tcW w:w="49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359A" w:rsidRPr="001A630D" w:rsidRDefault="00CB359A">
            <w:pPr>
              <w:rPr>
                <w:lang w:val="uk-UA"/>
              </w:rPr>
            </w:pPr>
          </w:p>
        </w:tc>
      </w:tr>
    </w:tbl>
    <w:p w:rsidR="00CB359A" w:rsidRPr="001A630D" w:rsidRDefault="009C040B">
      <w:pPr>
        <w:keepNext/>
        <w:spacing w:before="20" w:after="40"/>
        <w:jc w:val="center"/>
        <w:rPr>
          <w:lang w:val="uk-UA"/>
        </w:rPr>
      </w:pPr>
      <w:r w:rsidRPr="001A630D">
        <w:rPr>
          <w:b/>
          <w:color w:val="222222"/>
          <w:lang w:val="uk-UA"/>
        </w:rPr>
        <w:t>ДОГОВІР ПРО НАДАННЯ ТРАНСПОРТНИХ ПОСЛУГ</w:t>
      </w:r>
    </w:p>
    <w:p w:rsidR="00CB359A" w:rsidRPr="001A630D" w:rsidRDefault="009C040B">
      <w:pPr>
        <w:keepNext/>
        <w:spacing w:after="40"/>
        <w:jc w:val="center"/>
        <w:rPr>
          <w:szCs w:val="24"/>
          <w:lang w:val="uk-UA"/>
        </w:rPr>
      </w:pPr>
      <w:r w:rsidRPr="001A630D">
        <w:rPr>
          <w:b/>
          <w:color w:val="222222"/>
          <w:lang w:val="uk-UA"/>
        </w:rPr>
        <w:t xml:space="preserve">№ </w:t>
      </w:r>
      <w:r w:rsidRPr="001A630D">
        <w:rPr>
          <w:color w:val="008C95"/>
          <w:lang w:val="uk-UA"/>
        </w:rPr>
        <w:t>__________ [вкажіть номер договору]</w:t>
      </w:r>
    </w:p>
    <w:p w:rsidR="00CB359A" w:rsidRPr="001A630D" w:rsidRDefault="009C040B">
      <w:pPr>
        <w:spacing w:after="40"/>
        <w:jc w:val="center"/>
        <w:rPr>
          <w:szCs w:val="24"/>
          <w:lang w:val="uk-UA"/>
        </w:rPr>
      </w:pPr>
      <w:r w:rsidRPr="001A630D">
        <w:rPr>
          <w:color w:val="222222"/>
          <w:lang w:val="uk-UA"/>
        </w:rPr>
        <w:t>м. Київ «</w:t>
      </w:r>
      <w:r w:rsidRPr="001A630D">
        <w:rPr>
          <w:color w:val="008C95"/>
          <w:lang w:val="uk-UA"/>
        </w:rPr>
        <w:t>___ [число]</w:t>
      </w:r>
      <w:r w:rsidRPr="001A630D">
        <w:rPr>
          <w:color w:val="222222"/>
          <w:lang w:val="uk-UA"/>
        </w:rPr>
        <w:t xml:space="preserve">» </w:t>
      </w:r>
      <w:r w:rsidRPr="001A630D">
        <w:rPr>
          <w:color w:val="008C95"/>
          <w:lang w:val="uk-UA"/>
        </w:rPr>
        <w:t>__________ [місяць словами]</w:t>
      </w:r>
      <w:r w:rsidRPr="001A630D">
        <w:rPr>
          <w:color w:val="222222"/>
          <w:lang w:val="uk-UA"/>
        </w:rPr>
        <w:t xml:space="preserve"> </w:t>
      </w:r>
      <w:r w:rsidRPr="001A630D">
        <w:rPr>
          <w:color w:val="008C95"/>
          <w:lang w:val="uk-UA"/>
        </w:rPr>
        <w:t>____ [рік]</w:t>
      </w:r>
      <w:r w:rsidRPr="001A630D">
        <w:rPr>
          <w:color w:val="222222"/>
          <w:lang w:val="uk-UA"/>
        </w:rPr>
        <w:t xml:space="preserve"> р.</w:t>
      </w:r>
    </w:p>
    <w:p w:rsidR="00CB359A" w:rsidRPr="001A630D" w:rsidRDefault="009C040B">
      <w:pPr>
        <w:spacing w:after="20"/>
        <w:jc w:val="both"/>
        <w:rPr>
          <w:szCs w:val="24"/>
          <w:lang w:val="uk-UA"/>
        </w:rPr>
      </w:pPr>
      <w:r w:rsidRPr="001A630D">
        <w:rPr>
          <w:color w:val="222222"/>
          <w:lang w:val="uk-UA"/>
        </w:rPr>
        <w:t xml:space="preserve">[Для юридичної особи: </w:t>
      </w:r>
      <w:r w:rsidRPr="001A630D">
        <w:rPr>
          <w:color w:val="008C95"/>
          <w:lang w:val="uk-UA"/>
        </w:rPr>
        <w:t>__________ [повне найменування]</w:t>
      </w:r>
      <w:r w:rsidRPr="001A630D">
        <w:rPr>
          <w:color w:val="222222"/>
          <w:lang w:val="uk-UA"/>
        </w:rPr>
        <w:t xml:space="preserve">, код ЄДРПОУ </w:t>
      </w:r>
      <w:r w:rsidRPr="001A630D">
        <w:rPr>
          <w:color w:val="008C95"/>
          <w:lang w:val="uk-UA"/>
        </w:rPr>
        <w:t>__________ [код]</w:t>
      </w:r>
      <w:r w:rsidRPr="001A630D">
        <w:rPr>
          <w:color w:val="222222"/>
          <w:lang w:val="uk-UA"/>
        </w:rPr>
        <w:t xml:space="preserve">, в особі </w:t>
      </w:r>
      <w:r w:rsidRPr="001A630D">
        <w:rPr>
          <w:color w:val="008C95"/>
          <w:lang w:val="uk-UA"/>
        </w:rPr>
        <w:t>__________ [посада, ПІБ]</w:t>
      </w:r>
      <w:r w:rsidRPr="001A630D">
        <w:rPr>
          <w:color w:val="222222"/>
          <w:lang w:val="uk-UA"/>
        </w:rPr>
        <w:t xml:space="preserve">, що діє на підставі </w:t>
      </w:r>
      <w:r w:rsidRPr="001A630D">
        <w:rPr>
          <w:color w:val="008C95"/>
          <w:lang w:val="uk-UA"/>
        </w:rPr>
        <w:t>__________ [Статут / довіреність]</w:t>
      </w:r>
      <w:r w:rsidRPr="001A630D">
        <w:rPr>
          <w:color w:val="222222"/>
          <w:lang w:val="uk-UA"/>
        </w:rPr>
        <w:t xml:space="preserve">; для ФОП: ФОП </w:t>
      </w:r>
      <w:r w:rsidRPr="001A630D">
        <w:rPr>
          <w:color w:val="008C95"/>
          <w:lang w:val="uk-UA"/>
        </w:rPr>
        <w:t>__________ [ПІБ]</w:t>
      </w:r>
      <w:r w:rsidRPr="001A630D">
        <w:rPr>
          <w:color w:val="222222"/>
          <w:lang w:val="uk-UA"/>
        </w:rPr>
        <w:t xml:space="preserve">, РНОКПП </w:t>
      </w:r>
      <w:r w:rsidRPr="001A630D">
        <w:rPr>
          <w:color w:val="008C95"/>
          <w:lang w:val="uk-UA"/>
        </w:rPr>
        <w:t>__________ [РНОКПП]</w:t>
      </w:r>
      <w:r w:rsidRPr="001A630D">
        <w:rPr>
          <w:color w:val="222222"/>
          <w:lang w:val="uk-UA"/>
        </w:rPr>
        <w:t xml:space="preserve">], надалі – «Перевізник», та громадянин(ка) України </w:t>
      </w:r>
      <w:r w:rsidRPr="001A630D">
        <w:rPr>
          <w:color w:val="008C95"/>
          <w:lang w:val="uk-UA"/>
        </w:rPr>
        <w:t>__________ [ПІБ Замовника]</w:t>
      </w:r>
      <w:r w:rsidRPr="001A630D">
        <w:rPr>
          <w:color w:val="222222"/>
          <w:lang w:val="uk-UA"/>
        </w:rPr>
        <w:t xml:space="preserve">, РНОКПП </w:t>
      </w:r>
      <w:r w:rsidRPr="001A630D">
        <w:rPr>
          <w:color w:val="008C95"/>
          <w:lang w:val="uk-UA"/>
        </w:rPr>
        <w:t>__________ [РНОКПП]</w:t>
      </w:r>
      <w:r w:rsidRPr="001A630D">
        <w:rPr>
          <w:color w:val="222222"/>
          <w:lang w:val="uk-UA"/>
        </w:rPr>
        <w:t>, надалі – «Замовник», разом – «Сторони», уклали цей Договір про таке:</w:t>
      </w:r>
    </w:p>
    <w:p w:rsidR="00CB359A" w:rsidRPr="001A630D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1A630D">
        <w:rPr>
          <w:b/>
          <w:color w:val="222222"/>
          <w:lang w:val="uk-UA"/>
        </w:rPr>
        <w:t>1. ПРЕДМЕТ ДОГОВОРУ</w:t>
      </w:r>
    </w:p>
    <w:p w:rsidR="00CB359A" w:rsidRPr="001A630D" w:rsidRDefault="009C040B">
      <w:pPr>
        <w:jc w:val="both"/>
        <w:rPr>
          <w:szCs w:val="24"/>
          <w:lang w:val="uk-UA"/>
        </w:rPr>
      </w:pPr>
      <w:r w:rsidRPr="001A630D">
        <w:rPr>
          <w:color w:val="222222"/>
          <w:lang w:val="uk-UA"/>
        </w:rPr>
        <w:t xml:space="preserve">1.1. Перевізник за замовленням Замовника зобов’язується надати транспортні послуги з перевезення </w:t>
      </w:r>
      <w:r w:rsidRPr="001A630D">
        <w:rPr>
          <w:color w:val="008C95"/>
          <w:lang w:val="uk-UA"/>
        </w:rPr>
        <w:t>__________ [вантажу / пасажира(</w:t>
      </w:r>
      <w:proofErr w:type="spellStart"/>
      <w:r w:rsidRPr="001A630D">
        <w:rPr>
          <w:color w:val="008C95"/>
          <w:lang w:val="uk-UA"/>
        </w:rPr>
        <w:t>ів</w:t>
      </w:r>
      <w:proofErr w:type="spellEnd"/>
      <w:r w:rsidRPr="001A630D">
        <w:rPr>
          <w:color w:val="008C95"/>
          <w:lang w:val="uk-UA"/>
        </w:rPr>
        <w:t>) / інше]</w:t>
      </w:r>
      <w:r w:rsidRPr="001A630D">
        <w:rPr>
          <w:color w:val="222222"/>
          <w:lang w:val="uk-UA"/>
        </w:rPr>
        <w:t xml:space="preserve"> (надалі – Послуги), а Замовник – прийняти належним чином надані Послуги та оплатити їх.</w:t>
      </w:r>
    </w:p>
    <w:p w:rsidR="00CB359A" w:rsidRPr="001A630D" w:rsidRDefault="009C040B">
      <w:pPr>
        <w:rPr>
          <w:szCs w:val="24"/>
          <w:lang w:val="uk-UA"/>
        </w:rPr>
      </w:pPr>
      <w:r w:rsidRPr="001A630D">
        <w:rPr>
          <w:color w:val="222222"/>
          <w:lang w:val="uk-UA"/>
        </w:rPr>
        <w:t>1.2. Основні умови перевезення:</w:t>
      </w:r>
      <w:r w:rsidRPr="001A630D">
        <w:rPr>
          <w:color w:val="222222"/>
          <w:lang w:val="uk-UA"/>
        </w:rPr>
        <w:br/>
        <w:t xml:space="preserve">Що / кого </w:t>
      </w:r>
      <w:proofErr w:type="spellStart"/>
      <w:r w:rsidRPr="001A630D">
        <w:rPr>
          <w:color w:val="222222"/>
          <w:lang w:val="uk-UA"/>
        </w:rPr>
        <w:t>перевозять</w:t>
      </w:r>
      <w:proofErr w:type="spellEnd"/>
      <w:r w:rsidRPr="001A630D">
        <w:rPr>
          <w:color w:val="222222"/>
          <w:lang w:val="uk-UA"/>
        </w:rPr>
        <w:t xml:space="preserve">: </w:t>
      </w:r>
      <w:r w:rsidRPr="001A630D">
        <w:rPr>
          <w:color w:val="008C95"/>
          <w:lang w:val="uk-UA"/>
        </w:rPr>
        <w:t>__________ [найменування вантажу, кількість, вага / кількість пасажирів / інше]</w:t>
      </w:r>
      <w:r w:rsidRPr="001A630D">
        <w:rPr>
          <w:color w:val="222222"/>
          <w:lang w:val="uk-UA"/>
        </w:rPr>
        <w:t>.</w:t>
      </w:r>
      <w:r w:rsidRPr="001A630D">
        <w:rPr>
          <w:color w:val="222222"/>
          <w:lang w:val="uk-UA"/>
        </w:rPr>
        <w:br/>
        <w:t xml:space="preserve">Пункт відправлення: </w:t>
      </w:r>
      <w:r w:rsidRPr="001A630D">
        <w:rPr>
          <w:color w:val="008C95"/>
          <w:lang w:val="uk-UA"/>
        </w:rPr>
        <w:t>__________ [адреса]</w:t>
      </w:r>
      <w:r w:rsidRPr="001A630D">
        <w:rPr>
          <w:color w:val="222222"/>
          <w:lang w:val="uk-UA"/>
        </w:rPr>
        <w:t>.</w:t>
      </w:r>
      <w:r w:rsidRPr="001A630D">
        <w:rPr>
          <w:color w:val="222222"/>
          <w:lang w:val="uk-UA"/>
        </w:rPr>
        <w:br/>
        <w:t xml:space="preserve">Пункт призначення: </w:t>
      </w:r>
      <w:r w:rsidRPr="001A630D">
        <w:rPr>
          <w:color w:val="008C95"/>
          <w:lang w:val="uk-UA"/>
        </w:rPr>
        <w:t>__________ [адреса]</w:t>
      </w:r>
      <w:r w:rsidRPr="001A630D">
        <w:rPr>
          <w:color w:val="222222"/>
          <w:lang w:val="uk-UA"/>
        </w:rPr>
        <w:t>.</w:t>
      </w:r>
      <w:r w:rsidRPr="001A630D">
        <w:rPr>
          <w:color w:val="222222"/>
          <w:lang w:val="uk-UA"/>
        </w:rPr>
        <w:br/>
        <w:t xml:space="preserve">Дата та час подачі транспорту: </w:t>
      </w:r>
      <w:r w:rsidRPr="001A630D">
        <w:rPr>
          <w:color w:val="008C95"/>
          <w:lang w:val="uk-UA"/>
        </w:rPr>
        <w:t>__.__.____, __:__</w:t>
      </w:r>
      <w:r w:rsidRPr="001A630D">
        <w:rPr>
          <w:color w:val="222222"/>
          <w:lang w:val="uk-UA"/>
        </w:rPr>
        <w:t>.</w:t>
      </w:r>
      <w:r w:rsidRPr="001A630D">
        <w:rPr>
          <w:color w:val="222222"/>
          <w:lang w:val="uk-UA"/>
        </w:rPr>
        <w:br/>
        <w:t xml:space="preserve">Строк / дата доставки або завершення перевезення: </w:t>
      </w:r>
      <w:r w:rsidRPr="001A630D">
        <w:rPr>
          <w:color w:val="008C95"/>
          <w:lang w:val="uk-UA"/>
        </w:rPr>
        <w:t>__________ [вкажіть]</w:t>
      </w:r>
      <w:r w:rsidRPr="001A630D">
        <w:rPr>
          <w:color w:val="222222"/>
          <w:lang w:val="uk-UA"/>
        </w:rPr>
        <w:t>.</w:t>
      </w:r>
      <w:r w:rsidRPr="001A630D">
        <w:rPr>
          <w:color w:val="222222"/>
          <w:lang w:val="uk-UA"/>
        </w:rPr>
        <w:br/>
        <w:t xml:space="preserve">Транспортний засіб / особливі вимоги: </w:t>
      </w:r>
      <w:r w:rsidRPr="001A630D">
        <w:rPr>
          <w:color w:val="008C95"/>
          <w:lang w:val="uk-UA"/>
        </w:rPr>
        <w:t>__________ [вкажіть / не застосовується]</w:t>
      </w:r>
      <w:r w:rsidRPr="001A630D">
        <w:rPr>
          <w:color w:val="222222"/>
          <w:lang w:val="uk-UA"/>
        </w:rPr>
        <w:t>.</w:t>
      </w:r>
    </w:p>
    <w:p w:rsidR="00CB359A" w:rsidRPr="001A630D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1A630D">
        <w:rPr>
          <w:b/>
          <w:color w:val="222222"/>
          <w:lang w:val="uk-UA"/>
        </w:rPr>
        <w:t>2. ПРАВА ТА ОБОВ’ЯЗКИ СТОРІН</w:t>
      </w:r>
    </w:p>
    <w:p w:rsidR="00CB359A" w:rsidRPr="001A630D" w:rsidRDefault="009C040B">
      <w:pPr>
        <w:jc w:val="both"/>
        <w:rPr>
          <w:szCs w:val="24"/>
          <w:lang w:val="uk-UA"/>
        </w:rPr>
      </w:pPr>
      <w:r w:rsidRPr="001A630D">
        <w:rPr>
          <w:color w:val="222222"/>
          <w:lang w:val="uk-UA"/>
        </w:rPr>
        <w:t>2.1. Замовник зобов’язаний своєчасно оплатити Послуги, надати Перевізнику достовірну інформацію про вантаж або пасажирів, забезпечити готовність вантажу до перевезення та, якщо застосовується, належне пакування, маркування, документи і можливість завантаження та розвантаження у погоджений час. Строк надання Послуг продовжується на період прострочення цих дій Замовником.</w:t>
      </w:r>
    </w:p>
    <w:p w:rsidR="00CB359A" w:rsidRPr="001A630D" w:rsidRDefault="009C040B">
      <w:pPr>
        <w:jc w:val="both"/>
        <w:rPr>
          <w:szCs w:val="24"/>
          <w:lang w:val="uk-UA"/>
        </w:rPr>
      </w:pPr>
      <w:r w:rsidRPr="001A630D">
        <w:rPr>
          <w:color w:val="222222"/>
          <w:lang w:val="uk-UA"/>
        </w:rPr>
        <w:t>2.2. Замовник гарантує, що вантаж дозволений до перевезення, а надані ним відомості та документи є достовірними. Небезпечні, цінні, крихкі або такі, що потребують спеціальних умов перевезення, вантажі приймаються лише за умови попереднього письмового погодження з Перевізником.</w:t>
      </w:r>
    </w:p>
    <w:p w:rsidR="00CB359A" w:rsidRPr="001A630D" w:rsidRDefault="009C040B">
      <w:pPr>
        <w:jc w:val="both"/>
        <w:rPr>
          <w:szCs w:val="24"/>
          <w:lang w:val="uk-UA"/>
        </w:rPr>
      </w:pPr>
      <w:r w:rsidRPr="001A630D">
        <w:rPr>
          <w:color w:val="222222"/>
          <w:lang w:val="uk-UA"/>
        </w:rPr>
        <w:t>2.3. Перевізник має право залучати третіх осіб, відповідаючи за їх дії як за свої власні. У разі прострочення оплати або ненадання необхідних документів чи інформації Перевізник має право призупинити, перенести або відмовитися від надання неоплачених Послуг.</w:t>
      </w:r>
    </w:p>
    <w:p w:rsidR="00F579F9" w:rsidRPr="001A630D" w:rsidRDefault="009C040B">
      <w:pPr>
        <w:jc w:val="both"/>
        <w:rPr>
          <w:color w:val="222222"/>
          <w:szCs w:val="24"/>
          <w:lang w:val="uk-UA"/>
        </w:rPr>
      </w:pPr>
      <w:r w:rsidRPr="001A630D">
        <w:rPr>
          <w:color w:val="222222"/>
          <w:lang w:val="uk-UA"/>
        </w:rPr>
        <w:t xml:space="preserve">2.4. Замовник має право відмовитися від Послуг без штрафу, письмово повідомивши Перевізника не менше ніж за </w:t>
      </w:r>
      <w:r w:rsidRPr="001A630D">
        <w:rPr>
          <w:color w:val="008C95"/>
          <w:lang w:val="uk-UA"/>
        </w:rPr>
        <w:t>___ [кількість годин / днів]</w:t>
      </w:r>
      <w:r w:rsidRPr="001A630D">
        <w:rPr>
          <w:color w:val="222222"/>
          <w:lang w:val="uk-UA"/>
        </w:rPr>
        <w:t xml:space="preserve"> до погодженого часу подачі транспорту. При пізнішій відмові Замовник сплачує штраф у розмірі </w:t>
      </w:r>
      <w:r w:rsidRPr="001A630D">
        <w:rPr>
          <w:color w:val="008C95"/>
          <w:lang w:val="uk-UA"/>
        </w:rPr>
        <w:t>___% [розмір штрафу]</w:t>
      </w:r>
      <w:r w:rsidRPr="001A630D">
        <w:rPr>
          <w:color w:val="222222"/>
          <w:lang w:val="uk-UA"/>
        </w:rPr>
        <w:t xml:space="preserve"> вартості відповідних Послуг.</w:t>
      </w:r>
    </w:p>
    <w:p w:rsidR="001A630D" w:rsidRPr="001A630D" w:rsidRDefault="009C040B">
      <w:pPr>
        <w:jc w:val="both"/>
        <w:rPr>
          <w:color w:val="222222"/>
          <w:lang w:val="uk-UA"/>
        </w:rPr>
      </w:pPr>
      <w:r w:rsidRPr="001A630D">
        <w:rPr>
          <w:color w:val="222222"/>
          <w:lang w:val="uk-UA"/>
        </w:rPr>
        <w:t>2.5. Передача та приймання вантажу можуть підтверджуватися накладною, актом, підписом одержувача або іншим погод</w:t>
      </w:r>
      <w:r w:rsidR="001A630D" w:rsidRPr="001A630D">
        <w:rPr>
          <w:color w:val="222222"/>
          <w:lang w:val="uk-UA"/>
        </w:rPr>
        <w:t>женим Сторонами документом.</w:t>
      </w:r>
    </w:p>
    <w:p w:rsidR="00CB359A" w:rsidRPr="001A630D" w:rsidRDefault="009C040B">
      <w:pPr>
        <w:jc w:val="both"/>
        <w:rPr>
          <w:szCs w:val="24"/>
          <w:lang w:val="uk-UA"/>
        </w:rPr>
      </w:pPr>
      <w:r w:rsidRPr="001A630D">
        <w:rPr>
          <w:color w:val="222222"/>
          <w:lang w:val="uk-UA"/>
        </w:rPr>
        <w:t>2.6. Перевізник зобов’язаний подати справний транспортний засіб, придатний для погодженого перевезення, доставити вантаж або пасажирів до пункту призначення у погоджений строк та забезпечити їх належне перевезення.</w:t>
      </w:r>
    </w:p>
    <w:p w:rsidR="00CB359A" w:rsidRPr="001A630D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1A630D">
        <w:rPr>
          <w:b/>
          <w:color w:val="222222"/>
          <w:lang w:val="uk-UA"/>
        </w:rPr>
        <w:t>3. ВАРТІСТЬ, ОПЛАТА ТА ПРИЙМАННЯ ПОСЛУГ</w:t>
      </w:r>
    </w:p>
    <w:p w:rsidR="00CB359A" w:rsidRPr="001A630D" w:rsidRDefault="009C040B">
      <w:pPr>
        <w:jc w:val="both"/>
        <w:rPr>
          <w:szCs w:val="24"/>
          <w:lang w:val="uk-UA"/>
        </w:rPr>
      </w:pPr>
      <w:r w:rsidRPr="001A630D">
        <w:rPr>
          <w:color w:val="222222"/>
          <w:lang w:val="uk-UA"/>
        </w:rPr>
        <w:t xml:space="preserve">3.1. Загальна тверда вартість Послуг становить </w:t>
      </w:r>
      <w:r w:rsidRPr="001A630D">
        <w:rPr>
          <w:color w:val="008C95"/>
          <w:lang w:val="uk-UA"/>
        </w:rPr>
        <w:t>__________,__ [сума цифрами]</w:t>
      </w:r>
      <w:r w:rsidRPr="001A630D">
        <w:rPr>
          <w:color w:val="222222"/>
          <w:lang w:val="uk-UA"/>
        </w:rPr>
        <w:t xml:space="preserve"> грн (</w:t>
      </w:r>
      <w:r w:rsidRPr="001A630D">
        <w:rPr>
          <w:color w:val="008C95"/>
          <w:lang w:val="uk-UA"/>
        </w:rPr>
        <w:t>__________ [сума словами]</w:t>
      </w:r>
      <w:r w:rsidRPr="001A630D">
        <w:rPr>
          <w:color w:val="222222"/>
          <w:lang w:val="uk-UA"/>
        </w:rPr>
        <w:t xml:space="preserve"> гривень), </w:t>
      </w:r>
      <w:r w:rsidRPr="001A630D">
        <w:rPr>
          <w:color w:val="008C95"/>
          <w:lang w:val="uk-UA"/>
        </w:rPr>
        <w:t>__________ [з ПДВ / без ПДВ]</w:t>
      </w:r>
      <w:r w:rsidRPr="001A630D">
        <w:rPr>
          <w:color w:val="222222"/>
          <w:lang w:val="uk-UA"/>
        </w:rPr>
        <w:t>. Зміна вартості допускається лише за письмовим погодженням Сторін.</w:t>
      </w:r>
    </w:p>
    <w:p w:rsidR="00CB359A" w:rsidRPr="001A630D" w:rsidRDefault="009C040B">
      <w:pPr>
        <w:jc w:val="both"/>
        <w:rPr>
          <w:szCs w:val="24"/>
          <w:lang w:val="uk-UA"/>
        </w:rPr>
      </w:pPr>
      <w:r w:rsidRPr="001A630D">
        <w:rPr>
          <w:color w:val="222222"/>
          <w:lang w:val="uk-UA"/>
        </w:rPr>
        <w:t>3.2. Якщо Сторони письмово не погодили інше, Замовник сплачує 100% вартості Послуг як передплату до початку їх надання.</w:t>
      </w:r>
    </w:p>
    <w:p w:rsidR="00CB359A" w:rsidRPr="001A630D" w:rsidRDefault="009C040B">
      <w:pPr>
        <w:jc w:val="both"/>
        <w:rPr>
          <w:szCs w:val="24"/>
          <w:lang w:val="uk-UA"/>
        </w:rPr>
      </w:pPr>
      <w:r w:rsidRPr="001A630D">
        <w:rPr>
          <w:color w:val="222222"/>
          <w:lang w:val="uk-UA"/>
        </w:rPr>
        <w:lastRenderedPageBreak/>
        <w:t>3.3. Якщо протягом 5 календарних днів з дня завершення перевезення Замовник не надав письмових обґрунтованих зауважень, Послуги вважаються належним чином наданими та прийнятими без зауважень. У разі обґрунтованих зауважень Сторони погоджують спосіб їх усунення або інший порядок врегулювання.</w:t>
      </w:r>
    </w:p>
    <w:p w:rsidR="00CB359A" w:rsidRPr="001A630D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1A630D">
        <w:rPr>
          <w:b/>
          <w:color w:val="222222"/>
          <w:lang w:val="uk-UA"/>
        </w:rPr>
        <w:t>4. КОНФІДЕНЦІЙНІСТЬ ТА ВІДПОВІДАЛЬНІСТЬ</w:t>
      </w:r>
    </w:p>
    <w:p w:rsidR="00CB359A" w:rsidRPr="001A630D" w:rsidRDefault="009C040B">
      <w:pPr>
        <w:jc w:val="both"/>
        <w:rPr>
          <w:szCs w:val="24"/>
          <w:lang w:val="uk-UA"/>
        </w:rPr>
      </w:pPr>
      <w:r w:rsidRPr="001A630D">
        <w:rPr>
          <w:color w:val="222222"/>
          <w:lang w:val="uk-UA"/>
        </w:rPr>
        <w:t>4.1. Сторони не розголошують отриману у зв’язку з Договором конфіденційну інформацію без згоди іншої Сторони, крім випадків, передбачених законом.</w:t>
      </w:r>
    </w:p>
    <w:p w:rsidR="001A630D" w:rsidRPr="001A630D" w:rsidRDefault="009C040B">
      <w:pPr>
        <w:jc w:val="both"/>
        <w:rPr>
          <w:color w:val="222222"/>
          <w:lang w:val="uk-UA"/>
        </w:rPr>
      </w:pPr>
      <w:r w:rsidRPr="001A630D">
        <w:rPr>
          <w:color w:val="222222"/>
          <w:lang w:val="uk-UA"/>
        </w:rPr>
        <w:t>4.2. За прострочення оплати Замовник сплачує Перевізнику пеню, розраховану виходячи з подвійної облікової ставки НБУ від суми простроченого плате</w:t>
      </w:r>
      <w:r w:rsidR="001A630D" w:rsidRPr="001A630D">
        <w:rPr>
          <w:color w:val="222222"/>
          <w:lang w:val="uk-UA"/>
        </w:rPr>
        <w:t>жу за кожний день прострочення.</w:t>
      </w:r>
    </w:p>
    <w:p w:rsidR="00CB359A" w:rsidRPr="001A630D" w:rsidRDefault="009C040B">
      <w:pPr>
        <w:jc w:val="both"/>
        <w:rPr>
          <w:szCs w:val="24"/>
          <w:lang w:val="uk-UA"/>
        </w:rPr>
      </w:pPr>
      <w:r w:rsidRPr="001A630D">
        <w:rPr>
          <w:color w:val="222222"/>
          <w:lang w:val="uk-UA"/>
        </w:rPr>
        <w:t>4.3. Перевізник відповідає за втрату, нестачу або пошкодження вантажу з моменту його прийняття до моменту передачі одержувачу в межах доведених прямих збитків та вартості такого вантажу, крім випадків, коли шкода виникла внаслідок властивостей вантажу, неналежного пакування Замовником, недостовірної інформації або обставин, за які Перевізник не відповідає.</w:t>
      </w:r>
    </w:p>
    <w:p w:rsidR="00CB359A" w:rsidRPr="001A630D" w:rsidRDefault="009C040B">
      <w:pPr>
        <w:jc w:val="both"/>
        <w:rPr>
          <w:szCs w:val="24"/>
          <w:lang w:val="uk-UA"/>
        </w:rPr>
      </w:pPr>
      <w:r w:rsidRPr="001A630D">
        <w:rPr>
          <w:color w:val="222222"/>
          <w:lang w:val="uk-UA"/>
        </w:rPr>
        <w:t>4.4. При перевезенні пасажирів Перевізник несе відповідальність за шкоду, заподіяну життю або здоров’ю пасажирів під час перевезення, у випадках та межах, передбачених законодавством України. За прострочення доставки з вини Перевізника він несе відповідальність відповідно до Договору та законодавства.</w:t>
      </w:r>
    </w:p>
    <w:p w:rsidR="00CB359A" w:rsidRPr="001A630D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1A630D">
        <w:rPr>
          <w:b/>
          <w:color w:val="222222"/>
          <w:lang w:val="uk-UA"/>
        </w:rPr>
        <w:t>5. ФОРС-МАЖОР ТА ЗАКЛЮЧНІ ПОЛОЖЕННЯ</w:t>
      </w:r>
    </w:p>
    <w:p w:rsidR="00CB359A" w:rsidRPr="001A630D" w:rsidRDefault="009C040B">
      <w:pPr>
        <w:jc w:val="both"/>
        <w:rPr>
          <w:szCs w:val="24"/>
          <w:lang w:val="uk-UA"/>
        </w:rPr>
      </w:pPr>
      <w:r w:rsidRPr="001A630D">
        <w:rPr>
          <w:color w:val="222222"/>
          <w:lang w:val="uk-UA"/>
        </w:rPr>
        <w:t>5.1. Сторона звільняється від відповідальності за невиконання зобов’язань, спричинене обставинами непереборної сили, за умови своєчасного повідомлення іншої Сторони. Якщо такі обставини перешкоджають перевезенню, Сторони погоджують новий строк або маршрут; якщо надання Послуг втратило для Замовника інтерес, він може відмовитися від ненаданих Послуг з поверненням відповідної передоплати.</w:t>
      </w:r>
    </w:p>
    <w:p w:rsidR="00CB359A" w:rsidRPr="001A630D" w:rsidRDefault="009C040B">
      <w:pPr>
        <w:jc w:val="both"/>
        <w:rPr>
          <w:szCs w:val="24"/>
          <w:lang w:val="uk-UA"/>
        </w:rPr>
      </w:pPr>
      <w:r w:rsidRPr="001A630D">
        <w:rPr>
          <w:color w:val="222222"/>
          <w:szCs w:val="24"/>
          <w:lang w:val="uk-UA"/>
        </w:rPr>
        <w:t>5.2. Договір набирає чинності з дати підписання та діє до повного виконання Сторонами зобов’язань. Зміни та доповнення дійсні у письмовій формі. Повідомлення можуть надсилатися на реквізити, e-</w:t>
      </w:r>
      <w:proofErr w:type="spellStart"/>
      <w:r w:rsidRPr="001A630D">
        <w:rPr>
          <w:color w:val="222222"/>
          <w:szCs w:val="24"/>
          <w:lang w:val="uk-UA"/>
        </w:rPr>
        <w:t>mail</w:t>
      </w:r>
      <w:proofErr w:type="spellEnd"/>
      <w:r w:rsidRPr="001A630D">
        <w:rPr>
          <w:color w:val="222222"/>
          <w:szCs w:val="24"/>
          <w:lang w:val="uk-UA"/>
        </w:rPr>
        <w:t xml:space="preserve"> або номери телефонів/</w:t>
      </w:r>
      <w:proofErr w:type="spellStart"/>
      <w:r w:rsidRPr="001A630D">
        <w:rPr>
          <w:color w:val="222222"/>
          <w:szCs w:val="24"/>
          <w:lang w:val="uk-UA"/>
        </w:rPr>
        <w:t>месенджерів</w:t>
      </w:r>
      <w:proofErr w:type="spellEnd"/>
      <w:r w:rsidRPr="001A630D">
        <w:rPr>
          <w:color w:val="222222"/>
          <w:szCs w:val="24"/>
          <w:lang w:val="uk-UA"/>
        </w:rPr>
        <w:t xml:space="preserve"> Сторін. Документи, підписані КЕП, мають силу паперових документів з власноручним підписом.</w:t>
      </w:r>
    </w:p>
    <w:p w:rsidR="00CB359A" w:rsidRPr="001A630D" w:rsidRDefault="009C040B">
      <w:pPr>
        <w:jc w:val="both"/>
        <w:rPr>
          <w:szCs w:val="24"/>
          <w:lang w:val="uk-UA"/>
        </w:rPr>
      </w:pPr>
      <w:r w:rsidRPr="001A630D">
        <w:rPr>
          <w:color w:val="222222"/>
          <w:szCs w:val="24"/>
          <w:lang w:val="uk-UA"/>
        </w:rPr>
        <w:t>5.3. Підписанням Договору Замовник надає згоду на обробку персональних даних у необхідному для виконання Договору обсязі. Спори вирішуються шляхом переговорів, а у разі недосягнення згоди – у судовому порядку згідно із законодавством України.</w:t>
      </w:r>
    </w:p>
    <w:p w:rsidR="00CB359A" w:rsidRPr="001A630D" w:rsidRDefault="009C040B">
      <w:pPr>
        <w:keepNext/>
        <w:pBdr>
          <w:bottom w:val="single" w:sz="8" w:space="1" w:color="269EA5"/>
        </w:pBdr>
        <w:spacing w:before="100" w:after="40"/>
        <w:rPr>
          <w:lang w:val="uk-UA"/>
        </w:rPr>
      </w:pPr>
      <w:r w:rsidRPr="001A630D">
        <w:rPr>
          <w:b/>
          <w:color w:val="222222"/>
          <w:lang w:val="uk-UA"/>
        </w:rPr>
        <w:t>6. РЕКВІЗИТИ ТА ПІДПИСИ СТОРІН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CB359A" w:rsidRPr="001A630D">
        <w:trPr>
          <w:cantSplit/>
          <w:jc w:val="center"/>
        </w:trPr>
        <w:tc>
          <w:tcPr>
            <w:tcW w:w="4986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CB359A" w:rsidRPr="001A630D" w:rsidRDefault="009C040B">
            <w:pPr>
              <w:rPr>
                <w:lang w:val="uk-UA"/>
              </w:rPr>
            </w:pPr>
            <w:r w:rsidRPr="001A630D">
              <w:rPr>
                <w:b/>
                <w:color w:val="222222"/>
                <w:lang w:val="uk-UA"/>
              </w:rPr>
              <w:t>Перевізник:</w:t>
            </w:r>
          </w:p>
          <w:p w:rsidR="00CB359A" w:rsidRPr="001A630D" w:rsidRDefault="009C040B">
            <w:pPr>
              <w:rPr>
                <w:lang w:val="uk-UA"/>
              </w:rPr>
            </w:pPr>
            <w:r w:rsidRPr="001A630D">
              <w:rPr>
                <w:color w:val="008C95"/>
                <w:sz w:val="21"/>
                <w:shd w:val="clear" w:color="auto" w:fill="D9F1F2"/>
                <w:lang w:val="uk-UA"/>
              </w:rPr>
              <w:t>[Юридична особа / ФОП — залишити відповідний варіант]</w:t>
            </w:r>
          </w:p>
          <w:p w:rsidR="00CB359A" w:rsidRPr="001A630D" w:rsidRDefault="009C040B">
            <w:pPr>
              <w:rPr>
                <w:lang w:val="uk-UA"/>
              </w:rPr>
            </w:pPr>
            <w:r w:rsidRPr="001A630D">
              <w:rPr>
                <w:color w:val="222222"/>
                <w:sz w:val="21"/>
                <w:lang w:val="uk-UA"/>
              </w:rPr>
              <w:t xml:space="preserve">Найменування / ПІБ: </w:t>
            </w:r>
            <w:r w:rsidRPr="001A630D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1A630D" w:rsidRDefault="009C040B">
            <w:pPr>
              <w:rPr>
                <w:lang w:val="uk-UA"/>
              </w:rPr>
            </w:pPr>
            <w:r w:rsidRPr="001A630D">
              <w:rPr>
                <w:color w:val="222222"/>
                <w:sz w:val="21"/>
                <w:lang w:val="uk-UA"/>
              </w:rPr>
              <w:t xml:space="preserve">Код ЄДРПОУ / РНОКПП: </w:t>
            </w:r>
            <w:r w:rsidRPr="001A630D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1A630D" w:rsidRDefault="009C040B">
            <w:pPr>
              <w:rPr>
                <w:lang w:val="uk-UA"/>
              </w:rPr>
            </w:pPr>
            <w:r w:rsidRPr="001A630D">
              <w:rPr>
                <w:color w:val="222222"/>
                <w:sz w:val="21"/>
                <w:lang w:val="uk-UA"/>
              </w:rPr>
              <w:t xml:space="preserve">Підписант (для </w:t>
            </w:r>
            <w:proofErr w:type="spellStart"/>
            <w:r w:rsidRPr="001A630D">
              <w:rPr>
                <w:color w:val="222222"/>
                <w:sz w:val="21"/>
                <w:lang w:val="uk-UA"/>
              </w:rPr>
              <w:t>юрособи</w:t>
            </w:r>
            <w:proofErr w:type="spellEnd"/>
            <w:r w:rsidRPr="001A630D">
              <w:rPr>
                <w:color w:val="222222"/>
                <w:sz w:val="21"/>
                <w:lang w:val="uk-UA"/>
              </w:rPr>
              <w:t xml:space="preserve">): </w:t>
            </w:r>
            <w:r w:rsidRPr="001A630D">
              <w:rPr>
                <w:color w:val="008C95"/>
                <w:sz w:val="21"/>
                <w:shd w:val="clear" w:color="auto" w:fill="D9F1F2"/>
                <w:lang w:val="uk-UA"/>
              </w:rPr>
              <w:t>__________ [посада, ПІБ, підстава]</w:t>
            </w:r>
          </w:p>
          <w:p w:rsidR="00CB359A" w:rsidRPr="001A630D" w:rsidRDefault="009C040B">
            <w:pPr>
              <w:rPr>
                <w:lang w:val="uk-UA"/>
              </w:rPr>
            </w:pPr>
            <w:r w:rsidRPr="001A630D">
              <w:rPr>
                <w:color w:val="222222"/>
                <w:sz w:val="21"/>
                <w:lang w:val="uk-UA"/>
              </w:rPr>
              <w:t xml:space="preserve">Адреса: </w:t>
            </w:r>
            <w:r w:rsidRPr="001A630D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1A630D" w:rsidRDefault="009C040B">
            <w:pPr>
              <w:rPr>
                <w:lang w:val="uk-UA"/>
              </w:rPr>
            </w:pPr>
            <w:r w:rsidRPr="001A630D">
              <w:rPr>
                <w:color w:val="222222"/>
                <w:sz w:val="21"/>
                <w:lang w:val="uk-UA"/>
              </w:rPr>
              <w:t xml:space="preserve">IBAN: </w:t>
            </w:r>
            <w:r w:rsidRPr="001A630D">
              <w:rPr>
                <w:color w:val="008C95"/>
                <w:sz w:val="21"/>
                <w:shd w:val="clear" w:color="auto" w:fill="D9F1F2"/>
                <w:lang w:val="uk-UA"/>
              </w:rPr>
              <w:t>UA________________________ [вкажіть]</w:t>
            </w:r>
          </w:p>
          <w:p w:rsidR="00CB359A" w:rsidRPr="001A630D" w:rsidRDefault="009C040B">
            <w:pPr>
              <w:rPr>
                <w:lang w:val="uk-UA"/>
              </w:rPr>
            </w:pPr>
            <w:r w:rsidRPr="001A630D">
              <w:rPr>
                <w:color w:val="222222"/>
                <w:sz w:val="21"/>
                <w:lang w:val="uk-UA"/>
              </w:rPr>
              <w:t xml:space="preserve">Банк / ПДВ: </w:t>
            </w:r>
            <w:r w:rsidRPr="001A630D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1A630D" w:rsidRDefault="009C040B">
            <w:pPr>
              <w:rPr>
                <w:lang w:val="uk-UA"/>
              </w:rPr>
            </w:pPr>
            <w:proofErr w:type="spellStart"/>
            <w:r w:rsidRPr="001A630D">
              <w:rPr>
                <w:color w:val="222222"/>
                <w:sz w:val="21"/>
                <w:lang w:val="uk-UA"/>
              </w:rPr>
              <w:t>Тел</w:t>
            </w:r>
            <w:proofErr w:type="spellEnd"/>
            <w:r w:rsidRPr="001A630D">
              <w:rPr>
                <w:color w:val="222222"/>
                <w:sz w:val="21"/>
                <w:lang w:val="uk-UA"/>
              </w:rPr>
              <w:t>. / E-</w:t>
            </w:r>
            <w:proofErr w:type="spellStart"/>
            <w:r w:rsidRPr="001A630D">
              <w:rPr>
                <w:color w:val="222222"/>
                <w:sz w:val="21"/>
                <w:lang w:val="uk-UA"/>
              </w:rPr>
              <w:t>mail</w:t>
            </w:r>
            <w:proofErr w:type="spellEnd"/>
            <w:r w:rsidRPr="001A630D">
              <w:rPr>
                <w:color w:val="222222"/>
                <w:sz w:val="21"/>
                <w:lang w:val="uk-UA"/>
              </w:rPr>
              <w:t xml:space="preserve">: </w:t>
            </w:r>
            <w:r w:rsidRPr="001A630D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1A630D" w:rsidRDefault="009C040B">
            <w:pPr>
              <w:rPr>
                <w:lang w:val="uk-UA"/>
              </w:rPr>
            </w:pPr>
            <w:r w:rsidRPr="001A630D">
              <w:rPr>
                <w:color w:val="222222"/>
                <w:sz w:val="21"/>
                <w:lang w:val="uk-UA"/>
              </w:rPr>
              <w:t xml:space="preserve">________________ / </w:t>
            </w:r>
            <w:r w:rsidRPr="001A630D">
              <w:rPr>
                <w:color w:val="008C95"/>
                <w:sz w:val="21"/>
                <w:shd w:val="clear" w:color="auto" w:fill="D9F1F2"/>
                <w:lang w:val="uk-UA"/>
              </w:rPr>
              <w:t>__________ [ПІБ підписанта]</w:t>
            </w:r>
          </w:p>
          <w:p w:rsidR="00CB359A" w:rsidRPr="001A630D" w:rsidRDefault="009C040B">
            <w:pPr>
              <w:rPr>
                <w:lang w:val="uk-UA"/>
              </w:rPr>
            </w:pPr>
            <w:r w:rsidRPr="001A630D">
              <w:rPr>
                <w:color w:val="222222"/>
                <w:sz w:val="21"/>
                <w:lang w:val="uk-UA"/>
              </w:rPr>
              <w:t>(підпис, КЕП)</w:t>
            </w:r>
          </w:p>
        </w:tc>
        <w:tc>
          <w:tcPr>
            <w:tcW w:w="4986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CB359A" w:rsidRPr="001A630D" w:rsidRDefault="009C040B">
            <w:pPr>
              <w:rPr>
                <w:lang w:val="uk-UA"/>
              </w:rPr>
            </w:pPr>
            <w:r w:rsidRPr="001A630D">
              <w:rPr>
                <w:b/>
                <w:color w:val="222222"/>
                <w:sz w:val="21"/>
                <w:lang w:val="uk-UA"/>
              </w:rPr>
              <w:t>Замовник:</w:t>
            </w:r>
          </w:p>
          <w:p w:rsidR="00CB359A" w:rsidRPr="001A630D" w:rsidRDefault="009C040B">
            <w:pPr>
              <w:rPr>
                <w:lang w:val="uk-UA"/>
              </w:rPr>
            </w:pPr>
            <w:r w:rsidRPr="001A630D">
              <w:rPr>
                <w:color w:val="222222"/>
                <w:sz w:val="21"/>
                <w:lang w:val="uk-UA"/>
              </w:rPr>
              <w:t xml:space="preserve">ПІБ: </w:t>
            </w:r>
            <w:r w:rsidRPr="001A630D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 ПІБ повністю]</w:t>
            </w:r>
          </w:p>
          <w:p w:rsidR="00CB359A" w:rsidRPr="001A630D" w:rsidRDefault="009C040B">
            <w:pPr>
              <w:rPr>
                <w:lang w:val="uk-UA"/>
              </w:rPr>
            </w:pPr>
            <w:r w:rsidRPr="001A630D">
              <w:rPr>
                <w:color w:val="222222"/>
                <w:sz w:val="21"/>
                <w:lang w:val="uk-UA"/>
              </w:rPr>
              <w:t xml:space="preserve">Дата народження: </w:t>
            </w:r>
            <w:r w:rsidRPr="001A630D">
              <w:rPr>
                <w:color w:val="008C95"/>
                <w:sz w:val="21"/>
                <w:shd w:val="clear" w:color="auto" w:fill="D9F1F2"/>
                <w:lang w:val="uk-UA"/>
              </w:rPr>
              <w:t>__.__.____ [вкажіть]</w:t>
            </w:r>
          </w:p>
          <w:p w:rsidR="00CB359A" w:rsidRPr="001A630D" w:rsidRDefault="009C040B">
            <w:pPr>
              <w:rPr>
                <w:lang w:val="uk-UA"/>
              </w:rPr>
            </w:pPr>
            <w:r w:rsidRPr="001A630D">
              <w:rPr>
                <w:color w:val="222222"/>
                <w:sz w:val="21"/>
                <w:lang w:val="uk-UA"/>
              </w:rPr>
              <w:t xml:space="preserve">РНОКПП: </w:t>
            </w:r>
            <w:r w:rsidRPr="001A630D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1A630D" w:rsidRDefault="009C040B">
            <w:pPr>
              <w:rPr>
                <w:lang w:val="uk-UA"/>
              </w:rPr>
            </w:pPr>
            <w:r w:rsidRPr="001A630D">
              <w:rPr>
                <w:color w:val="222222"/>
                <w:sz w:val="21"/>
                <w:lang w:val="uk-UA"/>
              </w:rPr>
              <w:t xml:space="preserve">Паспорт / ID-картка: </w:t>
            </w:r>
            <w:r w:rsidRPr="001A630D">
              <w:rPr>
                <w:color w:val="008C95"/>
                <w:sz w:val="21"/>
                <w:shd w:val="clear" w:color="auto" w:fill="D9F1F2"/>
                <w:lang w:val="uk-UA"/>
              </w:rPr>
              <w:t>__________ [реквізити]</w:t>
            </w:r>
          </w:p>
          <w:p w:rsidR="00CB359A" w:rsidRPr="001A630D" w:rsidRDefault="009C040B">
            <w:pPr>
              <w:rPr>
                <w:lang w:val="uk-UA"/>
              </w:rPr>
            </w:pPr>
            <w:r w:rsidRPr="001A630D">
              <w:rPr>
                <w:color w:val="222222"/>
                <w:sz w:val="21"/>
                <w:lang w:val="uk-UA"/>
              </w:rPr>
              <w:t xml:space="preserve">Адреса: </w:t>
            </w:r>
            <w:r w:rsidRPr="001A630D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1A630D" w:rsidRDefault="009C040B">
            <w:pPr>
              <w:rPr>
                <w:lang w:val="uk-UA"/>
              </w:rPr>
            </w:pPr>
            <w:proofErr w:type="spellStart"/>
            <w:r w:rsidRPr="001A630D">
              <w:rPr>
                <w:color w:val="222222"/>
                <w:sz w:val="21"/>
                <w:lang w:val="uk-UA"/>
              </w:rPr>
              <w:t>Тел</w:t>
            </w:r>
            <w:proofErr w:type="spellEnd"/>
            <w:r w:rsidRPr="001A630D">
              <w:rPr>
                <w:color w:val="222222"/>
                <w:sz w:val="21"/>
                <w:lang w:val="uk-UA"/>
              </w:rPr>
              <w:t>. / E-</w:t>
            </w:r>
            <w:proofErr w:type="spellStart"/>
            <w:r w:rsidRPr="001A630D">
              <w:rPr>
                <w:color w:val="222222"/>
                <w:sz w:val="21"/>
                <w:lang w:val="uk-UA"/>
              </w:rPr>
              <w:t>mail</w:t>
            </w:r>
            <w:proofErr w:type="spellEnd"/>
            <w:r w:rsidRPr="001A630D">
              <w:rPr>
                <w:color w:val="222222"/>
                <w:sz w:val="21"/>
                <w:lang w:val="uk-UA"/>
              </w:rPr>
              <w:t xml:space="preserve">: </w:t>
            </w:r>
            <w:r w:rsidRPr="001A630D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1A630D" w:rsidRDefault="009C040B">
            <w:pPr>
              <w:rPr>
                <w:lang w:val="uk-UA"/>
              </w:rPr>
            </w:pPr>
            <w:r w:rsidRPr="001A630D">
              <w:rPr>
                <w:color w:val="222222"/>
                <w:sz w:val="21"/>
                <w:lang w:val="uk-UA"/>
              </w:rPr>
              <w:t xml:space="preserve">________________ / </w:t>
            </w:r>
            <w:r w:rsidRPr="001A630D">
              <w:rPr>
                <w:color w:val="008C95"/>
                <w:sz w:val="21"/>
                <w:shd w:val="clear" w:color="auto" w:fill="D9F1F2"/>
                <w:lang w:val="uk-UA"/>
              </w:rPr>
              <w:t>__________ [ПІБ Замовника]</w:t>
            </w:r>
          </w:p>
          <w:p w:rsidR="00CB359A" w:rsidRPr="001A630D" w:rsidRDefault="009C040B">
            <w:pPr>
              <w:rPr>
                <w:lang w:val="uk-UA"/>
              </w:rPr>
            </w:pPr>
            <w:r w:rsidRPr="001A630D">
              <w:rPr>
                <w:color w:val="222222"/>
                <w:sz w:val="21"/>
                <w:lang w:val="uk-UA"/>
              </w:rPr>
              <w:t>(підпис, КЕП)</w:t>
            </w:r>
          </w:p>
        </w:tc>
      </w:tr>
      <w:bookmarkEnd w:id="0"/>
    </w:tbl>
    <w:p w:rsidR="009C040B" w:rsidRPr="001A630D" w:rsidRDefault="009C040B">
      <w:pPr>
        <w:rPr>
          <w:lang w:val="uk-UA"/>
        </w:rPr>
      </w:pPr>
    </w:p>
    <w:sectPr w:rsidR="009C040B" w:rsidRPr="001A630D" w:rsidSect="00034616">
      <w:footerReference w:type="default" r:id="rId9"/>
      <w:pgSz w:w="11906" w:h="16838"/>
      <w:pgMar w:top="1020" w:right="1134" w:bottom="964" w:left="1134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AAB" w:rsidRDefault="00E74AAB">
      <w:r>
        <w:separator/>
      </w:r>
    </w:p>
  </w:endnote>
  <w:endnote w:type="continuationSeparator" w:id="0">
    <w:p w:rsidR="00E74AAB" w:rsidRDefault="00E74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59A" w:rsidRDefault="009C040B">
    <w:pPr>
      <w:pStyle w:val="a7"/>
      <w:jc w:val="right"/>
    </w:pPr>
    <w:r>
      <w:rPr>
        <w:color w:val="666666"/>
        <w:sz w:val="18"/>
      </w:rPr>
      <w:fldChar w:fldCharType="begin"/>
    </w:r>
    <w:r>
      <w:rPr>
        <w:color w:val="666666"/>
        <w:sz w:val="18"/>
      </w:rPr>
      <w:instrText xml:space="preserve"> PAGE </w:instrText>
    </w:r>
    <w:r>
      <w:rPr>
        <w:color w:val="666666"/>
        <w:sz w:val="18"/>
      </w:rPr>
      <w:fldChar w:fldCharType="separate"/>
    </w:r>
    <w:r w:rsidR="001A630D">
      <w:rPr>
        <w:noProof/>
        <w:color w:val="666666"/>
        <w:sz w:val="18"/>
      </w:rPr>
      <w:t>2</w:t>
    </w:r>
    <w:r>
      <w:rPr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AAB" w:rsidRDefault="00E74AAB">
      <w:r>
        <w:separator/>
      </w:r>
    </w:p>
  </w:footnote>
  <w:footnote w:type="continuationSeparator" w:id="0">
    <w:p w:rsidR="00E74AAB" w:rsidRDefault="00E74A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A630D"/>
    <w:rsid w:val="0029639D"/>
    <w:rsid w:val="00326F90"/>
    <w:rsid w:val="003D3BC5"/>
    <w:rsid w:val="009C040B"/>
    <w:rsid w:val="00AA1D8D"/>
    <w:rsid w:val="00B47730"/>
    <w:rsid w:val="00BC6432"/>
    <w:rsid w:val="00CB0664"/>
    <w:rsid w:val="00CB359A"/>
    <w:rsid w:val="00E74AAB"/>
    <w:rsid w:val="00F579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7E42314-F0CE-4CDA-9505-E2B32812D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5278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6191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Слава</cp:lastModifiedBy>
  <cp:revision>2</cp:revision>
  <dcterms:created xsi:type="dcterms:W3CDTF">2026-09-23T16:52:00Z</dcterms:created>
  <dcterms:modified xsi:type="dcterms:W3CDTF">2026-09-23T16:52:00Z</dcterms:modified>
</cp:coreProperties>
</file>