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8478F8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8478F8" w:rsidRDefault="00CB359A">
            <w:pPr>
              <w:rPr>
                <w:lang w:val="uk-UA"/>
              </w:rPr>
            </w:pPr>
            <w:bookmarkStart w:id="0" w:name="_GoBack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8478F8" w:rsidRDefault="00CB359A">
            <w:pPr>
              <w:rPr>
                <w:lang w:val="uk-UA"/>
              </w:rPr>
            </w:pPr>
          </w:p>
        </w:tc>
      </w:tr>
    </w:tbl>
    <w:p w:rsidR="00CB359A" w:rsidRPr="008478F8" w:rsidRDefault="009C040B">
      <w:pPr>
        <w:keepNext/>
        <w:spacing w:before="20" w:after="40"/>
        <w:jc w:val="center"/>
        <w:rPr>
          <w:lang w:val="uk-UA"/>
        </w:rPr>
      </w:pPr>
      <w:r w:rsidRPr="008478F8">
        <w:rPr>
          <w:b/>
          <w:color w:val="222222"/>
          <w:lang w:val="uk-UA"/>
        </w:rPr>
        <w:t>ДОГОВІР ПРО НАДАННЯ ФОТО- ТА ВІДЕОПОСЛУГ</w:t>
      </w:r>
    </w:p>
    <w:p w:rsidR="00CB359A" w:rsidRPr="008478F8" w:rsidRDefault="009C040B">
      <w:pPr>
        <w:keepNext/>
        <w:spacing w:after="40"/>
        <w:jc w:val="center"/>
        <w:rPr>
          <w:szCs w:val="24"/>
          <w:lang w:val="uk-UA"/>
        </w:rPr>
      </w:pPr>
      <w:r w:rsidRPr="008478F8">
        <w:rPr>
          <w:b/>
          <w:color w:val="222222"/>
          <w:lang w:val="uk-UA"/>
        </w:rPr>
        <w:t xml:space="preserve">№ </w:t>
      </w:r>
      <w:r w:rsidRPr="008478F8">
        <w:rPr>
          <w:color w:val="008C95"/>
          <w:lang w:val="uk-UA"/>
        </w:rPr>
        <w:t>__________ [вкажіть номер договору]</w:t>
      </w:r>
    </w:p>
    <w:p w:rsidR="00CB359A" w:rsidRPr="008478F8" w:rsidRDefault="009C040B">
      <w:pPr>
        <w:spacing w:after="40"/>
        <w:jc w:val="center"/>
        <w:rPr>
          <w:szCs w:val="24"/>
          <w:lang w:val="uk-UA"/>
        </w:rPr>
      </w:pPr>
      <w:r w:rsidRPr="008478F8">
        <w:rPr>
          <w:color w:val="222222"/>
          <w:lang w:val="uk-UA"/>
        </w:rPr>
        <w:t>м. Київ «</w:t>
      </w:r>
      <w:r w:rsidRPr="008478F8">
        <w:rPr>
          <w:color w:val="008C95"/>
          <w:lang w:val="uk-UA"/>
        </w:rPr>
        <w:t>___ [число]</w:t>
      </w:r>
      <w:r w:rsidRPr="008478F8">
        <w:rPr>
          <w:color w:val="222222"/>
          <w:lang w:val="uk-UA"/>
        </w:rPr>
        <w:t xml:space="preserve">» </w:t>
      </w:r>
      <w:r w:rsidRPr="008478F8">
        <w:rPr>
          <w:color w:val="008C95"/>
          <w:lang w:val="uk-UA"/>
        </w:rPr>
        <w:t>__________ [місяць словами]</w:t>
      </w:r>
      <w:r w:rsidRPr="008478F8">
        <w:rPr>
          <w:color w:val="222222"/>
          <w:lang w:val="uk-UA"/>
        </w:rPr>
        <w:t xml:space="preserve"> </w:t>
      </w:r>
      <w:r w:rsidRPr="008478F8">
        <w:rPr>
          <w:color w:val="008C95"/>
          <w:lang w:val="uk-UA"/>
        </w:rPr>
        <w:t>____ [рік]</w:t>
      </w:r>
      <w:r w:rsidRPr="008478F8">
        <w:rPr>
          <w:color w:val="222222"/>
          <w:lang w:val="uk-UA"/>
        </w:rPr>
        <w:t xml:space="preserve"> р.</w:t>
      </w:r>
    </w:p>
    <w:p w:rsidR="00CB359A" w:rsidRPr="008478F8" w:rsidRDefault="009C040B">
      <w:pPr>
        <w:spacing w:after="20"/>
        <w:jc w:val="both"/>
        <w:rPr>
          <w:szCs w:val="24"/>
          <w:lang w:val="uk-UA"/>
        </w:rPr>
      </w:pPr>
      <w:r w:rsidRPr="008478F8">
        <w:rPr>
          <w:color w:val="222222"/>
          <w:szCs w:val="24"/>
          <w:lang w:val="uk-UA"/>
        </w:rPr>
        <w:t xml:space="preserve">[Для юридичної особи: </w:t>
      </w:r>
      <w:r w:rsidRPr="008478F8">
        <w:rPr>
          <w:color w:val="008C95"/>
          <w:szCs w:val="24"/>
          <w:shd w:val="clear" w:color="auto" w:fill="D9F1F2"/>
          <w:lang w:val="uk-UA"/>
        </w:rPr>
        <w:t>__________ [повне найменування]</w:t>
      </w:r>
      <w:r w:rsidRPr="008478F8">
        <w:rPr>
          <w:color w:val="222222"/>
          <w:szCs w:val="24"/>
          <w:lang w:val="uk-UA"/>
        </w:rPr>
        <w:t xml:space="preserve">, код ЄДРПОУ </w:t>
      </w:r>
      <w:r w:rsidRPr="008478F8">
        <w:rPr>
          <w:color w:val="008C95"/>
          <w:szCs w:val="24"/>
          <w:shd w:val="clear" w:color="auto" w:fill="D9F1F2"/>
          <w:lang w:val="uk-UA"/>
        </w:rPr>
        <w:t>__________ [код]</w:t>
      </w:r>
      <w:r w:rsidRPr="008478F8">
        <w:rPr>
          <w:color w:val="222222"/>
          <w:szCs w:val="24"/>
          <w:lang w:val="uk-UA"/>
        </w:rPr>
        <w:t xml:space="preserve">, в особі </w:t>
      </w:r>
      <w:r w:rsidRPr="008478F8">
        <w:rPr>
          <w:color w:val="008C95"/>
          <w:szCs w:val="24"/>
          <w:shd w:val="clear" w:color="auto" w:fill="D9F1F2"/>
          <w:lang w:val="uk-UA"/>
        </w:rPr>
        <w:t>__________ [посада, ПІБ]</w:t>
      </w:r>
      <w:r w:rsidRPr="008478F8">
        <w:rPr>
          <w:color w:val="222222"/>
          <w:szCs w:val="24"/>
          <w:lang w:val="uk-UA"/>
        </w:rPr>
        <w:t xml:space="preserve">, що діє на підставі </w:t>
      </w:r>
      <w:r w:rsidRPr="008478F8">
        <w:rPr>
          <w:color w:val="008C95"/>
          <w:szCs w:val="24"/>
          <w:shd w:val="clear" w:color="auto" w:fill="D9F1F2"/>
          <w:lang w:val="uk-UA"/>
        </w:rPr>
        <w:t>__________ [Статут / довіреність]</w:t>
      </w:r>
      <w:r w:rsidRPr="008478F8">
        <w:rPr>
          <w:color w:val="222222"/>
          <w:szCs w:val="24"/>
          <w:lang w:val="uk-UA"/>
        </w:rPr>
        <w:t xml:space="preserve">; для ФОП: ФОП </w:t>
      </w:r>
      <w:r w:rsidRPr="008478F8">
        <w:rPr>
          <w:color w:val="008C95"/>
          <w:szCs w:val="24"/>
          <w:shd w:val="clear" w:color="auto" w:fill="D9F1F2"/>
          <w:lang w:val="uk-UA"/>
        </w:rPr>
        <w:t>__________ [ПІБ]</w:t>
      </w:r>
      <w:r w:rsidRPr="008478F8">
        <w:rPr>
          <w:color w:val="222222"/>
          <w:szCs w:val="24"/>
          <w:lang w:val="uk-UA"/>
        </w:rPr>
        <w:t xml:space="preserve">, РНОКПП </w:t>
      </w:r>
      <w:r w:rsidRPr="008478F8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8478F8">
        <w:rPr>
          <w:color w:val="222222"/>
          <w:szCs w:val="24"/>
          <w:lang w:val="uk-UA"/>
        </w:rPr>
        <w:t xml:space="preserve">], надалі – «Виконавець», та громадянин(ка) України </w:t>
      </w:r>
      <w:r w:rsidRPr="008478F8">
        <w:rPr>
          <w:color w:val="008C95"/>
          <w:szCs w:val="24"/>
          <w:shd w:val="clear" w:color="auto" w:fill="D9F1F2"/>
          <w:lang w:val="uk-UA"/>
        </w:rPr>
        <w:t>__________ [ПІБ Замовника]</w:t>
      </w:r>
      <w:r w:rsidRPr="008478F8">
        <w:rPr>
          <w:color w:val="222222"/>
          <w:szCs w:val="24"/>
          <w:lang w:val="uk-UA"/>
        </w:rPr>
        <w:t xml:space="preserve">, РНОКПП </w:t>
      </w:r>
      <w:r w:rsidRPr="008478F8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8478F8">
        <w:rPr>
          <w:color w:val="222222"/>
          <w:szCs w:val="24"/>
          <w:lang w:val="uk-UA"/>
        </w:rPr>
        <w:t>, надалі – «Замовник», разом – «Сторони», уклали цей Договір про таке:</w:t>
      </w:r>
    </w:p>
    <w:p w:rsidR="00CB359A" w:rsidRPr="008478F8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8478F8">
        <w:rPr>
          <w:b/>
          <w:color w:val="222222"/>
          <w:lang w:val="uk-UA"/>
        </w:rPr>
        <w:t>1. ПРЕДМЕТ ДОГОВОРУ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 xml:space="preserve">1.1. Виконавець за замовленням Замовника зобов’язується надати фото- та/або </w:t>
      </w:r>
      <w:proofErr w:type="spellStart"/>
      <w:r w:rsidRPr="008478F8">
        <w:rPr>
          <w:color w:val="222222"/>
          <w:lang w:val="uk-UA"/>
        </w:rPr>
        <w:t>відеопослуги</w:t>
      </w:r>
      <w:proofErr w:type="spellEnd"/>
      <w:r w:rsidRPr="008478F8">
        <w:rPr>
          <w:color w:val="222222"/>
          <w:lang w:val="uk-UA"/>
        </w:rPr>
        <w:t xml:space="preserve"> щодо </w:t>
      </w:r>
      <w:r w:rsidRPr="008478F8">
        <w:rPr>
          <w:color w:val="008C95"/>
          <w:lang w:val="uk-UA"/>
        </w:rPr>
        <w:t>__________ [подія / особа / товар / об’єкт / інше]</w:t>
      </w:r>
      <w:r w:rsidRPr="008478F8">
        <w:rPr>
          <w:color w:val="222222"/>
          <w:lang w:val="uk-UA"/>
        </w:rPr>
        <w:t xml:space="preserve"> (надалі – Послуги), а Замовник – прийняти належним чином надані Послуги та оплатити їх.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 xml:space="preserve">1.2. Вид зйомки: </w:t>
      </w:r>
      <w:r w:rsidRPr="008478F8">
        <w:rPr>
          <w:color w:val="008C95"/>
          <w:lang w:val="uk-UA"/>
        </w:rPr>
        <w:t>__________ [фото / відео / фото та відео]</w:t>
      </w:r>
      <w:r w:rsidRPr="008478F8">
        <w:rPr>
          <w:color w:val="222222"/>
          <w:lang w:val="uk-UA"/>
        </w:rPr>
        <w:t xml:space="preserve">; предмет зйомки: </w:t>
      </w:r>
      <w:r w:rsidRPr="008478F8">
        <w:rPr>
          <w:color w:val="008C95"/>
          <w:lang w:val="uk-UA"/>
        </w:rPr>
        <w:t>__________ [вкажіть]</w:t>
      </w:r>
      <w:r w:rsidRPr="008478F8">
        <w:rPr>
          <w:color w:val="222222"/>
          <w:lang w:val="uk-UA"/>
        </w:rPr>
        <w:t xml:space="preserve">; дата, час і тривалість: </w:t>
      </w:r>
      <w:r w:rsidRPr="008478F8">
        <w:rPr>
          <w:color w:val="008C95"/>
          <w:lang w:val="uk-UA"/>
        </w:rPr>
        <w:t>__________ [вкажіть]</w:t>
      </w:r>
      <w:r w:rsidRPr="008478F8">
        <w:rPr>
          <w:color w:val="222222"/>
          <w:lang w:val="uk-UA"/>
        </w:rPr>
        <w:t xml:space="preserve">. Місце: </w:t>
      </w:r>
      <w:r w:rsidRPr="008478F8">
        <w:rPr>
          <w:color w:val="008C95"/>
          <w:lang w:val="uk-UA"/>
        </w:rPr>
        <w:t>__________ [студія / інша локація, адреса]</w:t>
      </w:r>
      <w:r w:rsidRPr="008478F8">
        <w:rPr>
          <w:color w:val="222222"/>
          <w:lang w:val="uk-UA"/>
        </w:rPr>
        <w:t xml:space="preserve">; оренда студії / локації: </w:t>
      </w:r>
      <w:r w:rsidRPr="008478F8">
        <w:rPr>
          <w:color w:val="008C95"/>
          <w:lang w:val="uk-UA"/>
        </w:rPr>
        <w:t>__________ [входить у вартість / оплачується окремо / не застосовується]</w:t>
      </w:r>
      <w:r w:rsidRPr="008478F8">
        <w:rPr>
          <w:color w:val="222222"/>
          <w:lang w:val="uk-UA"/>
        </w:rPr>
        <w:t xml:space="preserve">. Результат: </w:t>
      </w:r>
      <w:r w:rsidRPr="008478F8">
        <w:rPr>
          <w:color w:val="008C95"/>
          <w:lang w:val="uk-UA"/>
        </w:rPr>
        <w:t>__________ [кількість фото / кількість і тривалість відео]</w:t>
      </w:r>
      <w:r w:rsidRPr="008478F8">
        <w:rPr>
          <w:color w:val="222222"/>
          <w:lang w:val="uk-UA"/>
        </w:rPr>
        <w:t xml:space="preserve">; обробка: </w:t>
      </w:r>
      <w:r w:rsidRPr="008478F8">
        <w:rPr>
          <w:color w:val="008C95"/>
          <w:lang w:val="uk-UA"/>
        </w:rPr>
        <w:t xml:space="preserve">__________ [так / ні; ретуш / </w:t>
      </w:r>
      <w:proofErr w:type="spellStart"/>
      <w:r w:rsidRPr="008478F8">
        <w:rPr>
          <w:color w:val="008C95"/>
          <w:lang w:val="uk-UA"/>
        </w:rPr>
        <w:t>кольорокорекція</w:t>
      </w:r>
      <w:proofErr w:type="spellEnd"/>
      <w:r w:rsidRPr="008478F8">
        <w:rPr>
          <w:color w:val="008C95"/>
          <w:lang w:val="uk-UA"/>
        </w:rPr>
        <w:t xml:space="preserve"> / монтаж / інше]</w:t>
      </w:r>
      <w:r w:rsidRPr="008478F8">
        <w:rPr>
          <w:color w:val="222222"/>
          <w:lang w:val="uk-UA"/>
        </w:rPr>
        <w:t xml:space="preserve">; RAW / необроблені матеріали: </w:t>
      </w:r>
      <w:r w:rsidRPr="008478F8">
        <w:rPr>
          <w:color w:val="008C95"/>
          <w:lang w:val="uk-UA"/>
        </w:rPr>
        <w:t>__________ [передаються / не передаються]</w:t>
      </w:r>
      <w:r w:rsidRPr="008478F8">
        <w:rPr>
          <w:color w:val="222222"/>
          <w:lang w:val="uk-UA"/>
        </w:rPr>
        <w:t xml:space="preserve">; строк і формат передачі: </w:t>
      </w:r>
      <w:r w:rsidRPr="008478F8">
        <w:rPr>
          <w:color w:val="008C95"/>
          <w:lang w:val="uk-UA"/>
        </w:rPr>
        <w:t>__________ [вкажіть]</w:t>
      </w:r>
      <w:r w:rsidRPr="008478F8">
        <w:rPr>
          <w:color w:val="222222"/>
          <w:lang w:val="uk-UA"/>
        </w:rPr>
        <w:t>.</w:t>
      </w:r>
    </w:p>
    <w:p w:rsidR="00CB359A" w:rsidRPr="008478F8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8478F8">
        <w:rPr>
          <w:b/>
          <w:color w:val="222222"/>
          <w:lang w:val="uk-UA"/>
        </w:rPr>
        <w:t>2. ПРАВА ТА ОБОВ’ЯЗКИ СТОРІН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2.1. Замовник зобов’язаний своєчасно оплатити Послуги, надати необхідну інформацію та матеріали, забезпечити доступ до погодженої локації й участь необхідних осіб та своєчасно погоджувати матеріали, якщо це необхідно. Строк надання Послуг продовжується на період прострочення цих дій Замовником.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2.2. Замовник гарантує права на передані Виконавцю матеріали та, якщо необхідно, забезпечує згоду залучених ним до зйомки осіб і дозволи на проведення зйомки у погодженій локації.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Послуг.</w:t>
      </w:r>
    </w:p>
    <w:p w:rsidR="00F579F9" w:rsidRPr="008478F8" w:rsidRDefault="009C040B">
      <w:pPr>
        <w:jc w:val="both"/>
        <w:rPr>
          <w:color w:val="222222"/>
          <w:szCs w:val="24"/>
          <w:lang w:val="uk-UA"/>
        </w:rPr>
      </w:pPr>
      <w:r w:rsidRPr="008478F8">
        <w:rPr>
          <w:color w:val="222222"/>
          <w:lang w:val="uk-UA"/>
        </w:rPr>
        <w:t xml:space="preserve">2.4. Замовник має право відмовитися від Послуг без штрафу, письмово повідомивши Виконавця не менше ніж за </w:t>
      </w:r>
      <w:r w:rsidRPr="008478F8">
        <w:rPr>
          <w:color w:val="008C95"/>
          <w:lang w:val="uk-UA"/>
        </w:rPr>
        <w:t>___ [кількість днів]</w:t>
      </w:r>
      <w:r w:rsidRPr="008478F8">
        <w:rPr>
          <w:color w:val="222222"/>
          <w:lang w:val="uk-UA"/>
        </w:rPr>
        <w:t xml:space="preserve"> календарних днів до зйомки. При пізнішій відмові Замовник сплачує штраф </w:t>
      </w:r>
      <w:r w:rsidRPr="008478F8">
        <w:rPr>
          <w:color w:val="008C95"/>
          <w:lang w:val="uk-UA"/>
        </w:rPr>
        <w:t>___% [розмір штрафу]</w:t>
      </w:r>
      <w:r w:rsidRPr="008478F8">
        <w:rPr>
          <w:color w:val="222222"/>
          <w:lang w:val="uk-UA"/>
        </w:rPr>
        <w:t xml:space="preserve"> вартості відповідних Послуг та погоджені фактично понесені Виконавцем витрати.</w:t>
      </w:r>
    </w:p>
    <w:p w:rsidR="008478F8" w:rsidRPr="008478F8" w:rsidRDefault="009C040B">
      <w:pPr>
        <w:jc w:val="both"/>
        <w:rPr>
          <w:color w:val="222222"/>
          <w:lang w:val="uk-UA"/>
        </w:rPr>
      </w:pPr>
      <w:r w:rsidRPr="008478F8">
        <w:rPr>
          <w:color w:val="222222"/>
          <w:lang w:val="uk-UA"/>
        </w:rPr>
        <w:t xml:space="preserve">2.5. Кількість включених у вартість правок / повторної обробки: </w:t>
      </w:r>
      <w:r w:rsidRPr="008478F8">
        <w:rPr>
          <w:color w:val="008C95"/>
          <w:lang w:val="uk-UA"/>
        </w:rPr>
        <w:t>__________ [вкажіть / не застосовується]</w:t>
      </w:r>
      <w:r w:rsidRPr="008478F8">
        <w:rPr>
          <w:color w:val="222222"/>
          <w:lang w:val="uk-UA"/>
        </w:rPr>
        <w:t xml:space="preserve">. Додаткові правки або зміна завдання оплачуються окремо. 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2.6. Виконавець зобов’язаний надати Послуги належної якості у погоджений строк та передати погоджені фото- та/або відеоматеріали.</w:t>
      </w:r>
    </w:p>
    <w:p w:rsidR="00CB359A" w:rsidRPr="008478F8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8478F8">
        <w:rPr>
          <w:b/>
          <w:color w:val="222222"/>
          <w:lang w:val="uk-UA"/>
        </w:rPr>
        <w:t>3. ВАРТІСТЬ, ОПЛАТА ТА ПРИЙМАННЯ ПОСЛУГ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 xml:space="preserve">3.1. Вартість Послуг становить </w:t>
      </w:r>
      <w:r w:rsidRPr="008478F8">
        <w:rPr>
          <w:color w:val="008C95"/>
          <w:lang w:val="uk-UA"/>
        </w:rPr>
        <w:t>__________,__ [сума цифрами]</w:t>
      </w:r>
      <w:r w:rsidRPr="008478F8">
        <w:rPr>
          <w:color w:val="222222"/>
          <w:lang w:val="uk-UA"/>
        </w:rPr>
        <w:t xml:space="preserve"> грн (</w:t>
      </w:r>
      <w:r w:rsidRPr="008478F8">
        <w:rPr>
          <w:color w:val="008C95"/>
          <w:lang w:val="uk-UA"/>
        </w:rPr>
        <w:t>__________ [сума словами]</w:t>
      </w:r>
      <w:r w:rsidRPr="008478F8">
        <w:rPr>
          <w:color w:val="222222"/>
          <w:lang w:val="uk-UA"/>
        </w:rPr>
        <w:t xml:space="preserve"> гривень), </w:t>
      </w:r>
      <w:r w:rsidRPr="008478F8">
        <w:rPr>
          <w:color w:val="008C95"/>
          <w:lang w:val="uk-UA"/>
        </w:rPr>
        <w:t>__________ [з ПДВ / без ПДВ]</w:t>
      </w:r>
      <w:r w:rsidRPr="008478F8">
        <w:rPr>
          <w:color w:val="222222"/>
          <w:lang w:val="uk-UA"/>
        </w:rPr>
        <w:t xml:space="preserve">. Додаткові витрати (студія, локація, реквізит, транспорт, обладнання): </w:t>
      </w:r>
      <w:r w:rsidRPr="008478F8">
        <w:rPr>
          <w:color w:val="008C95"/>
          <w:lang w:val="uk-UA"/>
        </w:rPr>
        <w:t>__________ [входять у вартість / оплачуються окремо / не застосовується]</w:t>
      </w:r>
      <w:r w:rsidRPr="008478F8">
        <w:rPr>
          <w:color w:val="222222"/>
          <w:lang w:val="uk-UA"/>
        </w:rPr>
        <w:t>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3.2. Якщо Сторони письмово не погодили інше, Замовник сплачує 100% вартості Послуг як передплату до початку їх надання.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3.3. Якщо протягом 5 календарних днів з дня отримання погоджених фото- та/або відеоматеріалів Замовник не надав письмових обґрунтованих зауважень, Послуги вважаються належним чином наданими та прийнятими без зауважень. У разі обґрунтованих зауважень Сторони погоджують спосіб їх усунення або інший порядок врегулювання.</w:t>
      </w:r>
    </w:p>
    <w:p w:rsidR="00CB359A" w:rsidRPr="008478F8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8478F8">
        <w:rPr>
          <w:b/>
          <w:color w:val="222222"/>
          <w:lang w:val="uk-UA"/>
        </w:rPr>
        <w:lastRenderedPageBreak/>
        <w:t>4. КОНФІДЕНЦІЙНІСТЬ ТА ВІДПОВІДАЛЬНІСТЬ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 xml:space="preserve">4.1. Права на створені фото- та/або відеоматеріали після повної оплати: </w:t>
      </w:r>
      <w:r w:rsidRPr="008478F8">
        <w:rPr>
          <w:color w:val="008C95"/>
          <w:lang w:val="uk-UA"/>
        </w:rPr>
        <w:t>__________ [майнові права передаються Замовнику / надається право використання]</w:t>
      </w:r>
      <w:r w:rsidRPr="008478F8">
        <w:rPr>
          <w:color w:val="222222"/>
          <w:lang w:val="uk-UA"/>
        </w:rPr>
        <w:t xml:space="preserve">. Використання Виконавцем матеріалів у портфоліо: </w:t>
      </w:r>
      <w:r w:rsidRPr="008478F8">
        <w:rPr>
          <w:color w:val="008C95"/>
          <w:lang w:val="uk-UA"/>
        </w:rPr>
        <w:t>__________ [за згодою Замовника / без окремої згоди]</w:t>
      </w:r>
      <w:r w:rsidRPr="008478F8">
        <w:rPr>
          <w:color w:val="222222"/>
          <w:lang w:val="uk-UA"/>
        </w:rPr>
        <w:t>. Сторони не розголошують конфіденційну інформацію без згоди іншої Сторони, крім випадків, передбачених законом.</w:t>
      </w:r>
    </w:p>
    <w:p w:rsidR="008478F8" w:rsidRPr="008478F8" w:rsidRDefault="009C040B">
      <w:pPr>
        <w:jc w:val="both"/>
        <w:rPr>
          <w:color w:val="222222"/>
          <w:lang w:val="uk-UA"/>
        </w:rPr>
      </w:pPr>
      <w:r w:rsidRPr="008478F8">
        <w:rPr>
          <w:color w:val="222222"/>
          <w:lang w:val="uk-UA"/>
        </w:rPr>
        <w:t xml:space="preserve"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 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4.3. Виконавець не відповідає за погіршення результату через дії Замовника чи учасників, обмеження локації, погодні умови або інші обставини поза його контролем. У разі втрати відзнятого матеріалу з вини Виконавця його відповідальність обмежується вартістю відповідної частини Послуг, крім випадків, коли інше передбачено законом.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4.4. За прострочення передачі погоджених фото- та/або відеоматеріалів з вини Виконавця він сплачує Замовнику неустойку, розраховану виходячи з подвійної облікової ставки НБУ від вартості прострочених Послуг за кожний день прострочення.</w:t>
      </w:r>
    </w:p>
    <w:p w:rsidR="00CB359A" w:rsidRPr="008478F8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8478F8">
        <w:rPr>
          <w:b/>
          <w:color w:val="222222"/>
          <w:szCs w:val="24"/>
          <w:lang w:val="uk-UA"/>
        </w:rPr>
        <w:t>5. ФОРС-МАЖОР ТА ЗАКЛЮЧНІ ПОЛОЖЕННЯ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проведенню зйомки, Сторони погоджують нову дату; якщо надання Послуг втратило для Замовника інтерес, він може відмовитися від ненаданих Послуг з поверненням відповідної передоплати.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8478F8">
        <w:rPr>
          <w:color w:val="222222"/>
          <w:szCs w:val="24"/>
          <w:lang w:val="uk-UA"/>
        </w:rPr>
        <w:t>mail</w:t>
      </w:r>
      <w:proofErr w:type="spellEnd"/>
      <w:r w:rsidRPr="008478F8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8478F8">
        <w:rPr>
          <w:color w:val="222222"/>
          <w:szCs w:val="24"/>
          <w:lang w:val="uk-UA"/>
        </w:rPr>
        <w:t>месенджерів</w:t>
      </w:r>
      <w:proofErr w:type="spellEnd"/>
      <w:r w:rsidRPr="008478F8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8478F8" w:rsidRDefault="009C040B">
      <w:pPr>
        <w:jc w:val="both"/>
        <w:rPr>
          <w:szCs w:val="24"/>
          <w:lang w:val="uk-UA"/>
        </w:rPr>
      </w:pPr>
      <w:r w:rsidRPr="008478F8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8478F8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 w:rsidRPr="008478F8"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8478F8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8478F8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8478F8">
              <w:rPr>
                <w:color w:val="222222"/>
                <w:sz w:val="21"/>
                <w:lang w:val="uk-UA"/>
              </w:rPr>
              <w:t xml:space="preserve">):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Адреса: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IBAN: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proofErr w:type="spellStart"/>
            <w:r w:rsidRPr="008478F8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8478F8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8478F8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8478F8">
              <w:rPr>
                <w:color w:val="222222"/>
                <w:sz w:val="21"/>
                <w:lang w:val="uk-UA"/>
              </w:rPr>
              <w:t xml:space="preserve">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ПІБ: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РНОКПП: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Адреса: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proofErr w:type="spellStart"/>
            <w:r w:rsidRPr="008478F8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8478F8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8478F8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8478F8">
              <w:rPr>
                <w:color w:val="222222"/>
                <w:sz w:val="21"/>
                <w:lang w:val="uk-UA"/>
              </w:rPr>
              <w:t xml:space="preserve">: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8478F8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8478F8" w:rsidRDefault="009C040B">
            <w:pPr>
              <w:rPr>
                <w:lang w:val="uk-UA"/>
              </w:rPr>
            </w:pPr>
            <w:r w:rsidRPr="008478F8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  <w:bookmarkEnd w:id="0"/>
    </w:tbl>
    <w:p w:rsidR="009C040B" w:rsidRPr="008478F8" w:rsidRDefault="009C040B">
      <w:pPr>
        <w:rPr>
          <w:lang w:val="uk-UA"/>
        </w:rPr>
      </w:pPr>
    </w:p>
    <w:sectPr w:rsidR="009C040B" w:rsidRPr="008478F8" w:rsidSect="00034616">
      <w:footerReference w:type="default" r:id="rId9"/>
      <w:pgSz w:w="11906" w:h="16838"/>
      <w:pgMar w:top="1020" w:right="1134" w:bottom="737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DA0" w:rsidRDefault="00EB5DA0">
      <w:r>
        <w:separator/>
      </w:r>
    </w:p>
  </w:endnote>
  <w:endnote w:type="continuationSeparator" w:id="0">
    <w:p w:rsidR="00EB5DA0" w:rsidRDefault="00EB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8478F8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DA0" w:rsidRDefault="00EB5DA0">
      <w:r>
        <w:separator/>
      </w:r>
    </w:p>
  </w:footnote>
  <w:footnote w:type="continuationSeparator" w:id="0">
    <w:p w:rsidR="00EB5DA0" w:rsidRDefault="00EB5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8478F8"/>
    <w:rsid w:val="009C040B"/>
    <w:rsid w:val="00A63287"/>
    <w:rsid w:val="00AA1D8D"/>
    <w:rsid w:val="00B47730"/>
    <w:rsid w:val="00BC6432"/>
    <w:rsid w:val="00CB0664"/>
    <w:rsid w:val="00CB359A"/>
    <w:rsid w:val="00EB5DA0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F49C70-E36F-49A0-A756-AE48FD9A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3</cp:revision>
  <dcterms:created xsi:type="dcterms:W3CDTF">2026-09-23T17:03:00Z</dcterms:created>
  <dcterms:modified xsi:type="dcterms:W3CDTF">2026-09-23T17:04:00Z</dcterms:modified>
</cp:coreProperties>
</file>